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Security Measures After Berlin Attack: What Ottawa Organisers Are Considering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Shaken organisers are reviewing security plans as Pride season continues; Capital Pride in Ottawa says it will reassess measures after a deadly vehicle-and-machete attack in Berlin, because safety matters when people want to be visible and free.</w:t>
      </w:r>
      <w:r/>
    </w:p>
    <w:p>
      <w:r/>
      <w:r>
        <w:t>Essential Takeaways</w:t>
      </w:r>
      <w:r/>
      <w:r/>
    </w:p>
    <w:p>
      <w:pPr>
        <w:pStyle w:val="ListBullet"/>
        <w:spacing w:line="240" w:lineRule="auto"/>
        <w:ind w:left="720"/>
      </w:pPr>
      <w:r/>
      <w:r>
        <w:rPr>
          <w:b/>
        </w:rPr>
        <w:t>Immediate response:</w:t>
      </w:r>
      <w:r>
        <w:t xml:space="preserve"> Capital Pride’s leadership said it will review security arrangements and hold more meetings in the coming weeks.</w:t>
      </w:r>
      <w:r/>
    </w:p>
    <w:p>
      <w:pPr>
        <w:pStyle w:val="ListBullet"/>
        <w:spacing w:line="240" w:lineRule="auto"/>
        <w:ind w:left="720"/>
      </w:pPr>
      <w:r/>
      <w:r>
        <w:rPr>
          <w:b/>
        </w:rPr>
        <w:t>Reason for caution:</w:t>
      </w:r>
      <w:r>
        <w:t xml:space="preserve"> Organisers already ramped up protections in recent years as anti-2SLGBTQ+ sentiment has grown.</w:t>
      </w:r>
      <w:r/>
    </w:p>
    <w:p>
      <w:pPr>
        <w:pStyle w:val="ListBullet"/>
        <w:spacing w:line="240" w:lineRule="auto"/>
        <w:ind w:left="720"/>
      </w:pPr>
      <w:r/>
      <w:r>
        <w:rPr>
          <w:b/>
        </w:rPr>
        <w:t>Community focus:</w:t>
      </w:r>
      <w:r>
        <w:t xml:space="preserve"> New grassroots events like Ottawa’s Chez Nous centre racialised and newcomer experiences while still worrying about safety.</w:t>
      </w:r>
      <w:r/>
    </w:p>
    <w:p>
      <w:pPr>
        <w:pStyle w:val="ListBullet"/>
        <w:spacing w:line="240" w:lineRule="auto"/>
        <w:ind w:left="720"/>
      </w:pPr>
      <w:r/>
      <w:r>
        <w:rPr>
          <w:b/>
        </w:rPr>
        <w:t>Practical need:</w:t>
      </w:r>
      <w:r>
        <w:t xml:space="preserve"> Reviews typically consider crowd control, vehicle barriers, policing partnerships and emergency communications.</w:t>
      </w:r>
      <w:r/>
    </w:p>
    <w:p>
      <w:pPr>
        <w:pStyle w:val="ListBullet"/>
        <w:spacing w:line="240" w:lineRule="auto"/>
        <w:ind w:left="720"/>
      </w:pPr>
      <w:r/>
      <w:r>
        <w:rPr>
          <w:b/>
        </w:rPr>
        <w:t>Emotional reality:</w:t>
      </w:r>
      <w:r>
        <w:t xml:space="preserve"> Attendees and organisers describe a mix of grief, resolve and determination to keep celebrating openly.</w:t>
      </w:r>
      <w:r/>
      <w:r/>
    </w:p>
    <w:p>
      <w:pPr>
        <w:pStyle w:val="Heading2"/>
      </w:pPr>
      <w:r>
        <w:t>Why one horrific night in Berlin forced a rethink , and why that matters here</w:t>
      </w:r>
      <w:r/>
    </w:p>
    <w:p>
      <w:r/>
      <w:r>
        <w:t>A vehicle rammed into a Pride crowd in Berlin, and a man then allegedly used a machete, leaving one person dead and many injured, according to multiple reports. The scale and brutality of the attack has sent shockwaves through Pride communities worldwide, and organisers in Ottawa say they’re taking notice. Capital Pride’s chair described the incident as heartbreaking and said the organisation will meet in the coming weeks to decide if security needs strengthening. For anyone who’s been to a festival, the tension is tangible , you want music and colour, but you also want to know people will get home safely.</w:t>
      </w:r>
      <w:r/>
    </w:p>
    <w:p>
      <w:pPr>
        <w:pStyle w:val="Heading2"/>
      </w:pPr>
      <w:r>
        <w:t>How Ottawa’s Pride has already changed , and what extra measures look like</w:t>
      </w:r>
      <w:r/>
    </w:p>
    <w:p>
      <w:r/>
      <w:r>
        <w:t>Capital Pride officials pointed out they’ve been gradually beefing up security over the years, partly because the event has grown and partly because anti-2SLGBTQ+ rhetoric is louder. That’s mirrored in cities across North America and Europe. Practical upgrades usually mean vehicle barriers at key access points, clearer emergency routes, more on-site medical presence, and better-trained stewarding teams. If you’re an attendee, look out for clear signage, volunteer vests and visible first-aid posts , those small details make a big psychological difference.</w:t>
      </w:r>
      <w:r/>
    </w:p>
    <w:p>
      <w:pPr>
        <w:pStyle w:val="Heading2"/>
      </w:pPr>
      <w:r>
        <w:t>Chez Nous: a different kind of Pride that still feels the threat</w:t>
      </w:r>
      <w:r/>
    </w:p>
    <w:p>
      <w:r/>
      <w:r>
        <w:t>Ottawa’s Chez Nous festival, organised for and by 2SLGBTQ+ Africans and newcomers, illustrates how Pride spaces are diversifying. Organisers said the event centres Africanness and leadership from people who don’t always see themselves in mainstream Pride structures. Yet the Berlin attack resonated there too; community members are reflecting on what true safety means when families, elders and children turn up. For smaller, community-led events this often translates into discreet but deliberate security plans that respect cultural needs while keeping people protected.</w:t>
      </w:r>
      <w:r/>
    </w:p>
    <w:p>
      <w:pPr>
        <w:pStyle w:val="Heading2"/>
      </w:pPr>
      <w:r>
        <w:t>What organisers usually consider when they review security</w:t>
      </w:r>
      <w:r/>
    </w:p>
    <w:p>
      <w:r/>
      <w:r>
        <w:t>When a festival reassesses safety, decisions aren’t made on a whim. Organisers may consult police, emergency services, private security experts and community groups. They’ll weigh physical protections like bollards and fencing against softer measures such as increased stewards, clearer communication channels, and rehearsal of evacuation plans. Funding and the feel of the event matter too: too many concrete barriers can change the atmosphere, so planners try to balance openness with protection. If you’re an event volunteer, ask organisers about your role in a safety plan and how to report concerns quickly.</w:t>
      </w:r>
      <w:r/>
    </w:p>
    <w:p>
      <w:pPr>
        <w:pStyle w:val="Heading2"/>
      </w:pPr>
      <w:r>
        <w:t>The mood on the ground: grief, solidarity and resolve</w:t>
      </w:r>
      <w:r/>
    </w:p>
    <w:p>
      <w:r/>
      <w:r>
        <w:t>People who attended Chez Nous and other Pride activities expressed sorrow for Berlin and a renewed sense that Pride still matters. Organisers and attendees said progress has been made, but that progress isn’t guaranteed , laws and social attitudes in some countries have even hardened recently. That reality sharpens why local Pride events must be thoughtful about both celebration and security. Expect more conversations, more community consultation, and, for some, a quieter vigilance as festivals move forward.</w:t>
      </w:r>
      <w:r/>
    </w:p>
    <w:p>
      <w:r/>
      <w:r>
        <w:t>It’s a small change in planning that can make every parade and park event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https://ca.news.yahoo.com/capital-pride-review-security-2slgbtq-012217125.html</w:t>
        </w:r>
      </w:hyperlink>
      <w:r>
        <w:t xml:space="preserve"> - Please view link - unable to able to access data</w:t>
      </w:r>
      <w:r/>
    </w:p>
    <w:p>
      <w:pPr>
        <w:pStyle w:val="ListNumber"/>
        <w:spacing w:line="240" w:lineRule="auto"/>
        <w:ind w:left="720"/>
      </w:pPr>
      <w:r/>
      <w:hyperlink r:id="rId10">
        <w:r>
          <w:rPr>
            <w:color w:val="0000EE"/>
            <w:u w:val="single"/>
          </w:rPr>
          <w:t>https://apnews.com/article/6ff1f3bfbbccb24bd55444a40c453e3e</w:t>
        </w:r>
      </w:hyperlink>
      <w:r>
        <w:t xml:space="preserve"> - A violent attack during Berlin's Pride Festival has left the city reeling, with one person dead and several injured after a van ramming and stabbing incident believed to be an Islamic extremist terror act. The attacker, Abdul Ballout, a 21-year-old German of Lebanese descent, was killed by police. The act struck a personal nerve in Ali Darwich, a gay Muslim police officer of Lebanese and Palestinian roots, who mourned the impact on Berlin’s values of diversity, tolerance, and freedom. The LGBTQ+ community gathered at the scene in Tiergarten park to grieve and show resilience, expressing concerns about rising hate crimes and fear of increased polarization in German society. LGBTQ+ advocate Andre Lehmann noted a significant rise in anti-queer hate crime, lamenting the societal silence surrounding it. Despite the shock, attendees like Darwich and visitors such as Ashley Jump vowed not to be silenced by hate, emphasizing the enduring presence and rights of the LGBTQ+ community. The attack has sparked renewed conversations about inclusion, safety, and unity in a city known for its diversity.</w:t>
      </w:r>
      <w:r/>
    </w:p>
    <w:p>
      <w:pPr>
        <w:pStyle w:val="ListNumber"/>
        <w:spacing w:line="240" w:lineRule="auto"/>
        <w:ind w:left="720"/>
      </w:pPr>
      <w:r/>
      <w:hyperlink r:id="rId15">
        <w:r>
          <w:rPr>
            <w:color w:val="0000EE"/>
            <w:u w:val="single"/>
          </w:rPr>
          <w:t>https://www.kpbs.org/news/international/2026/07/25/suspect-in-berlin-pride-vehicle-attack-is-dead-police-say</w:t>
        </w:r>
      </w:hyperlink>
      <w:r>
        <w:t xml:space="preserve"> - The person suspected of driving a vehicle into a crowd at a Pride event in Berlin was killed in a confrontation with police, according to city authorities. On Saturday, the suspect was found in Spandau, a suburb in Berlin, and ran toward officers with a bladed weapon, Berlin police said on social media. They fired on the suspect, who died at the scene, the officer said.</w:t>
      </w:r>
      <w:r/>
    </w:p>
    <w:p>
      <w:pPr>
        <w:pStyle w:val="ListNumber"/>
        <w:spacing w:line="240" w:lineRule="auto"/>
        <w:ind w:left="720"/>
      </w:pPr>
      <w:r/>
      <w:hyperlink r:id="rId11">
        <w:r>
          <w:rPr>
            <w:color w:val="0000EE"/>
            <w:u w:val="single"/>
          </w:rPr>
          <w:t>https://www.aljazeera.com/news/2026/7/26/berlin-police-shoot-dead-suspect-in-car-ramming-attack-on-pride-event</w:t>
        </w:r>
      </w:hyperlink>
      <w:r>
        <w:t xml:space="preserve"> - German police have shot dead the suspect wanted for the car ramming attack on Berlin’s Pride march. Abdul Ballout, a German citizen with Lebanese roots, was killed as he attacked officers with a bladed weapon, police reported late on Sunday. Officials have reported that all indications point to an 'Islamic terror attack'. Ballout was shot following a search that lasted nearly 24 hours. He was the main suspect in the attack that took place on Saturday evening, in which a van drove into a crowd at the Berlin Pride LGBT event.</w:t>
      </w:r>
      <w:r/>
    </w:p>
    <w:p>
      <w:pPr>
        <w:pStyle w:val="ListNumber"/>
        <w:spacing w:line="240" w:lineRule="auto"/>
        <w:ind w:left="720"/>
      </w:pPr>
      <w:r/>
      <w:hyperlink r:id="rId14">
        <w:r>
          <w:rPr>
            <w:color w:val="0000EE"/>
            <w:u w:val="single"/>
          </w:rPr>
          <w:t>https://www.latimes.com/world-nation/story/2026-07-26/german-police-search-for-suspect-in-deadly-berlin-pride-attack</w:t>
        </w:r>
      </w:hyperlink>
      <w:r>
        <w:t xml:space="preserve"> - The suspect in the deadly Berlin Pride attack that left one person dead and 29 injured was shot and killed by police during a confrontation on Sunday in a suburb of the city, authorities said.</w:t>
      </w:r>
      <w:r/>
    </w:p>
    <w:p>
      <w:pPr>
        <w:pStyle w:val="ListNumber"/>
        <w:spacing w:line="240" w:lineRule="auto"/>
        <w:ind w:left="720"/>
      </w:pPr>
      <w:r/>
      <w:hyperlink r:id="rId12">
        <w:r>
          <w:rPr>
            <w:color w:val="0000EE"/>
            <w:u w:val="single"/>
          </w:rPr>
          <w:t>https://www.euronews.com/my-europe/2026/07/26/car-rams-crowd-at-berlin-pride-event-killing-one-and-injuring-16</w:t>
        </w:r>
      </w:hyperlink>
      <w:r>
        <w:t xml:space="preserve"> - A car drove into the CSD crowd in the Tiergarten. One woman was killed and at least 29 people were injured. A manhunt is underway for 21-year-old Abdul B., who is suspected of having used a machete. Hundreds of thousands of people attended Berlin’s Christopher Street Day (CSD), the city’s annual Pride event, on Saturday. At around 10 p.m., a car drove into the crowd near Potsdamer Platz. According to police, one woman died at the scene and 29 others were injured, several of them seriously. Three people remain in critical condition.</w:t>
      </w:r>
      <w:r/>
    </w:p>
    <w:p>
      <w:pPr>
        <w:pStyle w:val="ListNumber"/>
        <w:spacing w:line="240" w:lineRule="auto"/>
        <w:ind w:left="720"/>
      </w:pPr>
      <w:r/>
      <w:hyperlink r:id="rId13">
        <w:r>
          <w:rPr>
            <w:color w:val="0000EE"/>
            <w:u w:val="single"/>
          </w:rPr>
          <w:t>https://www.salon.com/2026/07/26/berlin-pride-attack-leaves-1-dead-dozens-injured/</w:t>
        </w:r>
      </w:hyperlink>
      <w:r>
        <w:t xml:space="preserve"> - German authorities on Sunday continued a manhunt for the suspect in a deadly vehicle attack near Berlin’s annual Christopher Street Day Pride celebration after a van plowed into a crowd, killing one person and injuring at least 29 others before the driver fled. Police issued a wanted notice for the 21-year-old suspect, identified under German privacy rules as Abdul B., warning the public not to approach him because he may be armed and dangerous.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ews.yahoo.com/capital-pride-review-security-2slgbtq-012217125.html" TargetMode="External"/><Relationship Id="rId10" Type="http://schemas.openxmlformats.org/officeDocument/2006/relationships/hyperlink" Target="https://apnews.com/article/6ff1f3bfbbccb24bd55444a40c453e3e" TargetMode="External"/><Relationship Id="rId11" Type="http://schemas.openxmlformats.org/officeDocument/2006/relationships/hyperlink" Target="https://www.aljazeera.com/news/2026/7/26/berlin-police-shoot-dead-suspect-in-car-ramming-attack-on-pride-event" TargetMode="External"/><Relationship Id="rId12" Type="http://schemas.openxmlformats.org/officeDocument/2006/relationships/hyperlink" Target="https://www.euronews.com/my-europe/2026/07/26/car-rams-crowd-at-berlin-pride-event-killing-one-and-injuring-16" TargetMode="External"/><Relationship Id="rId13" Type="http://schemas.openxmlformats.org/officeDocument/2006/relationships/hyperlink" Target="https://www.salon.com/2026/07/26/berlin-pride-attack-leaves-1-dead-dozens-injured/" TargetMode="External"/><Relationship Id="rId14" Type="http://schemas.openxmlformats.org/officeDocument/2006/relationships/hyperlink" Target="https://www.latimes.com/world-nation/story/2026-07-26/german-police-search-for-suspect-in-deadly-berlin-pride-attack" TargetMode="External"/><Relationship Id="rId15" Type="http://schemas.openxmlformats.org/officeDocument/2006/relationships/hyperlink" Target="https://www.kpbs.org/news/international/2026/07/25/suspect-in-berlin-pride-vehicle-attack-is-dead-police-s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