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Photos of Spencer Tunick’s Gran Spectrum: Naked Bodies Form a Pride Rainbow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onlookers paused as hundreds of people, painted in vivid hues, gathered in Las Palmas to create Spencer Tunick’s Gran Spectrum, an enormous, living rainbow that turned bare skin into a public statement of LGBTQ+ visibility and communal pride. The colourful installation mattered because it made belonging visible, right in the city’s heart.</w:t>
      </w:r>
      <w:r/>
    </w:p>
    <w:p>
      <w:r/>
      <w:r>
        <w:t>Essential Takeaways</w:t>
      </w:r>
      <w:r/>
      <w:r/>
    </w:p>
    <w:p>
      <w:pPr>
        <w:pStyle w:val="ListBullet"/>
        <w:spacing w:line="240" w:lineRule="auto"/>
        <w:ind w:left="720"/>
      </w:pPr>
      <w:r/>
      <w:r>
        <w:rPr>
          <w:b/>
        </w:rPr>
        <w:t>Mass participation:</w:t>
      </w:r>
      <w:r>
        <w:t xml:space="preserve"> Hundreds registered online to join the Gran Spectrum installation in Las Palmas, open to all genders, races and backgrounds. </w:t>
      </w:r>
      <w:r/>
    </w:p>
    <w:p>
      <w:pPr>
        <w:pStyle w:val="ListBullet"/>
        <w:spacing w:line="240" w:lineRule="auto"/>
        <w:ind w:left="720"/>
      </w:pPr>
      <w:r/>
      <w:r>
        <w:rPr>
          <w:b/>
        </w:rPr>
        <w:t>Eleven colours:</w:t>
      </w:r>
      <w:r>
        <w:t xml:space="preserve"> Tunick used eleven different bodypaint shades to build a large-scale rainbow composition, producing a vivid, tactile spectacle. </w:t>
      </w:r>
      <w:r/>
    </w:p>
    <w:p>
      <w:pPr>
        <w:pStyle w:val="ListBullet"/>
        <w:spacing w:line="240" w:lineRule="auto"/>
        <w:ind w:left="720"/>
      </w:pPr>
      <w:r/>
      <w:r>
        <w:rPr>
          <w:b/>
        </w:rPr>
        <w:t>Message of visibility:</w:t>
      </w:r>
      <w:r>
        <w:t xml:space="preserve"> The piece highlights LGBTQ+ rights and community presence amid ongoing political debates about identity. </w:t>
      </w:r>
      <w:r/>
    </w:p>
    <w:p>
      <w:pPr>
        <w:pStyle w:val="ListBullet"/>
        <w:spacing w:line="240" w:lineRule="auto"/>
        <w:ind w:left="720"/>
      </w:pPr>
      <w:r/>
      <w:r>
        <w:rPr>
          <w:b/>
        </w:rPr>
        <w:t>Practical staging:</w:t>
      </w:r>
      <w:r>
        <w:t xml:space="preserve"> Participants were organised on Gran Canaria’s main square, standing or lying to form the pattern; the work mixes performance, public art and photography. </w:t>
      </w:r>
      <w:r/>
    </w:p>
    <w:p>
      <w:pPr>
        <w:pStyle w:val="ListBullet"/>
        <w:spacing w:line="240" w:lineRule="auto"/>
        <w:ind w:left="720"/>
      </w:pPr>
      <w:r/>
      <w:r>
        <w:rPr>
          <w:b/>
        </w:rPr>
        <w:t>Artist context:</w:t>
      </w:r>
      <w:r>
        <w:t xml:space="preserve"> Spencer Tunick has a decade-long history with bodypainting and large nude collectives; this project pushes that approach further with a marked emphasis on spectrum and inclusion.</w:t>
      </w:r>
      <w:r/>
      <w:r/>
    </w:p>
    <w:p>
      <w:pPr>
        <w:pStyle w:val="Heading2"/>
      </w:pPr>
      <w:r>
        <w:t>A vivid city-centre tableau you couldn’t ignore</w:t>
      </w:r>
      <w:r/>
    </w:p>
    <w:p>
      <w:r/>
      <w:r>
        <w:t>Tunick’s newest project looked like paint spilled across a plaza, only this paint breathed. According to reports, hundreds answered an open call and, after being coated in colour, stood or lay down on Gran Canaria’s main square to build the rainbow. The visual was bold and immediate; from a few metres away you could make out the palette and, from above, the composition snapped into place. It’s the sort of artwork that stops people walking by and forces a double-take.</w:t>
      </w:r>
      <w:r/>
    </w:p>
    <w:p>
      <w:r/>
      <w:r>
        <w:t>The artist told Metal Magazine that while he’s worked with bodypaint for years, this was the first time he’d used such a wide range of hues. And that matters: the extra colours give the piece a textured, almost painterly feel, rather than a flat stripe. For viewers, the effect is both beautiful and slightly vulnerable, which is the point , visibility as a physical experience.</w:t>
      </w:r>
      <w:r/>
    </w:p>
    <w:p>
      <w:pPr>
        <w:pStyle w:val="Heading2"/>
      </w:pPr>
      <w:r>
        <w:t>Why the rainbow still matters now</w:t>
      </w:r>
      <w:r/>
    </w:p>
    <w:p>
      <w:r/>
      <w:r>
        <w:t>Tunick framed Gran Spectrum as more than a celebratory image; it’s a statement about belonging at a time when LGBTQ+ rights remain contested around the world. Project pages describe the work as transforming participation into a “powerful act of visibility,” and news outlets note the timing alongside Culture and Business Pride 2026. Public art like this converts private identity into a shared civic moment, and that often shifts conversations in small but important ways.</w:t>
      </w:r>
      <w:r/>
    </w:p>
    <w:p>
      <w:r/>
      <w:r>
        <w:t>Artists and activists alike have used collective nudity to call out exclusion before, but packing it into a rainbow composition brings explicit symbolic weight. It’s also inclusive by design: anyone could register and be part of the image, which flips the idea of a spectator into that of a participant.</w:t>
      </w:r>
      <w:r/>
    </w:p>
    <w:p>
      <w:pPr>
        <w:pStyle w:val="Heading2"/>
      </w:pPr>
      <w:r>
        <w:t>The logistics behind a colourful crowd</w:t>
      </w:r>
      <w:r/>
    </w:p>
    <w:p>
      <w:r/>
      <w:r>
        <w:t>Pulling off a mass nude shoot is surprisingly logistical. Organisers took online registrations and coordinated paint stations so people could be coloured in eleven distinct shades. Participants were arranged precisely across the square to build the image, with some standing and others reclining to modulate texture and shadow. It’s a choreography as much as a photoshoot.</w:t>
      </w:r>
      <w:r/>
    </w:p>
    <w:p>
      <w:r/>
      <w:r>
        <w:t>If you’re curious about how to take part in similar events, look out for clear registration rules, arrival windows, and what to bring , a towel, water and consent forms are common. Tunick’s team also tends to make safety and dignity a priority, so marshals and assistants are usually on hand to guide people.</w:t>
      </w:r>
      <w:r/>
    </w:p>
    <w:p>
      <w:pPr>
        <w:pStyle w:val="Heading2"/>
      </w:pPr>
      <w:r>
        <w:t>How this fits into Tunick’s career and public art trends</w:t>
      </w:r>
      <w:r/>
    </w:p>
    <w:p>
      <w:r/>
      <w:r>
        <w:t>Spencer Tunick has long been associated with large-scale nude gatherings that turn human bodies into topographical statements. This iteration leans into bodypainting and spectrum language, reflecting a contemporary push in public art toward inclusivity and activist messaging. Media coverage in Spain and international outlets placed Gran Spectrum as both a cultural event and a protest of sorts , gentle, visual, but unmistakably political.</w:t>
      </w:r>
      <w:r/>
    </w:p>
    <w:p>
      <w:r/>
      <w:r>
        <w:t>Looking ahead, projects like this point to a trend: public art that invites rather than instructs, and that foregrounds participation as the medium. It’s art you enter, not just view, and that can be quietly powerful.</w:t>
      </w:r>
      <w:r/>
    </w:p>
    <w:p>
      <w:pPr>
        <w:pStyle w:val="Heading2"/>
      </w:pPr>
      <w:r>
        <w:t>What viewers and participants took away</w:t>
      </w:r>
      <w:r/>
    </w:p>
    <w:p>
      <w:r/>
      <w:r>
        <w:t>People who watched said the scene felt joyful and oddly tender, while participants described an emotion that mixed pride and exposure. For onlookers it was a colourful interruption to everyday life; for those painted in layers of colour it was a shared statement of presence. The work doesn’t solve political fights, but it makes a claim that identity exists in public space, visibly and collectively.</w:t>
      </w:r>
      <w:r/>
    </w:p>
    <w:p>
      <w:r/>
      <w:r>
        <w:t>If you missed this one, watch for future Tunick calls or local Pride events where similar collective pieces are staged , they tend to get announced through cultural programmes and the artist’s channels.</w:t>
      </w:r>
      <w:r/>
    </w:p>
    <w:p>
      <w:r/>
      <w:r>
        <w:t>It's a small change in routine that makes being seen feel like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9">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[7]</w:t>
        </w:r>
      </w:hyperlink>
      <w:r>
        <w:t xml:space="preserve">, </w:t>
      </w:r>
      <w:hyperlink r:id="rId12">
        <w:r>
          <w:rPr>
            <w:color w:val="0000EE"/>
            <w:u w:val="single"/>
          </w:rPr>
          <w:t>[6]</w:t>
        </w:r>
      </w:hyperlink>
      <w:r>
        <w:t xml:space="preserve">- Paragraph 4: </w:t>
      </w:r>
      <w:hyperlink r:id="rId13">
        <w:r>
          <w:rPr>
            <w:color w:val="0000EE"/>
            <w:u w:val="single"/>
          </w:rPr>
          <w:t>[5]</w:t>
        </w:r>
      </w:hyperlink>
      <w:r>
        <w:t xml:space="preserve">, </w:t>
      </w:r>
      <w:hyperlink r:id="rId14">
        <w:r>
          <w:rPr>
            <w:color w:val="0000EE"/>
            <w:u w:val="single"/>
          </w:rPr>
          <w:t>[4]</w:t>
        </w:r>
      </w:hyperlink>
      <w:r>
        <w:t xml:space="preserve">- Paragraph 5: </w:t>
      </w:r>
      <w:hyperlink r:id="rId10">
        <w:r>
          <w:rPr>
            <w:color w:val="0000EE"/>
            <w:u w:val="single"/>
          </w:rPr>
          <w:t>[3]</w:t>
        </w:r>
      </w:hyperlink>
      <w:r>
        <w:t xml:space="preserve">, </w:t>
      </w:r>
      <w:hyperlink r:id="rId12">
        <w:r>
          <w:rPr>
            <w:color w:val="0000EE"/>
            <w:u w:val="single"/>
          </w:rPr>
          <w:t>[6]</w:t>
        </w:r>
      </w:hyperlink>
      <w:r>
        <w:t xml:space="preserve">- Paragraph 6: </w:t>
      </w:r>
      <w:hyperlink r:id="rId9">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https://www.idnes.cz/zpravy/zahranicni/fotograf-spencer-tunick-nazi-lide-v-barvach-duhy.A260727_092800_zahranicni_lupr#utm_source=rss&amp;utm_medium=feed&amp;utm_campaign=idnes&amp;utm_content=main</w:t>
        </w:r>
      </w:hyperlink>
      <w:r>
        <w:t xml:space="preserve"> - Please view link - unable to able to access data</w:t>
      </w:r>
      <w:r/>
    </w:p>
    <w:p>
      <w:pPr>
        <w:pStyle w:val="ListNumber"/>
        <w:spacing w:line="240" w:lineRule="auto"/>
        <w:ind w:left="720"/>
      </w:pPr>
      <w:r/>
      <w:hyperlink r:id="rId9">
        <w:r>
          <w:rPr>
            <w:color w:val="0000EE"/>
            <w:u w:val="single"/>
          </w:rPr>
          <w:t>https://www.idnes.cz/zpravy/zahranicni/fotograf-spencer-tunick-nazi-lide-v-barvach-duhy.A260727_092800_zahranicni_lupr#utm_source=rss&amp;utm_medium=feed&amp;utm_campaign=idnes&amp;utm_content=main</w:t>
        </w:r>
      </w:hyperlink>
      <w:r>
        <w:t xml:space="preserve"> - On 26 July 2026, American photographer Spencer Tunick conducted a live installation in Las Palmas, Gran Canaria, featuring nude individuals painted in various colours to form a rainbow pattern. This event, part of the Culture and Business Pride 2026, aimed to support the LGBTQ+ community. Tunick's 'Gran Spectrum' emphasised unity, equality, and visibility, highlighting the spectrum of sexual identities. The project was open to all, regardless of gender, nationality, race, or religion, and registration was conducted online.</w:t>
      </w:r>
      <w:r/>
    </w:p>
    <w:p>
      <w:pPr>
        <w:pStyle w:val="ListNumber"/>
        <w:spacing w:line="240" w:lineRule="auto"/>
        <w:ind w:left="720"/>
      </w:pPr>
      <w:r/>
      <w:hyperlink r:id="rId10">
        <w:r>
          <w:rPr>
            <w:color w:val="0000EE"/>
            <w:u w:val="single"/>
          </w:rPr>
          <w:t>https://www.rtve.es/noticias/20260726/tunick-plasma-gran-espectro-identidad-lgtbiq-escultura-humana-multicolor-palmas/17169558.shtml</w:t>
        </w:r>
      </w:hyperlink>
      <w:r>
        <w:t xml:space="preserve"> - On 26 July 2026, New York artist Spencer Tunick created a large-scale human sculpture in Las Palmas de Gran Canaria, featuring approximately 500 nude bodies painted in rainbow colours. This installation, titled 'Gran Spectrum', took place in front of the Cathedral of Santa Ana in the historic centre of the city. Tunick directed participants from the rooftops of the Casas Consistoriales, guiding them to paint their bodies with cream paint in various colours, including black, brown, turquoise, pink, white, red, orange, yellow, green, indigo, and violet.</w:t>
      </w:r>
      <w:r/>
    </w:p>
    <w:p>
      <w:pPr>
        <w:pStyle w:val="ListNumber"/>
        <w:spacing w:line="240" w:lineRule="auto"/>
        <w:ind w:left="720"/>
      </w:pPr>
      <w:r/>
      <w:hyperlink r:id="rId14">
        <w:r>
          <w:rPr>
            <w:color w:val="0000EE"/>
            <w:u w:val="single"/>
          </w:rPr>
          <w:t>https://www.planomato.com/es/las%20palmas/p/gran-spectrum-las-palmas</w:t>
        </w:r>
      </w:hyperlink>
      <w:r>
        <w:t xml:space="preserve"> - 'Gran Spectrum' is a participatory art intervention by Spencer Tunick, scheduled for the early hours of 26 July 2026 in the historic district of Vegueta, Las Palmas de Gran Canaria. The project aims to gather approximately 450 people to form a large-scale human composition in public space. For the first time in Tunick's career, the colours of the LGBTQIA+ flags will be incorporated into the composition, serving as a call for visibility, diversity, and human rights. Tunick is known for his large-scale nude installations in public spaces worldwide.</w:t>
      </w:r>
      <w:r/>
    </w:p>
    <w:p>
      <w:pPr>
        <w:pStyle w:val="ListNumber"/>
        <w:spacing w:line="240" w:lineRule="auto"/>
        <w:ind w:left="720"/>
      </w:pPr>
      <w:r/>
      <w:hyperlink r:id="rId13">
        <w:r>
          <w:rPr>
            <w:color w:val="0000EE"/>
            <w:u w:val="single"/>
          </w:rPr>
          <w:t>https://www.lavozdegalicia.es/noticia/cultura/2026/07/21/fotografo-spencer-tunick-prepara-desnudo-colectivo-medio-millar-personas-palmas-gran-canaria/00031784650495298712263.htm</w:t>
        </w:r>
      </w:hyperlink>
      <w:r>
        <w:t xml:space="preserve"> - On 21 July 2026, Spencer Tunick, the American photographer known for his collective nude art installations, invited residents of Las Palmas de Gran Canaria to participate in his new project, 'Gran Spectrum'. This ephemeral intervention is expected to involve around 450 people and will take place in the Vegueta district, the historic centre of the city. The performance is part of the Culture &amp; Business Pride festival, serving as a tribute to the LGBTQ+ community. Tunick emphasised the unique challenge of creating art from scratch and expressed excitement about the upcoming event.</w:t>
      </w:r>
      <w:r/>
    </w:p>
    <w:p>
      <w:pPr>
        <w:pStyle w:val="ListNumber"/>
        <w:spacing w:line="240" w:lineRule="auto"/>
        <w:ind w:left="720"/>
      </w:pPr>
      <w:r/>
      <w:hyperlink r:id="rId12">
        <w:r>
          <w:rPr>
            <w:color w:val="0000EE"/>
            <w:u w:val="single"/>
          </w:rPr>
          <w:t>https://granspectrum.com/</w:t>
        </w:r>
      </w:hyperlink>
      <w:r>
        <w:t xml:space="preserve"> - 'Gran Spectrum' is a registration and communication web app for the collective artistic action by Spencer Tunick in Gran Canaria, presented within Culture &amp; Business Pride 2026. The website provides information about the event, registration details, and serves as a platform for participants to engage with the project.</w:t>
      </w:r>
      <w:r/>
    </w:p>
    <w:p>
      <w:pPr>
        <w:pStyle w:val="ListNumber"/>
        <w:spacing w:line="240" w:lineRule="auto"/>
        <w:ind w:left="720"/>
      </w:pPr>
      <w:r/>
      <w:hyperlink r:id="rId11">
        <w:r>
          <w:rPr>
            <w:color w:val="0000EE"/>
            <w:u w:val="single"/>
          </w:rPr>
          <w:t>https://elpais.com/cultura/2026-07-26/desnudos-frente-a-la-catedral-spencer-tunick-reivindica-la-inclusion-lgtbiq-en-una-accion-en-las-palmas.html</w:t>
        </w:r>
      </w:hyperlink>
      <w:r>
        <w:t xml:space="preserve"> - On 26 July 2026, American photographer Spencer Tunick conducted a new artistic intervention in Las Palmas de Gran Canaria, titled 'Gran Spectrum', as part of the Culture &amp; Business Pride festival. Between 400 and 500 people participated, nude and painted with the colours of the Progress Pride flag, in front of the Cathedral of Santa Ana. The initiative aimed to defend the rights of the LGBTQIA+ community. The action was carefully organised with police support and took place without incidents, receiving unexpected backing from the local bishop, despite minor disruptions to access to the day's mass.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dnes.cz/zpravy/zahranicni/fotograf-spencer-tunick-nazi-lide-v-barvach-duhy.A260727_092800_zahranicni_lupr#utm_source=rss&amp;utm_medium=feed&amp;utm_campaign=idnes&amp;utm_content=main" TargetMode="External"/><Relationship Id="rId10" Type="http://schemas.openxmlformats.org/officeDocument/2006/relationships/hyperlink" Target="https://www.rtve.es/noticias/20260726/tunick-plasma-gran-espectro-identidad-lgtbiq-escultura-humana-multicolor-palmas/17169558.shtml" TargetMode="External"/><Relationship Id="rId11" Type="http://schemas.openxmlformats.org/officeDocument/2006/relationships/hyperlink" Target="https://elpais.com/cultura/2026-07-26/desnudos-frente-a-la-catedral-spencer-tunick-reivindica-la-inclusion-lgtbiq-en-una-accion-en-las-palmas.html" TargetMode="External"/><Relationship Id="rId12" Type="http://schemas.openxmlformats.org/officeDocument/2006/relationships/hyperlink" Target="https://granspectrum.com/" TargetMode="External"/><Relationship Id="rId13" Type="http://schemas.openxmlformats.org/officeDocument/2006/relationships/hyperlink" Target="https://www.lavozdegalicia.es/noticia/cultura/2026/07/21/fotografo-spencer-tunick-prepara-desnudo-colectivo-medio-millar-personas-palmas-gran-canaria/00031784650495298712263.htm" TargetMode="External"/><Relationship Id="rId14" Type="http://schemas.openxmlformats.org/officeDocument/2006/relationships/hyperlink" Target="https://www.planomato.com/es/las%20palmas/p/gran-spectrum-las-palm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