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Photos Capture Norwich Pride 2026 — colourful parade through the city streets</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Bursting with colour and community spirit, Norwich Pride 2026 drew tens of thousands into the city for a loud, joyful parade and day of events that celebrated LGBTQIA+ life across Norfolk. From rainbow-clad businesses to dogs in tutus, the atmosphere was bright, inclusive and impossible to miss.</w:t>
      </w:r>
      <w:r/>
    </w:p>
    <w:p>
      <w:r/>
      <w:r>
        <w:t>Essential Takeaways</w:t>
      </w:r>
      <w:r/>
      <w:r/>
    </w:p>
    <w:p>
      <w:pPr>
        <w:pStyle w:val="ListBullet"/>
        <w:spacing w:line="240" w:lineRule="auto"/>
        <w:ind w:left="720"/>
      </w:pPr>
      <w:r/>
      <w:r>
        <w:rPr>
          <w:b/>
        </w:rPr>
        <w:t>Huge turnout:</w:t>
      </w:r>
      <w:r>
        <w:t xml:space="preserve"> Tens of thousands lined streets from City Hall to Chapelfield Gardens, creating a lively, packed route.</w:t>
      </w:r>
      <w:r/>
    </w:p>
    <w:p>
      <w:pPr>
        <w:pStyle w:val="ListBullet"/>
        <w:spacing w:line="240" w:lineRule="auto"/>
        <w:ind w:left="720"/>
      </w:pPr>
      <w:r/>
      <w:r>
        <w:rPr>
          <w:b/>
        </w:rPr>
        <w:t>Local groups front and centre:</w:t>
      </w:r>
      <w:r>
        <w:t xml:space="preserve"> Community organisations, charities and local businesses marched together in colourful displays.</w:t>
      </w:r>
      <w:r/>
    </w:p>
    <w:p>
      <w:pPr>
        <w:pStyle w:val="ListBullet"/>
        <w:spacing w:line="240" w:lineRule="auto"/>
        <w:ind w:left="720"/>
      </w:pPr>
      <w:r/>
      <w:r>
        <w:rPr>
          <w:b/>
        </w:rPr>
        <w:t>Family-friendly vibe:</w:t>
      </w:r>
      <w:r>
        <w:t xml:space="preserve"> The event included workshops and activities, with plenty of accessible spaces and relaxed moments.</w:t>
      </w:r>
      <w:r/>
    </w:p>
    <w:p>
      <w:pPr>
        <w:pStyle w:val="ListBullet"/>
        <w:spacing w:line="240" w:lineRule="auto"/>
        <w:ind w:left="720"/>
      </w:pPr>
      <w:r/>
      <w:r>
        <w:rPr>
          <w:b/>
        </w:rPr>
        <w:t>Visible support:</w:t>
      </w:r>
      <w:r>
        <w:t xml:space="preserve"> Sponsors and transport partners helped amplify the festival, giving practical backing to the parade.</w:t>
      </w:r>
      <w:r/>
    </w:p>
    <w:p>
      <w:pPr>
        <w:pStyle w:val="ListBullet"/>
        <w:spacing w:line="240" w:lineRule="auto"/>
        <w:ind w:left="720"/>
      </w:pPr>
      <w:r/>
      <w:r>
        <w:rPr>
          <w:b/>
        </w:rPr>
        <w:t>Photogenic moments:</w:t>
      </w:r>
      <w:r>
        <w:t xml:space="preserve"> From playful costumes to spirited banners, the day produced memorable, feel-good images.</w:t>
      </w:r>
      <w:r/>
      <w:r/>
    </w:p>
    <w:p>
      <w:pPr>
        <w:pStyle w:val="Heading2"/>
      </w:pPr>
      <w:r>
        <w:t>A city painted in rainbows , the opening image that stopped you in your tracks</w:t>
      </w:r>
      <w:r/>
    </w:p>
    <w:p>
      <w:r/>
      <w:r>
        <w:t>Norwich woke up looking brighter. Streets that usually hum with weekday traffic were lined with people, flags and handmade signs, and the whole scene felt warm and slightly buzzy under a clear sky. Photographs from the march show the kind of candid joy that makes you grin , kids waving, older neighbours clapping, and friends who’d travelled in costume for the occasion. According to local coverage, the parade set off from City Hall and wound towards Chapelfield Gardens, giving everyone plenty of time to soak up the spectacle.</w:t>
      </w:r>
      <w:r/>
    </w:p>
    <w:p>
      <w:pPr>
        <w:pStyle w:val="Heading2"/>
      </w:pPr>
      <w:r>
        <w:t>Community groups led the way , pride with local roots</w:t>
      </w:r>
      <w:r/>
    </w:p>
    <w:p>
      <w:r/>
      <w:r>
        <w:t>This wasn’t a corporate parade alone; neighbourhood groups, youth organisations and charities were prominent, carrying messages of support and visibility. Norwich Pride’s own programme highlights workshops and outreach activities around the city, and that community-focused energy came across in the photos. It’s a reminder that pride remains, first and foremost, a grassroots celebration of identity, and that local voices are still steering the narrative.</w:t>
      </w:r>
      <w:r/>
    </w:p>
    <w:p>
      <w:pPr>
        <w:pStyle w:val="Heading2"/>
      </w:pPr>
      <w:r>
        <w:t>Sponsors and partners helped make it happen , practical support behind the colour</w:t>
      </w:r>
      <w:r/>
    </w:p>
    <w:p>
      <w:r/>
      <w:r>
        <w:t>Events of this size need more than confetti , they need logistics, stewarding and funding. Greater Anglia announced its role as a lead sponsor, which helped with visibility and transport messaging for visitors, while other local partners provided practical support. That backing matters: it keeps the parade safe, accessible and free to attend, so more families and supporters can join in without worrying about cost or accessibility.</w:t>
      </w:r>
      <w:r/>
    </w:p>
    <w:p>
      <w:pPr>
        <w:pStyle w:val="Heading2"/>
      </w:pPr>
      <w:r>
        <w:t>Little details told big stories , dogs, ketchup bottles and unexpected humour</w:t>
      </w:r>
      <w:r/>
    </w:p>
    <w:p>
      <w:r/>
      <w:r>
        <w:t>A lot of the best photos weren’t the grand banners but the small, human moments. Dogs paraded beside owners in rainbow bandanas, costumed marchers posed with oversized props, and a few tongue-in-cheek floats , yes, even a nod to ketchup bottles , turned heads. Those quirky touches undercut any stiffness and made the day feel celebratory rather than staged. If you’re planning to attend next year, bring comfortable shoes and a sense of humour; you’ll want to linger for street theatre as much as the main route.</w:t>
      </w:r>
      <w:r/>
    </w:p>
    <w:p>
      <w:pPr>
        <w:pStyle w:val="Heading2"/>
      </w:pPr>
      <w:r>
        <w:t>Why this matters , visibility, safety and a city that wants everyone to belong</w:t>
      </w:r>
      <w:r/>
    </w:p>
    <w:p>
      <w:r/>
      <w:r>
        <w:t>Norwich Pride says its aim is to make the city somewhere everyone feels safe to be themselves, and the size and warmth of the crowd suggest it’s getting there. Events like this do more than entertain: they normalise difference, open conversations in shops and workplaces, and remind councillors that equality is a visible public priority. Looking ahead, the hope is that momentum continues , more workshops, wider accessibility measures, and even bigger volunteer teams to match the growing interest.</w:t>
      </w:r>
      <w:r/>
    </w:p>
    <w:p>
      <w:r/>
      <w:r>
        <w:t>It's a small change that can make every moment in public feel that bit safer and happier.</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[6]</w:t>
        </w:r>
      </w:hyperlink>
      <w:r>
        <w:t xml:space="preserve">- Paragraph 2: </w:t>
      </w:r>
      <w:hyperlink r:id="rId9">
        <w:r>
          <w:rPr>
            <w:color w:val="0000EE"/>
            <w:u w:val="single"/>
          </w:rPr>
          <w:t>[1]</w:t>
        </w:r>
      </w:hyperlink>
      <w:r>
        <w:t xml:space="preserve">, </w:t>
      </w:r>
      <w:hyperlink r:id="rId11">
        <w:r>
          <w:rPr>
            <w:color w:val="0000EE"/>
            <w:u w:val="single"/>
          </w:rPr>
          <w:t>[6]</w:t>
        </w:r>
      </w:hyperlink>
      <w:r>
        <w:t xml:space="preserve">- Paragraph 3: </w:t>
      </w:r>
      <w:hyperlink r:id="rId12">
        <w:r>
          <w:rPr>
            <w:color w:val="0000EE"/>
            <w:u w:val="single"/>
          </w:rPr>
          <w:t>[3]</w:t>
        </w:r>
      </w:hyperlink>
      <w:r>
        <w:t xml:space="preserve">, </w:t>
      </w:r>
      <w:hyperlink r:id="rId11">
        <w:r>
          <w:rPr>
            <w:color w:val="0000EE"/>
            <w:u w:val="single"/>
          </w:rPr>
          <w:t>[6]</w:t>
        </w:r>
      </w:hyperlink>
      <w:r>
        <w:t xml:space="preserve">- Paragraph 4: </w:t>
      </w:r>
      <w:hyperlink r:id="rId9">
        <w:r>
          <w:rPr>
            <w:color w:val="0000EE"/>
            <w:u w:val="single"/>
          </w:rPr>
          <w:t>[1]</w:t>
        </w:r>
      </w:hyperlink>
      <w:r>
        <w:t xml:space="preserve">, </w:t>
      </w:r>
      <w:hyperlink r:id="rId13">
        <w:r>
          <w:rPr>
            <w:color w:val="0000EE"/>
            <w:u w:val="single"/>
          </w:rPr>
          <w:t>[7]</w:t>
        </w:r>
      </w:hyperlink>
      <w:r>
        <w:t xml:space="preserve">- Paragraph 5: </w:t>
      </w:r>
      <w:hyperlink r:id="rId9">
        <w:r>
          <w:rPr>
            <w:color w:val="0000EE"/>
            <w:u w:val="single"/>
          </w:rPr>
          <w:t>[1]</w:t>
        </w:r>
      </w:hyperlink>
      <w:r>
        <w:t xml:space="preserve">, </w:t>
      </w:r>
      <w:hyperlink r:id="rId14">
        <w:r>
          <w:rPr>
            <w:color w:val="0000EE"/>
            <w:u w:val="single"/>
          </w:rPr>
          <w:t>[5]</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https://www.edp24.co.uk/news/26410183.20-photos-sum-joy-norwich-pride-2026/?ref=rss</w:t>
        </w:r>
      </w:hyperlink>
      <w:r>
        <w:t xml:space="preserve"> - Please view link - unable to able to access data</w:t>
      </w:r>
      <w:r/>
    </w:p>
    <w:p>
      <w:pPr>
        <w:pStyle w:val="ListNumber"/>
        <w:spacing w:line="240" w:lineRule="auto"/>
        <w:ind w:left="720"/>
      </w:pPr>
      <w:r/>
      <w:hyperlink r:id="rId10">
        <w:r>
          <w:rPr>
            <w:color w:val="0000EE"/>
            <w:u w:val="single"/>
          </w:rPr>
          <w:t>https://theforumnorwich.co.uk/whats-on/norwich-pride</w:t>
        </w:r>
      </w:hyperlink>
      <w:r>
        <w:t xml:space="preserve"> - The Forum Norwich hosted the Norwich Pride 2026 event on Saturday, 25 July, featuring a free celebration festival from 10 am to 6 pm. The event included community stalls, live music, and performances on two stages: The Alan Turing Community Stage and The Harvey Milk Activist Stage. The Alan Turing Community Stage featured performances by Summit Training Club, Not Your Average Choir, Frankii Innes, Lizzie Blissett, Max Dobson, Music to my Queers, KILLAH!, and Shar Cooterie. The Harvey Milk Activist Stage hosted talks and performances such as The Natasha Curson memorial trans talk, Question Time, Sing with Pride, Simmer QTPOC Social, Queer Disabled Power &amp; Joy - Crip Ladywood, Dan de la Motte's Mince with the Mollies, and We, The Poets. The event aimed to make Norwich a city where everyone feels safe and proud to be themselves.</w:t>
      </w:r>
      <w:r/>
    </w:p>
    <w:p>
      <w:pPr>
        <w:pStyle w:val="ListNumber"/>
        <w:spacing w:line="240" w:lineRule="auto"/>
        <w:ind w:left="720"/>
      </w:pPr>
      <w:r/>
      <w:hyperlink r:id="rId12">
        <w:r>
          <w:rPr>
            <w:color w:val="0000EE"/>
            <w:u w:val="single"/>
          </w:rPr>
          <w:t>https://www.greateranglia.co.uk/about-us/news-desk/news-articles/greater-anglia-announced-main-sponsor-norwich-pride-2026</w:t>
        </w:r>
      </w:hyperlink>
      <w:r>
        <w:t xml:space="preserve"> - Greater Anglia was announced as the main sponsor of Norwich Pride 2026, which took place on Saturday, 25 July. The sponsorship reflects Greater Anglia's commitment to supporting the LGBTQIA+ community. The event featured a parade from City Hall to Chapelfield Gardens, with Greater Anglia colleagues playing a leading role in the city centre march. The sponsorship also highlighted the collaboration between Greater Anglia, c2c, and Network Rail Anglia as GBR Anglia, showcasing a shared commitment to creating an inclusive and welcoming railway for everyone.</w:t>
      </w:r>
      <w:r/>
    </w:p>
    <w:p>
      <w:pPr>
        <w:pStyle w:val="ListNumber"/>
        <w:spacing w:line="240" w:lineRule="auto"/>
        <w:ind w:left="720"/>
      </w:pPr>
      <w:r/>
      <w:hyperlink r:id="rId15">
        <w:r>
          <w:rPr>
            <w:color w:val="0000EE"/>
            <w:u w:val="single"/>
          </w:rPr>
          <w:t>https://www.gaydio.co.uk/portsmouth/events/the-guide/event/norwich-pride1/</w:t>
        </w:r>
      </w:hyperlink>
      <w:r>
        <w:t xml:space="preserve"> - Norwich Pride 2026 took place on Saturday, 25 July, marking its 18th year. The Pride March began at 1 pm from City Hall, carrying the giant Trans and Rainbow Pride flags through the streets of Norwich. The parade traditionally moved from City Hall to Chapelfield Gardens, with The Forum hosting the Community Hub where LGBTQIA+ charities, community groups, and organisations came together throughout the day. The event aimed to make Norwich a city where everyone feels safe and proud to be themselves.</w:t>
      </w:r>
      <w:r/>
    </w:p>
    <w:p>
      <w:pPr>
        <w:pStyle w:val="ListNumber"/>
        <w:spacing w:line="240" w:lineRule="auto"/>
        <w:ind w:left="720"/>
      </w:pPr>
      <w:r/>
      <w:hyperlink r:id="rId14">
        <w:r>
          <w:rPr>
            <w:color w:val="0000EE"/>
            <w:u w:val="single"/>
          </w:rPr>
          <w:t>https://www.ncfsc.co.uk/norwich-pride-2026/</w:t>
        </w:r>
      </w:hyperlink>
      <w:r>
        <w:t xml:space="preserve"> - The Norwich City Fans Social Club extended warm wishes to the community for Norwich Pride 2026, expressing support for the event and its mission to make Norwich a city where everyone feels safe and proud to be themselves. The event drew over 20,000 people into the city centre to celebrate the LGBTQIA+ community, featuring a parade from City Hall to Chapelfield Gardens and various activities throughout the day.</w:t>
      </w:r>
      <w:r/>
    </w:p>
    <w:p>
      <w:pPr>
        <w:pStyle w:val="ListNumber"/>
        <w:spacing w:line="240" w:lineRule="auto"/>
        <w:ind w:left="720"/>
      </w:pPr>
      <w:r/>
      <w:hyperlink r:id="rId11">
        <w:r>
          <w:rPr>
            <w:color w:val="0000EE"/>
            <w:u w:val="single"/>
          </w:rPr>
          <w:t>https://norwichpride.org.uk/</w:t>
        </w:r>
      </w:hyperlink>
      <w:r>
        <w:t xml:space="preserve"> - Norwich Pride is an annual LGBTQ+ pride event and registered charity in Norwich, England. It organises a pride parade from City Hall to Chapelfield Gardens, with associated events on the last Saturday in July each year. The organisation was founded in 2008 and became a registered charity in 2020. The 2026 event aimed to make Norwich a city where everyone feels safe and proud to be themselves.</w:t>
      </w:r>
      <w:r/>
    </w:p>
    <w:p>
      <w:pPr>
        <w:pStyle w:val="ListNumber"/>
        <w:spacing w:line="240" w:lineRule="auto"/>
        <w:ind w:left="720"/>
      </w:pPr>
      <w:r/>
      <w:hyperlink r:id="rId13">
        <w:r>
          <w:rPr>
            <w:color w:val="0000EE"/>
            <w:u w:val="single"/>
          </w:rPr>
          <w:t>https://www.pressherald.com/2026/06/20/portland-pride-2026-photos/</w:t>
        </w:r>
      </w:hyperlink>
      <w:r>
        <w:t xml:space="preserve"> - Portland's annual Pride parade took place on Saturday, 20 June 2026, with thousands of people lining the streets to march or watch. The parade featured vibrant floats, performers, and attendees decked out in rainbow colours, celebrating the LGBTQ+ community during Pride month.</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edp24.co.uk/news/26410183.20-photos-sum-joy-norwich-pride-2026/?ref=rss" TargetMode="External"/><Relationship Id="rId10" Type="http://schemas.openxmlformats.org/officeDocument/2006/relationships/hyperlink" Target="https://theforumnorwich.co.uk/whats-on/norwich-pride" TargetMode="External"/><Relationship Id="rId11" Type="http://schemas.openxmlformats.org/officeDocument/2006/relationships/hyperlink" Target="https://norwichpride.org.uk/" TargetMode="External"/><Relationship Id="rId12" Type="http://schemas.openxmlformats.org/officeDocument/2006/relationships/hyperlink" Target="https://www.greateranglia.co.uk/about-us/news-desk/news-articles/greater-anglia-announced-main-sponsor-norwich-pride-2026" TargetMode="External"/><Relationship Id="rId13" Type="http://schemas.openxmlformats.org/officeDocument/2006/relationships/hyperlink" Target="https://www.pressherald.com/2026/06/20/portland-pride-2026-photos/" TargetMode="External"/><Relationship Id="rId14" Type="http://schemas.openxmlformats.org/officeDocument/2006/relationships/hyperlink" Target="https://www.ncfsc.co.uk/norwich-pride-2026/" TargetMode="External"/><Relationship Id="rId15" Type="http://schemas.openxmlformats.org/officeDocument/2006/relationships/hyperlink" Target="https://www.gaydio.co.uk/portsmouth/events/the-guide/event/norwich-pride1/"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