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Petrol &amp; Pride Moments: Britain’s Queerest Car Park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on queer car culture , Petrol &amp; Pride at the British Motor Museum saw a bright, noisy celebration of cars, community and inclusion, where owners proudly flexed everything from faded-pink unicorn convertibles to lime-green Jeeps. It mattered because it felt like refuge, spectacle and defiance all at once.</w:t>
      </w:r>
      <w:r/>
    </w:p>
    <w:p>
      <w:r/>
      <w:r>
        <w:t>Essential Takeaways</w:t>
      </w:r>
      <w:r/>
      <w:r/>
    </w:p>
    <w:p>
      <w:pPr>
        <w:pStyle w:val="ListBullet"/>
        <w:spacing w:line="240" w:lineRule="auto"/>
        <w:ind w:left="720"/>
      </w:pPr>
      <w:r/>
      <w:r>
        <w:rPr>
          <w:b/>
        </w:rPr>
        <w:t>Event vibe:</w:t>
      </w:r>
      <w:r>
        <w:t xml:space="preserve"> Petrol &amp; Pride blends motoring obsession with queer camp, creating a lively, welcoming atmosphere that's visually striking and joyfully loud. </w:t>
      </w:r>
      <w:r/>
    </w:p>
    <w:p>
      <w:pPr>
        <w:pStyle w:val="ListBullet"/>
        <w:spacing w:line="240" w:lineRule="auto"/>
        <w:ind w:left="720"/>
      </w:pPr>
      <w:r/>
      <w:r>
        <w:rPr>
          <w:b/>
        </w:rPr>
        <w:t>Range of vehicles:</w:t>
      </w:r>
      <w:r>
        <w:t xml:space="preserve"> Expect pristine exotics and lovingly battered classics alike , EVs and petrolheads live together here, from Peugeots to Bentleys. </w:t>
      </w:r>
      <w:r/>
    </w:p>
    <w:p>
      <w:pPr>
        <w:pStyle w:val="ListBullet"/>
        <w:spacing w:line="240" w:lineRule="auto"/>
        <w:ind w:left="720"/>
      </w:pPr>
      <w:r/>
      <w:r>
        <w:rPr>
          <w:b/>
        </w:rPr>
        <w:t>Safe space:</w:t>
      </w:r>
      <w:r>
        <w:t xml:space="preserve"> The meet-up doubled as a calm, neurodivergent-friendly environment with an emphasis on belonging and playful judgement. </w:t>
      </w:r>
      <w:r/>
    </w:p>
    <w:p>
      <w:pPr>
        <w:pStyle w:val="ListBullet"/>
        <w:spacing w:line="240" w:lineRule="auto"/>
        <w:ind w:left="720"/>
      </w:pPr>
      <w:r/>
      <w:r>
        <w:rPr>
          <w:b/>
        </w:rPr>
        <w:t>Community response:</w:t>
      </w:r>
      <w:r>
        <w:t xml:space="preserve"> Organisers and attendees observed a minute’s silence following the Berlin Pride attack, showing solidarity and the event’s emotional weight. </w:t>
      </w:r>
      <w:r/>
    </w:p>
    <w:p>
      <w:pPr>
        <w:pStyle w:val="ListBullet"/>
        <w:spacing w:line="240" w:lineRule="auto"/>
        <w:ind w:left="720"/>
      </w:pPr>
      <w:r/>
      <w:r>
        <w:rPr>
          <w:b/>
        </w:rPr>
        <w:t>Practical note:</w:t>
      </w:r>
      <w:r>
        <w:t xml:space="preserve"> Awards like ‘gayest car’ and ‘best glow-up’ make the show more playful than competitive, inviting creativity over concours polish.</w:t>
      </w:r>
      <w:r/>
      <w:r/>
    </w:p>
    <w:p>
      <w:pPr>
        <w:pStyle w:val="Heading2"/>
      </w:pPr>
      <w:r>
        <w:t>A colourful, unapologetic celebration of car obsession</w:t>
      </w:r>
      <w:r/>
    </w:p>
    <w:p>
      <w:r/>
      <w:r>
        <w:t>The strongest thing about Petrol &amp; Pride is how genuinely joyful it feels to stand in a car park and be unabashedly gay about the line-up. Bright paint, camp accessories and theatrical storytelling turn each vehicle into a character, and the sensory detail is irresistible , the gloss of a Bentley, the scuffed alloys on a unicorn Audi, the tang of petrol and sunscreen on a hot day. According to organisers at the British Motor Museum and Petrol &amp; Pride’s own pages, the event is explicitly built to welcome anyone who loves motoring, regardless of fuel type or finish.</w:t>
      </w:r>
      <w:r/>
    </w:p>
    <w:p>
      <w:r/>
      <w:r>
        <w:t>This queer-coded enthusiasm is no accident. The show leans into passionate curation rather than snobbery, which means you’ll see both heritage pieces and EVs parked cheek by jowl. If you’re worried it’ll be all concours silence and polished rope lines, forget it , this is a place for storytelling, performance and personal expression.</w:t>
      </w:r>
      <w:r/>
    </w:p>
    <w:p>
      <w:pPr>
        <w:pStyle w:val="Heading2"/>
      </w:pPr>
      <w:r>
        <w:t>Why it felt necessary to pause and remember</w:t>
      </w:r>
      <w:r/>
    </w:p>
    <w:p>
      <w:r/>
      <w:r>
        <w:t>Less than a day after the awful attack at Berlin Pride, attendees at Petrol &amp; Pride observed a minute’s silence outside the museum. That quiet, collective moment cut through the gaiety and underscored the event’s role beyond spectacle: it’s a community space that holds grief as well as glitter. The organisers and press who covered the day emphasised that publishing during those immediate hours felt wrong, so the revisit served as a gentle, reflective tribute.</w:t>
      </w:r>
      <w:r/>
    </w:p>
    <w:p>
      <w:r/>
      <w:r>
        <w:t>It’s telling that even in a field of performance and flamboyance, people made room for solemnity. That mix of defiance and care is exactly what makes small, niche Pride events feel necessary in 2026.</w:t>
      </w:r>
      <w:r/>
    </w:p>
    <w:p>
      <w:pPr>
        <w:pStyle w:val="Heading2"/>
      </w:pPr>
      <w:r>
        <w:t>Cars as characters: the competitions that spark conversation</w:t>
      </w:r>
      <w:r/>
    </w:p>
    <w:p>
      <w:r/>
      <w:r>
        <w:t>The awards are half-competition, half-comedy routine , categories like ‘butchest’, ‘gayest’ and ‘best glow-up’ invite laughter and theatricality. Imagine a lime-green Jeep with a Progress Pride flag drawing crowds because of its look and the bloke behind the wheel, or a faded-pink Audi convertible dolled up like a unicorn. These choices say as much about the owners as the cars themselves; motoring becomes an act of personality.</w:t>
      </w:r>
      <w:r/>
    </w:p>
    <w:p>
      <w:r/>
      <w:r>
        <w:t>Organisers from Petrol &amp; Pride and partner venues make the judging light-hearted on purpose, because the point is inclusion, not gatekeeping. If you’re going, think about what story your car or outfit might tell , authenticity wins here.</w:t>
      </w:r>
      <w:r/>
    </w:p>
    <w:p>
      <w:pPr>
        <w:pStyle w:val="Heading2"/>
      </w:pPr>
      <w:r>
        <w:t>EVs, classics and an inclusive motoring scene</w:t>
      </w:r>
      <w:r/>
    </w:p>
    <w:p>
      <w:r/>
      <w:r>
        <w:t>One pleasant surprise is how EVs have settled into this queer motoring scene without friction. The event hosted a mix of electric models alongside traditional petrol classics, including an Attitude-liveried Peugeot used to ferry merchandise and magazines. That mix reflects wider market trends where heritage brands and new tech share space, and it reassures anyone who loves a particular drivetrain that they’ll be welcome.</w:t>
      </w:r>
      <w:r/>
    </w:p>
    <w:p>
      <w:r/>
      <w:r>
        <w:t>Practical tip: if you want to bring an EV, check charging provisions at the venue in advance via the British Motor Museum or Petrol &amp; Pride sites, and consider a backup plan if chargers are busy.</w:t>
      </w:r>
      <w:r/>
    </w:p>
    <w:p>
      <w:pPr>
        <w:pStyle w:val="Heading2"/>
      </w:pPr>
      <w:r>
        <w:t>A safe, sensory space for neurodivergent and LGBTQ+ attendees</w:t>
      </w:r>
      <w:r/>
    </w:p>
    <w:p>
      <w:r/>
      <w:r>
        <w:t>Attendees described Petrol &amp; Pride as as much a haven for neurodivergent visitors as for the broader LGBTQ+ community. The event’s friendly chaos , the laughter, the camp displays, the lovingly eccentric cars , creates predictable, comforting rituals for people who need them. There was an emphasis on accessibility and atmosphere, and the mood was one of shared indulgence in detail.</w:t>
      </w:r>
      <w:r/>
    </w:p>
    <w:p>
      <w:r/>
      <w:r>
        <w:t>If sensory needs are a priority for you, plan for quieter windows, bring ear protection if you expect engine revs, and check venue accessibility notes ahead of time. The organisers’ focus on inclusivity makes it a good model for niche Pride events going forward.</w:t>
      </w:r>
      <w:r/>
    </w:p>
    <w:p>
      <w:r/>
      <w:r>
        <w:t>Closing line It’s a small, bright scene where cars become storytelling props and belonging is the main attraction , pick the vehicle or vibe that fits you best.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10">
        <w:r>
          <w:rPr>
            <w:color w:val="0000EE"/>
            <w:u w:val="single"/>
          </w:rPr>
          <w:t>[4]</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11">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https://www.attitude.co.uk/culture/petrol-pride-2026-queerest-car-park-in-britain-529803/</w:t>
        </w:r>
      </w:hyperlink>
      <w:r>
        <w:t xml:space="preserve"> - Please view link - unable to able to access data</w:t>
      </w:r>
      <w:r/>
    </w:p>
    <w:p>
      <w:pPr>
        <w:pStyle w:val="ListNumber"/>
        <w:spacing w:line="240" w:lineRule="auto"/>
        <w:ind w:left="720"/>
      </w:pPr>
      <w:r/>
      <w:hyperlink r:id="rId9">
        <w:r>
          <w:rPr>
            <w:color w:val="0000EE"/>
            <w:u w:val="single"/>
          </w:rPr>
          <w:t>https://www.attitude.co.uk/culture/petrol-pride-2026-queerest-car-park-in-britain-529803/</w:t>
        </w:r>
      </w:hyperlink>
      <w:r>
        <w:t xml:space="preserve"> - Attitude magazine reports on Petrol &amp; Pride 2026, an event dedicated to LGBTQ+ motoring enthusiasts, held at the British Motor Museum in Gaydon, Warwickshire. The event featured a diverse lineup of vehicles, including electric cars, and included awards for categories like 'Butchest', 'Gayest', and 'Best Glow Up'. The article highlights the inclusive and celebratory atmosphere of the event, emphasizing its significance within the LGBTQ+ community.</w:t>
      </w:r>
      <w:r/>
    </w:p>
    <w:p>
      <w:pPr>
        <w:pStyle w:val="ListNumber"/>
        <w:spacing w:line="240" w:lineRule="auto"/>
        <w:ind w:left="720"/>
      </w:pPr>
      <w:r/>
      <w:hyperlink r:id="rId12">
        <w:r>
          <w:rPr>
            <w:color w:val="0000EE"/>
            <w:u w:val="single"/>
          </w:rPr>
          <w:t>https://www.britishmotormuseum.co.uk/whats-on/petrol-and-pride</w:t>
        </w:r>
      </w:hyperlink>
      <w:r>
        <w:t xml:space="preserve"> - The British Motor Museum provides details about Petrol &amp; Pride 2026, scheduled for 26 July 2026. The event aims to celebrate LGBTQIA+ motoring enthusiasts, welcoming all vehicles regardless of type or condition. Attendees can expect music, food, and fun, with prizes for categories such as 'Butchest', 'Gayest', and 'Best Glow Up'. The event is a partnership between Petrol &amp; Pride and the British Motor Museum, with proceeds supporting the museum and an LGBTQ+ charity.</w:t>
      </w:r>
      <w:r/>
    </w:p>
    <w:p>
      <w:pPr>
        <w:pStyle w:val="ListNumber"/>
        <w:spacing w:line="240" w:lineRule="auto"/>
        <w:ind w:left="720"/>
      </w:pPr>
      <w:r/>
      <w:hyperlink r:id="rId10">
        <w:r>
          <w:rPr>
            <w:color w:val="0000EE"/>
            <w:u w:val="single"/>
          </w:rPr>
          <w:t>https://www.petrolandpride.co.uk/</w:t>
        </w:r>
      </w:hyperlink>
      <w:r>
        <w:t xml:space="preserve"> - The official website for Petrol &amp; Pride 2026 offers comprehensive information about the event, including its date, location, and ticketing details. The event is set to take place on Sunday, 26 July 2026, at the British Motor Museum in Gaydon, Warwickshire. It is described as the UK's most colourful motoring event, aiming to provide a platform for members, friends, and allies of the LGBTQIA+ community to showcase their pride in their vehicles and themselves.</w:t>
      </w:r>
      <w:r/>
    </w:p>
    <w:p>
      <w:pPr>
        <w:pStyle w:val="ListNumber"/>
        <w:spacing w:line="240" w:lineRule="auto"/>
        <w:ind w:left="720"/>
      </w:pPr>
      <w:r/>
      <w:hyperlink r:id="rId14">
        <w:r>
          <w:rPr>
            <w:color w:val="0000EE"/>
            <w:u w:val="single"/>
          </w:rPr>
          <w:t>https://www.shakespeares-england.co.uk/event/petrol-and-pride-%28british-motor-museum%29/185886101/</w:t>
        </w:r>
      </w:hyperlink>
      <w:r>
        <w:t xml:space="preserve"> - Shakespeare's England provides information about Petrol &amp; Pride 2026, highlighting it as the UK's most colourful motoring event. The event is inclusive of all people and vehicles, regardless of type or condition. Attendees can immerse themselves in a day of music, food, and fun, with prizes for categories like 'Butchest', 'Gayest', and 'Best Glow Up'. The event is a partnership between Petrol &amp; Pride and the British Motor Museum, with proceeds supporting the museum and an LGBTQ+ charity.</w:t>
      </w:r>
      <w:r/>
    </w:p>
    <w:p>
      <w:pPr>
        <w:pStyle w:val="ListNumber"/>
        <w:spacing w:line="240" w:lineRule="auto"/>
        <w:ind w:left="720"/>
      </w:pPr>
      <w:r/>
      <w:hyperlink r:id="rId11">
        <w:r>
          <w:rPr>
            <w:color w:val="0000EE"/>
            <w:u w:val="single"/>
          </w:rPr>
          <w:t>https://www.venues.org.uk/news/british-motor-museum-and-petrol-pride-grow-inclusive-automotive-event-with-support-from-goose-live-events.html</w:t>
        </w:r>
      </w:hyperlink>
      <w:r>
        <w:t xml:space="preserve"> - Venues.org.uk reports on the collaboration between the British Motor Museum and Petrol &amp; Pride to expand their inclusive automotive event. Scheduled for Sunday, 26 July 2026, the event has grown from an industry gathering to a larger public-facing format. It will feature vehicle displays, music, awards, and access to the museum itself. The event is open to all vehicles, regardless of age, brand, or condition, and aims to celebrate inclusion and community.</w:t>
      </w:r>
      <w:r/>
    </w:p>
    <w:p>
      <w:pPr>
        <w:pStyle w:val="ListNumber"/>
        <w:spacing w:line="240" w:lineRule="auto"/>
        <w:ind w:left="720"/>
      </w:pPr>
      <w:r/>
      <w:hyperlink r:id="rId13">
        <w:r>
          <w:rPr>
            <w:color w:val="0000EE"/>
            <w:u w:val="single"/>
          </w:rPr>
          <w:t>https://www.carwow.co.uk/news/11089/petrol-and-pride-lgbtq-car-show-2026</w:t>
        </w:r>
      </w:hyperlink>
      <w:r>
        <w:t xml:space="preserve"> - Carwow provides coverage of Petrol &amp; Pride 2026, highlighting the event's return to the British Motor Museum in Gaydon. The event is described as the UK's most colourful motoring event, bringing together LGBTQ+ car enthusiasts and allies for a day of sunshine, music, and spectacular vehicles. The article emphasizes the inclusivity of the event, noting that it welcomes all vehicles, including electric cars, and features a diverse lineup from Fiat Pandas to Ferrari 12Cilindris.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petrol-pride-2026-queerest-car-park-in-britain-529803/" TargetMode="External"/><Relationship Id="rId10" Type="http://schemas.openxmlformats.org/officeDocument/2006/relationships/hyperlink" Target="https://www.petrolandpride.co.uk/" TargetMode="External"/><Relationship Id="rId11" Type="http://schemas.openxmlformats.org/officeDocument/2006/relationships/hyperlink" Target="https://www.venues.org.uk/news/british-motor-museum-and-petrol-pride-grow-inclusive-automotive-event-with-support-from-goose-live-events.html" TargetMode="External"/><Relationship Id="rId12" Type="http://schemas.openxmlformats.org/officeDocument/2006/relationships/hyperlink" Target="https://www.britishmotormuseum.co.uk/whats-on/petrol-and-pride" TargetMode="External"/><Relationship Id="rId13" Type="http://schemas.openxmlformats.org/officeDocument/2006/relationships/hyperlink" Target="https://www.carwow.co.uk/news/11089/petrol-and-pride-lgbtq-car-show-2026" TargetMode="External"/><Relationship Id="rId14" Type="http://schemas.openxmlformats.org/officeDocument/2006/relationships/hyperlink" Target="https://www.shakespeares-england.co.uk/event/petrol-and-pride-%28british-motor-museum%29/185886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