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of Liverpool Pride 2026: Where the City Sparkled and Why It Mattered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Thousands poured into Liverpool city centre for Liverpool Pride, turning streets into a vivid procession of colour, music and community , from speeches outside Clayton Square to packed street parties in the Pride Quarter, here's what happened, who joined in, and why the weekend felt like a milestone for the city.</w:t>
      </w:r>
      <w:r/>
    </w:p>
    <w:p>
      <w:r/>
      <w:r>
        <w:t>Essential Takeaways</w:t>
      </w:r>
      <w:r/>
      <w:r/>
    </w:p>
    <w:p>
      <w:pPr>
        <w:pStyle w:val="ListBullet"/>
        <w:spacing w:line="240" w:lineRule="auto"/>
        <w:ind w:left="720"/>
      </w:pPr>
      <w:r/>
      <w:r>
        <w:rPr>
          <w:b/>
        </w:rPr>
        <w:t>Huge turnout:</w:t>
      </w:r>
      <w:r>
        <w:t xml:space="preserve"> Thousands attended the march and events, creating a lively, crowded atmosphere and a real sense of occasion. </w:t>
      </w:r>
      <w:r/>
    </w:p>
    <w:p>
      <w:pPr>
        <w:pStyle w:val="ListBullet"/>
        <w:spacing w:line="240" w:lineRule="auto"/>
        <w:ind w:left="720"/>
      </w:pPr>
      <w:r/>
      <w:r>
        <w:rPr>
          <w:b/>
        </w:rPr>
        <w:t>Street-level celebration:</w:t>
      </w:r>
      <w:r>
        <w:t xml:space="preserve"> Masquerade, Heaven and Gbar hosted busy street parties with loud music and bright outfits, easy to spot across the Pride Quarter. </w:t>
      </w:r>
      <w:r/>
    </w:p>
    <w:p>
      <w:pPr>
        <w:pStyle w:val="ListBullet"/>
        <w:spacing w:line="240" w:lineRule="auto"/>
        <w:ind w:left="720"/>
      </w:pPr>
      <w:r/>
      <w:r>
        <w:rPr>
          <w:b/>
        </w:rPr>
        <w:t>Institutional support:</w:t>
      </w:r>
      <w:r>
        <w:t xml:space="preserve"> Local organisations and groups, including university communities and sports teams, joined the march and fringe events. </w:t>
      </w:r>
      <w:r/>
    </w:p>
    <w:p>
      <w:pPr>
        <w:pStyle w:val="ListBullet"/>
        <w:spacing w:line="240" w:lineRule="auto"/>
        <w:ind w:left="720"/>
      </w:pPr>
      <w:r/>
      <w:r>
        <w:rPr>
          <w:b/>
        </w:rPr>
        <w:t>Evening fringe:</w:t>
      </w:r>
      <w:r>
        <w:t xml:space="preserve"> Bars and venues around the LEX Campus and city centre stayed open for late celebrations, with a relaxed, convivial vibe. </w:t>
      </w:r>
      <w:r/>
    </w:p>
    <w:p>
      <w:pPr>
        <w:pStyle w:val="ListBullet"/>
        <w:spacing w:line="240" w:lineRule="auto"/>
        <w:ind w:left="720"/>
      </w:pPr>
      <w:r/>
      <w:r>
        <w:rPr>
          <w:b/>
        </w:rPr>
        <w:t>Visual spectacle:</w:t>
      </w:r>
      <w:r>
        <w:t xml:space="preserve"> Outfits ranged from extravagant to cheeky; the city offered plenty of photo-ready moments and spirited fashion statements.</w:t>
      </w:r>
      <w:r/>
      <w:r/>
    </w:p>
    <w:p>
      <w:pPr>
        <w:pStyle w:val="Heading2"/>
      </w:pPr>
      <w:r>
        <w:t>A joyous swell on Clayton Square , the march kicks off</w:t>
      </w:r>
      <w:r/>
    </w:p>
    <w:p>
      <w:r/>
      <w:r>
        <w:t>Liverpool Pride began with speeches outside Clayton Square that set a warm, defiant tone, and you could feel the cheer in the air as people started to file down Parker Street. The opening felt like a collective inhale , friends reunited, families waving flags, and performers sounding out tunes. According to local coverage, organisers timed the procession to move at about 11.30am, which helped keep the momentum through the morning.</w:t>
      </w:r>
      <w:r/>
    </w:p>
    <w:p>
      <w:r/>
      <w:r>
        <w:t>It’s worth noting that events like this don’t happen by accident. Police briefings ahead of Pride and community planning help keep things running smoothly, and that coordination was visible in the calm flow of people. If you’re going next year, aim to arrive early for speeches and photos, then drift into the march once it sets off.</w:t>
      </w:r>
      <w:r/>
    </w:p>
    <w:p>
      <w:pPr>
        <w:pStyle w:val="Heading2"/>
      </w:pPr>
      <w:r>
        <w:t>Pride Quarter parties , pop-ups, clubs and a proper street fete</w:t>
      </w:r>
      <w:r/>
    </w:p>
    <w:p>
      <w:r/>
      <w:r>
        <w:t>Away from the official route, the Pride Quarter turned into several simultaneous street parties. Venues such as Masquerade, Heaven and Gbar opened fronts to the pavements, creating a festival feel with DJs, outdoor drinks and impromptu drag spots. The effect was a series of mini-fetes where the music never quite stopped and the crowd kept shifting from one loud corner to another.</w:t>
      </w:r>
      <w:r/>
    </w:p>
    <w:p>
      <w:r/>
      <w:r>
        <w:t>This format has grown in recent years as venues cooperate to spread footfall and give people options. For first-timers, follow the music and expect queues at the busiest spots , but also friendly faces and plenty of room to dance on the pavement. Bringing a reusable water bottle and flat shoes will keep you comfortable.</w:t>
      </w:r>
      <w:r/>
    </w:p>
    <w:p>
      <w:pPr>
        <w:pStyle w:val="Heading2"/>
      </w:pPr>
      <w:r>
        <w:t>Community groups and institutions turning up in force</w:t>
      </w:r>
      <w:r/>
    </w:p>
    <w:p>
      <w:r/>
      <w:r>
        <w:t>Liverpool’s colleges, charities and even local sports teams lent visible support to Pride, marching and hosting events that stretched beyond a single parade. Universities and student unions often mobilise large contingents, and football clubs have increasingly made a point of taking part in civic celebrations. That mix of institutional backing and grassroots energy makes Pride feel city-wide rather than confined to a festival bubble.</w:t>
      </w:r>
      <w:r/>
    </w:p>
    <w:p>
      <w:r/>
      <w:r>
        <w:t>When big organisations march, it signals more than a PR moment; it shows shifting norms in workplaces and campuses. If you’re representing a group next time, think about banners and a clear message , the crowd responds to authenticity.</w:t>
      </w:r>
      <w:r/>
    </w:p>
    <w:p>
      <w:pPr>
        <w:pStyle w:val="Heading2"/>
      </w:pPr>
      <w:r>
        <w:t>Music, late-night energy and the Sugababes connection</w:t>
      </w:r>
      <w:r/>
    </w:p>
    <w:p>
      <w:r/>
      <w:r>
        <w:t>The weekend’s entertainment spilled from the stage into late-night venues, and the previous night’s headline acts helped carry that buzz into the next day. Partnerships between campus events and charities meant the party continued around the LEX Campus and linked into smaller gigs across town. That continuity is what turns a single-day march into a full Pride weekend.</w:t>
      </w:r>
      <w:r/>
    </w:p>
    <w:p>
      <w:r/>
      <w:r>
        <w:t>Practical tip: check social listings in advance so you don’t miss headline sets or charity showcases. Popular nights can sell out, but there are always smaller bar gigs with a more intimate, high-energy feel.</w:t>
      </w:r>
      <w:r/>
    </w:p>
    <w:p>
      <w:pPr>
        <w:pStyle w:val="Heading2"/>
      </w:pPr>
      <w:r>
        <w:t>What it feels like to be in Liverpool during Pride , colourful, loud and inclusive</w:t>
      </w:r>
      <w:r/>
    </w:p>
    <w:p>
      <w:r/>
      <w:r>
        <w:t>Being in the crowd felt sensory , buckets of colour, the thrum of bass, snippets of conversation, confetti in hair. Photographers captured outrageous outfits and softer moments alike; the variety mattered as much as the spectacle. For many attendees, Pride is both celebration and statement, a chance to be visible and to remind the wider city that inclusion is an active choice.</w:t>
      </w:r>
      <w:r/>
    </w:p>
    <w:p>
      <w:r/>
      <w:r>
        <w:t>Looking ahead, Pride seems likely to keep evolving: expect more institutional partnerships, spread-out events across different neighbourhoods, and perhaps new collaborations with international groups. If you care about accessibility, volunteer-run info points and quieter zones make the day better for everyone.</w:t>
      </w:r>
      <w:r/>
    </w:p>
    <w:p>
      <w:r/>
      <w:r>
        <w:t>It's a small change that can make every celebration feel safer and more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[3]</w:t>
        </w:r>
      </w:hyperlink>
      <w:r>
        <w:t xml:space="preserve">- Paragraph 3: </w:t>
      </w:r>
      <w:hyperlink r:id="rId10">
        <w:r>
          <w:rPr>
            <w:color w:val="0000EE"/>
            <w:u w:val="single"/>
          </w:rPr>
          <w:t>[2]</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https://www.liverpoolecho.co.uk/news/liverpool-news/gallery/thousands-gather-liverpool-city-centre-34351715</w:t>
        </w:r>
      </w:hyperlink>
      <w:r>
        <w:t xml:space="preserve"> - Please view link - unable to able to access data</w:t>
      </w:r>
      <w:r/>
    </w:p>
    <w:p>
      <w:pPr>
        <w:pStyle w:val="ListNumber"/>
        <w:spacing w:line="240" w:lineRule="auto"/>
        <w:ind w:left="720"/>
      </w:pPr>
      <w:r/>
      <w:hyperlink r:id="rId10">
        <w:r>
          <w:rPr>
            <w:color w:val="0000EE"/>
            <w:u w:val="single"/>
          </w:rPr>
          <w:t>https://www.merseyside.police.uk/news/merseyside/news/2023/july/merseyside-police-set-to-welcome-pride-in-liverpool-2023/</w:t>
        </w:r>
      </w:hyperlink>
      <w:r>
        <w:t xml:space="preserve"> - Merseyside Police announced their plans to welcome thousands of visitors to Liverpool's city centre for the annual Pride celebrations on Saturday, 29 July 2023. The event aimed to showcase a 'city full of pride' with activities spread across various locations, including pop-up community performances, family-friendly spaces, and diverse fringe events. Chief Constable Serena Kennedy expressed her pride in marching at Pride and emphasised the importance of inclusion within the force. Police Commissioner Emily Spurrell highlighted the significance of unity and standing against any form of abuse and bigotry.</w:t>
      </w:r>
      <w:r/>
    </w:p>
    <w:p>
      <w:pPr>
        <w:pStyle w:val="ListNumber"/>
        <w:spacing w:line="240" w:lineRule="auto"/>
        <w:ind w:left="720"/>
      </w:pPr>
      <w:r/>
      <w:hyperlink r:id="rId13">
        <w:r>
          <w:rPr>
            <w:color w:val="0000EE"/>
            <w:u w:val="single"/>
          </w:rPr>
          <w:t>https://www.ljmu.ac.uk/about-us/news/articles/2023/7/31/ljmu-community-takes-to-the-streets-for-liverpool-pride-2023</w:t>
        </w:r>
      </w:hyperlink>
      <w:r>
        <w:t xml:space="preserve"> - Over 130 students, staff, and alumni from Liverpool John Moores University (LJMU) participated in the Liverpool City Region Pride March on 29 July 2023. The march, which began at St George’s Plateau and ended at Liverpool’s waterfront, saw more than 20,000 people joining in. LJMU community members gathered at the Student Life Building to collect branded Pride t-shirts and banners before heading to the march. This marked the 13th year LJMU joined the Pride March in Liverpool, with attendance numbers growing year on year.</w:t>
      </w:r>
      <w:r/>
    </w:p>
    <w:p>
      <w:pPr>
        <w:pStyle w:val="ListNumber"/>
        <w:spacing w:line="240" w:lineRule="auto"/>
        <w:ind w:left="720"/>
      </w:pPr>
      <w:r/>
      <w:hyperlink r:id="rId11">
        <w:r>
          <w:rPr>
            <w:color w:val="0000EE"/>
            <w:u w:val="single"/>
          </w:rPr>
          <w:t>https://www.liverpoolfc.com/news/first-team/141977-lfc-join-pride-march-in-city-centre</w:t>
        </w:r>
      </w:hyperlink>
      <w:r>
        <w:t xml:space="preserve"> - Liverpool Football Club (LFC) participated in the UK Pride celebrations on Saturday, 3 August 2013, by taking part in a special march through the city. Members of staff, the Liverpool FC Foundation, and Youth Ambassadors joined the celebrations. The theme of that year's campaign was 'superheroes,' and tens of thousands of people attended the event, which concluded with a concert on the city's iconic waterfront.</w:t>
      </w:r>
      <w:r/>
    </w:p>
    <w:p>
      <w:pPr>
        <w:pStyle w:val="ListNumber"/>
        <w:spacing w:line="240" w:lineRule="auto"/>
        <w:ind w:left="720"/>
      </w:pPr>
      <w:r/>
      <w:hyperlink r:id="rId12">
        <w:r>
          <w:rPr>
            <w:color w:val="0000EE"/>
            <w:u w:val="single"/>
          </w:rPr>
          <w:t>https://growthplatform.org/news/2023/07/record-numbers-march-with-pride-in-liverpool/</w:t>
        </w:r>
      </w:hyperlink>
      <w:r>
        <w:t xml:space="preserve"> - On 29 July 2023, Liverpool hosted the 'March with Pride,' with an estimated 20,000 people joining the march from St George’s Hall to Pier Head. The event was held jointly with KyivPride, the LGBT+ organisation of the Ukrainian capital, showcasing solidarity with Ukraine. The celebrations featured activities, community performances, and local organisations across multiple zones in the city centre, complemented by fringe events from local businesses and entertainment throughout the city’s Pride Quarter.</w:t>
      </w:r>
      <w:r/>
    </w:p>
    <w:p>
      <w:pPr>
        <w:pStyle w:val="ListNumber"/>
        <w:spacing w:line="240" w:lineRule="auto"/>
        <w:ind w:left="720"/>
      </w:pPr>
      <w:r/>
      <w:hyperlink r:id="rId14">
        <w:r>
          <w:rPr>
            <w:color w:val="0000EE"/>
            <w:u w:val="single"/>
          </w:rPr>
          <w:t>https://www.theguardian.com/world/2023/jul/29/thousands-march-in-liverpool-as-city-hosts-kyiv-pride</w:t>
        </w:r>
      </w:hyperlink>
      <w:r>
        <w:t xml:space="preserve"> - Thousands marched through Liverpool on 29 July 2023 as the city hosted KyivPride on behalf of the Ukrainian capital, Kyiv. The joint march continued the relationship built when Liverpool hosted the Eurovision Song Contest on behalf of Ukraine earlier that year. Edward Reese, a spokesperson from KyivPride, praised the 'amazing friendship' between the cities. Andi Herring, CEO of Liverpool City Region Pride Foundation, emphasised the importance of showing solidarity with members of the LGBT+ community in Ukraine and around the world.</w:t>
      </w:r>
      <w:r/>
    </w:p>
    <w:p>
      <w:pPr>
        <w:pStyle w:val="ListNumber"/>
        <w:spacing w:line="240" w:lineRule="auto"/>
        <w:ind w:left="720"/>
      </w:pPr>
      <w:r/>
      <w:hyperlink r:id="rId15">
        <w:r>
          <w:rPr>
            <w:color w:val="0000EE"/>
            <w:u w:val="single"/>
          </w:rPr>
          <w:t>https://www.itv.com/news/granada/2023-07-28/liverpool-pride-holds-kyivs-lgbtq-celebration-on-war-torn-ukraines-behalf</w:t>
        </w:r>
      </w:hyperlink>
      <w:r>
        <w:t xml:space="preserve"> - On 28 July 2023, ITV News Granada reported that thousands of LGBTQ+ people marched through Liverpool as the city hosted Pride on behalf of Ukraine. Due to the Russian invasion, Kyiv's own pride march could not be held, so Merseyside held the event on its behalf. The joint march continued the relationship built when Liverpool hosted the Eurovision Song Contest on behalf of Ukraine earlier that year. A Mersey Ferry was festooned with rainbow flags alongside the blue and yellow colours of Ukraine.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verpoolecho.co.uk/news/liverpool-news/gallery/thousands-gather-liverpool-city-centre-34351715" TargetMode="External"/><Relationship Id="rId10" Type="http://schemas.openxmlformats.org/officeDocument/2006/relationships/hyperlink" Target="https://www.merseyside.police.uk/news/merseyside/news/2023/july/merseyside-police-set-to-welcome-pride-in-liverpool-2023/" TargetMode="External"/><Relationship Id="rId11" Type="http://schemas.openxmlformats.org/officeDocument/2006/relationships/hyperlink" Target="https://www.liverpoolfc.com/news/first-team/141977-lfc-join-pride-march-in-city-centre" TargetMode="External"/><Relationship Id="rId12" Type="http://schemas.openxmlformats.org/officeDocument/2006/relationships/hyperlink" Target="https://growthplatform.org/news/2023/07/record-numbers-march-with-pride-in-liverpool/" TargetMode="External"/><Relationship Id="rId13" Type="http://schemas.openxmlformats.org/officeDocument/2006/relationships/hyperlink" Target="https://www.ljmu.ac.uk/about-us/news/articles/2023/7/31/ljmu-community-takes-to-the-streets-for-liverpool-pride-2023" TargetMode="External"/><Relationship Id="rId14" Type="http://schemas.openxmlformats.org/officeDocument/2006/relationships/hyperlink" Target="https://www.theguardian.com/world/2023/jul/29/thousands-march-in-liverpool-as-city-hosts-kyiv-pride" TargetMode="External"/><Relationship Id="rId15" Type="http://schemas.openxmlformats.org/officeDocument/2006/relationships/hyperlink" Target="https://www.itv.com/news/granada/2023-07-28/liverpool-pride-holds-kyivs-lgbtq-celebration-on-war-torn-ukraines-behal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