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Notts Pride 2026 Moments: How Nottingham Celebrated Bigger, Bolder and Brighter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Bursting into colour, Notts Pride 2026 filled Nottingham city centre with joyful crowds, loud music and family-friendly fun as thousands marched from Lister Gate to Sneinton Market to celebrate the LGBTQ+ community and push for a more welcoming city.</w:t>
      </w:r>
      <w:r/>
    </w:p>
    <w:p>
      <w:r/>
      <w:r>
        <w:t>Essential Takeaways</w:t>
      </w:r>
      <w:r/>
      <w:r/>
    </w:p>
    <w:p>
      <w:pPr>
        <w:pStyle w:val="ListBullet"/>
        <w:spacing w:line="240" w:lineRule="auto"/>
        <w:ind w:left="720"/>
      </w:pPr>
      <w:r/>
      <w:r>
        <w:rPr>
          <w:b/>
        </w:rPr>
        <w:t>Mass turnout:</w:t>
      </w:r>
      <w:r>
        <w:t xml:space="preserve"> Thousands gathered in Lister Gate and marched to Sneinton Market for the free Notts Pride parade. </w:t>
      </w:r>
      <w:r/>
    </w:p>
    <w:p>
      <w:pPr>
        <w:pStyle w:val="ListBullet"/>
        <w:spacing w:line="240" w:lineRule="auto"/>
        <w:ind w:left="720"/>
      </w:pPr>
      <w:r/>
      <w:r>
        <w:rPr>
          <w:b/>
        </w:rPr>
        <w:t>Expanded festivities:</w:t>
      </w:r>
      <w:r>
        <w:t xml:space="preserve"> The festival featured two live stages, an enlarged family area and activity across Sneinton Market and the new Rainbow Quarter. </w:t>
      </w:r>
      <w:r/>
    </w:p>
    <w:p>
      <w:pPr>
        <w:pStyle w:val="ListBullet"/>
        <w:spacing w:line="240" w:lineRule="auto"/>
        <w:ind w:left="720"/>
      </w:pPr>
      <w:r/>
      <w:r>
        <w:rPr>
          <w:b/>
        </w:rPr>
        <w:t>Packed programme:</w:t>
      </w:r>
      <w:r>
        <w:t xml:space="preserve"> Drag, live music, spoken word and local and national LGBTQ+ acts performed on the main stage from midday into the evening. </w:t>
      </w:r>
      <w:r/>
    </w:p>
    <w:p>
      <w:pPr>
        <w:pStyle w:val="ListBullet"/>
        <w:spacing w:line="240" w:lineRule="auto"/>
        <w:ind w:left="720"/>
      </w:pPr>
      <w:r/>
      <w:r>
        <w:rPr>
          <w:b/>
        </w:rPr>
        <w:t>Volunteer-powered:</w:t>
      </w:r>
      <w:r>
        <w:t xml:space="preserve"> More than 90 volunteers helped run the event, organised by Notts Pride charity, which reported rising costs as the festival grows. </w:t>
      </w:r>
      <w:r/>
    </w:p>
    <w:p>
      <w:pPr>
        <w:pStyle w:val="ListBullet"/>
        <w:spacing w:line="240" w:lineRule="auto"/>
        <w:ind w:left="720"/>
      </w:pPr>
      <w:r/>
      <w:r>
        <w:rPr>
          <w:b/>
        </w:rPr>
        <w:t>Community message:</w:t>
      </w:r>
      <w:r>
        <w:t xml:space="preserve"> The theme “Bolder and Brighter” underscored celebration and solidarity, with organisers saying they want Nottingham to be a place where LGBTQ+ people can thrive.</w:t>
      </w:r>
      <w:r/>
      <w:r/>
    </w:p>
    <w:p>
      <w:pPr>
        <w:pStyle w:val="Heading2"/>
      </w:pPr>
      <w:r>
        <w:t>Colour and community: the parade that turned the city rainbow</w:t>
      </w:r>
      <w:r/>
    </w:p>
    <w:p>
      <w:r/>
      <w:r>
        <w:t>Nottingham’s streets felt bright and buzzy as marchers in rainbow gear, banners and flags set off from Lister Gate and filled the route with colour and cheer. The sensory mix of chanting, music and drummers made the parade feel like a proper street party, loud in the best way.</w:t>
      </w:r>
      <w:r/>
    </w:p>
    <w:p>
      <w:r/>
      <w:r>
        <w:t>Notts Pride has evolved over nearly three decades, and this year’s turnout shows that momentum hasn’t slowed. According to organisers, the march remains the heartbeat of the day , a visible display of support and a reminder that Pride is both celebration and a statement about inclusion.</w:t>
      </w:r>
      <w:r/>
    </w:p>
    <w:p>
      <w:r/>
      <w:r>
        <w:t>If you’re thinking of coming next year, bring a reusable water bottle, wear comfortable shoes and plan a meeting spot , crowds can get dense, but the atmosphere is worth it.</w:t>
      </w:r>
      <w:r/>
    </w:p>
    <w:p>
      <w:pPr>
        <w:pStyle w:val="Heading2"/>
      </w:pPr>
      <w:r>
        <w:t>Sneinton Market: stages, stalls and a family-friendly vibe</w:t>
      </w:r>
      <w:r/>
    </w:p>
    <w:p>
      <w:r/>
      <w:r>
        <w:t>After the march, Sneinton Market became a festival hub with two live stages and an expanded family area, so the event worked for anyone from toddlers to grandparents. The main stage hosted a steady stream of drag, music and spoken word from early afternoon into the evening.</w:t>
      </w:r>
      <w:r/>
    </w:p>
    <w:p>
      <w:r/>
      <w:r>
        <w:t>Sneinton Market’s market lanes and stalls added a lively backdrop , street food, community stalls and local traders made the day feel rooted in place. The market’s growing role as a cultural quarter is clear; festival organisers and vendors are leaning into that community energy.</w:t>
      </w:r>
      <w:r/>
    </w:p>
    <w:p>
      <w:r/>
      <w:r>
        <w:t>For families, organisers broadened the kids’ zone this year, showing that Pride in Nottingham aims to be accessible and safe for all ages.</w:t>
      </w:r>
      <w:r/>
    </w:p>
    <w:p>
      <w:pPr>
        <w:pStyle w:val="Heading2"/>
      </w:pPr>
      <w:r>
        <w:t>Behind the scenes: volunteers, costs and growing ambition</w:t>
      </w:r>
      <w:r/>
    </w:p>
    <w:p>
      <w:r/>
      <w:r>
        <w:t>Notts Pride is run by a charity and an army of more than 90 volunteers, who handle everything from stewarding to stage management. That grassroots support is what keeps the event free and community-led, and volunteers kept the day running smoothly despite the crowds.</w:t>
      </w:r>
      <w:r/>
    </w:p>
    <w:p>
      <w:r/>
      <w:r>
        <w:t>The charity also said costs have risen significantly as the event has grown , last year’s bill was around £100,000. Bigger stages, safety measures and programming all add up, which is why partnerships and fundraising play a key role in keeping the event free to attend.</w:t>
      </w:r>
      <w:r/>
    </w:p>
    <w:p>
      <w:r/>
      <w:r>
        <w:t>If you want to support next year, consider volunteering or donating; organisers often need hands and funds well before July.</w:t>
      </w:r>
      <w:r/>
    </w:p>
    <w:p>
      <w:pPr>
        <w:pStyle w:val="Heading2"/>
      </w:pPr>
      <w:r>
        <w:t>The message: Pride as celebration and solidarity</w:t>
      </w:r>
      <w:r/>
    </w:p>
    <w:p>
      <w:r/>
      <w:r>
        <w:t>Organisers were clear: Pride is a celebration, but it’s also a show of solidarity for LGBTQ+ people across Nottinghamshire. The theme “Bolder and Brighter” set a confident tone, and speakers emphasised the city’s ambition to be more welcoming and inclusive.</w:t>
      </w:r>
      <w:r/>
    </w:p>
    <w:p>
      <w:r/>
      <w:r>
        <w:t>Notts Pride’s trustees talked about sustaining visibility and support year-round, not just on parade day. That’s reflected in the launch of the Rainbow Quarter and ongoing local events that keep conversations alive.</w:t>
      </w:r>
      <w:r/>
    </w:p>
    <w:p>
      <w:r/>
      <w:r>
        <w:t>It’s reassuring to see Pride used both as a party and a platform , the two are not mutually exclusive, and together they help shift attitudes in a city that wants its diversity to be visible.</w:t>
      </w:r>
      <w:r/>
    </w:p>
    <w:p>
      <w:pPr>
        <w:pStyle w:val="Heading2"/>
      </w:pPr>
      <w:r>
        <w:t>What to expect next time and how to get involved</w:t>
      </w:r>
      <w:r/>
    </w:p>
    <w:p>
      <w:r/>
      <w:r>
        <w:t>Expect more of the same lively programming, bigger crowds and stronger community partnerships as Notts Pride grows. Keep an eye on Sneinton Market’s events listings and the Notts Pride charity for volunteer calls, sponsorship drives and performer auditions.</w:t>
      </w:r>
      <w:r/>
    </w:p>
    <w:p>
      <w:r/>
      <w:r>
        <w:t>If you’re planning to attend, arrive early, map out the stages you want to see, and take public transport where you can , Nottingham’s central spots are busy during Pride. And if you’re local, consider getting involved behind the scenes; Pride thrives on community energy.</w:t>
      </w:r>
      <w:r/>
    </w:p>
    <w:p>
      <w:r/>
      <w:r>
        <w:t>It’s a small ritual with big impact , celebrate, support and show up next year.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1">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[4]</w:t>
        </w:r>
      </w:hyperlink>
      <w:r>
        <w:t xml:space="preserve">- Paragraph 5: </w:t>
      </w:r>
      <w:hyperlink r:id="rId9">
        <w:r>
          <w:rPr>
            <w:color w:val="0000EE"/>
            <w:u w:val="single"/>
          </w:rPr>
          <w:t>[1]</w:t>
        </w:r>
      </w:hyperlink>
      <w:r>
        <w:t xml:space="preserve">, </w:t>
      </w:r>
      <w:hyperlink r:id="rId14">
        <w:r>
          <w:rPr>
            <w:color w:val="0000EE"/>
            <w:u w:val="single"/>
          </w:rPr>
          <w:t>[3]</w:t>
        </w:r>
      </w:hyperlink>
      <w:r>
        <w:t xml:space="preserve">- Paragraph 6: </w:t>
      </w:r>
      <w:hyperlink r:id="rId15">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https://www.nottinghampost.com/news/nottingham-news/gallery/7-colourful-notts-pride-pictures-11077472</w:t>
        </w:r>
      </w:hyperlink>
      <w:r>
        <w:t xml:space="preserve"> - Please view link - unable to able to access data</w:t>
      </w:r>
      <w:r/>
    </w:p>
    <w:p>
      <w:pPr>
        <w:pStyle w:val="ListNumber"/>
        <w:spacing w:line="240" w:lineRule="auto"/>
        <w:ind w:left="720"/>
      </w:pPr>
      <w:r/>
      <w:hyperlink r:id="rId10">
        <w:r>
          <w:rPr>
            <w:color w:val="0000EE"/>
            <w:u w:val="single"/>
          </w:rPr>
          <w:t>https://www.sneintonmarketavenues.com/whats-on/notts-pride-1</w:t>
        </w:r>
      </w:hyperlink>
      <w:r>
        <w:t xml:space="preserve"> - Notts Pride 2026 is set to return to Nottingham on Saturday, 25 July 2026, promising the biggest, boldest, and brightest celebration of the city's LGBTQ+ communities. Building on the success of the previous year, which saw a record 10,000 march attendees, the event will feature a vibrant parade, live entertainment, and activities for all ages. The theme for this year is 'Bolder and Brighter', commemorated with a new logo created by queer comic artist PJ Dracovich, known online as Sclera Centipede. The event remains free to attend, creating a safe and inclusive space for LGBTQ+ communities and allies to celebrate together. The main stage will return to Sneinton Market, with further entertainment and fringe events taking place across Hockley and the new Rainbow Quarter. The day's schedule includes a march from Listergate to Sneinton Market at 12pm, followed by main stage entertainment at Sneinton Market Square from 12.45pm to 7pm, and stalls weaving through the Avenues. The event is organised by Notts Pride, a registered charity run entirely by volunteers, and is the East Midlands' biggest and most inclusive free Pride event, taking place on the last Saturday of July each year.</w:t>
      </w:r>
      <w:r/>
    </w:p>
    <w:p>
      <w:pPr>
        <w:pStyle w:val="ListNumber"/>
        <w:spacing w:line="240" w:lineRule="auto"/>
        <w:ind w:left="720"/>
      </w:pPr>
      <w:r/>
      <w:hyperlink r:id="rId14">
        <w:r>
          <w:rPr>
            <w:color w:val="0000EE"/>
            <w:u w:val="single"/>
          </w:rPr>
          <w:t>https://www.visit-nottinghamshire.co.uk/whats-on/nottinghamshire-pride-p655661</w:t>
        </w:r>
      </w:hyperlink>
      <w:r>
        <w:t xml:space="preserve"> - Notts Pride 2026 is set to return to Nottingham on Saturday, 25 July 2026, promising the biggest, boldest, and brightest celebration of the city's LGBTQ+ communities. Building on the success of the previous year, which saw a record 10,000 march attendees, the event will feature a vibrant parade, live entertainment, and activities for all ages. The theme for this year is 'Bolder and Brighter', commemorated with a new logo created by queer comic artist PJ Dracovich, known online as Sclera Centipede. The event remains free to attend, creating a safe and inclusive space for LGBTQ+ communities and allies to celebrate together. The main stage will return to Sneinton Market, with further entertainment and fringe events taking place across Hockley and the new Rainbow Quarter. The day's schedule includes a march from Listergate to Sneinton Market at 12pm, followed by main stage entertainment at Sneinton Market Square from 12.45pm to 7pm, and stalls weaving through the Avenues. The event is organised by Notts Pride, a registered charity run entirely by volunteers, and is the East Midlands' biggest and most inclusive free Pride event, taking place on the last Saturday of July each year.</w:t>
      </w:r>
      <w:r/>
    </w:p>
    <w:p>
      <w:pPr>
        <w:pStyle w:val="ListNumber"/>
        <w:spacing w:line="240" w:lineRule="auto"/>
        <w:ind w:left="720"/>
      </w:pPr>
      <w:r/>
      <w:hyperlink r:id="rId13">
        <w:r>
          <w:rPr>
            <w:color w:val="0000EE"/>
            <w:u w:val="single"/>
          </w:rPr>
          <w:t>https://notts.com/venues/the-grove/notts-pride-2026/</w:t>
        </w:r>
      </w:hyperlink>
      <w:r>
        <w:t xml:space="preserve"> - Notts Pride 2026 returns to The Grove with a dedicated stage featuring live music, poetry, and comedy performances. This marks the second year of partnership between The Grove and Notts Pride, expanding opportunities for local LGBTQ+ artists across Sneinton Market. Attendees can enjoy performances from a diverse lineup of musicians and comedians throughout the day. Entry is free, with advance tickets through Gigantic used solely to help manage venue capacity and anticipate attendance numbers. Taking place on Saturday, 25 July 2026, from 13:00, this celebration provides a platform for regional talent within a welcoming community atmosphere.</w:t>
      </w:r>
      <w:r/>
    </w:p>
    <w:p>
      <w:pPr>
        <w:pStyle w:val="ListNumber"/>
        <w:spacing w:line="240" w:lineRule="auto"/>
        <w:ind w:left="720"/>
      </w:pPr>
      <w:r/>
      <w:hyperlink r:id="rId11">
        <w:r>
          <w:rPr>
            <w:color w:val="0000EE"/>
            <w:u w:val="single"/>
          </w:rPr>
          <w:t>https://www.sneintonmarketavenues.com/whats-on</w:t>
        </w:r>
      </w:hyperlink>
      <w:r>
        <w:t xml:space="preserve"> - Notts Pride 2026 is set to return to Nottingham on Saturday, 25 July 2026, promising the biggest, boldest, and brightest celebration of the city's LGBTQ+ communities. Building on the success of the previous year, which saw a record 10,000 march attendees, the event will feature a vibrant parade, live entertainment, and activities for all ages. The theme for this year is 'Bolder and Brighter', commemorated with a new logo created by queer comic artist PJ Dracovich, known online as Sclera Centipede. The event remains free to attend, creating a safe and inclusive space for LGBTQ+ communities and allies to celebrate together. The main stage will return to Sneinton Market, with further entertainment and fringe events taking place across Hockley and the new Rainbow Quarter. The day's schedule includes a march from Listergate to Sneinton Market at 12pm, followed by main stage entertainment at Sneinton Market Square from 12.45pm to 7pm, and stalls weaving through the Avenues. The event is organised by Notts Pride, a registered charity run entirely by volunteers, and is the East Midlands' biggest and most inclusive free Pride event, taking place on the last Saturday of July each year.</w:t>
      </w:r>
      <w:r/>
    </w:p>
    <w:p>
      <w:pPr>
        <w:pStyle w:val="ListNumber"/>
        <w:spacing w:line="240" w:lineRule="auto"/>
        <w:ind w:left="720"/>
      </w:pPr>
      <w:r/>
      <w:hyperlink r:id="rId15">
        <w:r>
          <w:rPr>
            <w:color w:val="0000EE"/>
            <w:u w:val="single"/>
          </w:rPr>
          <w:t>https://www.gaydio.co.uk/manchester/events/the-guide/event/nottinghamshire-pride1/</w:t>
        </w:r>
      </w:hyperlink>
      <w:r>
        <w:t xml:space="preserve"> - Notts Pride 2026 is set to return to Nottingham on Saturday, 25 July 2026, with parade and festival activity centred on Nottingham city centre, Hockley, Broad Street, and Sneinton Market. Notts Pride is one of the East Midlands' biggest LGBTQ+ events, drawing thousands to the city for a free programme of parade, main stage, and community activity across the day. The Hockley and Lace Market areas are the heart of Nottingham's queer scene, home to long-standing LGBTQ+ venues and businesses, and host much of the wider weekend activity. The 2026 line-up has not yet been confirmed; the official site will publish closer to the date. Expect main stage live music, drag and cabaret, community stalls and family programming, plus venues across Hockley and the city centre running their own Pride events through the weekend. Notts Pride is free entry. Donations and supporter contributions help keep the event accessible. Check the Notts Pride website for the confirmed parade route, full line-up, and accessibility info.</w:t>
      </w:r>
      <w:r/>
    </w:p>
    <w:p>
      <w:pPr>
        <w:pStyle w:val="ListNumber"/>
        <w:spacing w:line="240" w:lineRule="auto"/>
        <w:ind w:left="720"/>
      </w:pPr>
      <w:r/>
      <w:hyperlink r:id="rId12">
        <w:r>
          <w:rPr>
            <w:color w:val="0000EE"/>
            <w:u w:val="single"/>
          </w:rPr>
          <w:t>https://www.ntu.ac.uk/about-us/events/events/2026/7/ntu-pride-march</w:t>
        </w:r>
      </w:hyperlink>
      <w:r>
        <w:t xml:space="preserve"> - Nottingham Trent University (NTU) and Nottingham Trent Students' Union (NTSU) are excited to come together again to march in Notts Pride on Saturday, 25 July 2026. Open to NTU colleagues, students, alumni, friends, and family, everyone is warmly invited to join the celebration. The gathering will meet at Tiger Beans Café, NTSU City Campus, at 10:45am, before heading into the city together to join the march. The schedule includes meeting at Tiger Beans Café, setting off for the Pride Walk, and throughout the day, enjoying the market and main stage at Sneinton Square. More events are listed on the Notts Pride website for the full programme. Participants are encouraged to dress up in glittery and rainbow-themed attire. For more information on accessibility during the event, it's recommended to check the official Notts Pride website or contact NTU for any questions.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ttinghampost.com/news/nottingham-news/gallery/7-colourful-notts-pride-pictures-11077472" TargetMode="External"/><Relationship Id="rId10" Type="http://schemas.openxmlformats.org/officeDocument/2006/relationships/hyperlink" Target="https://www.sneintonmarketavenues.com/whats-on/notts-pride-1" TargetMode="External"/><Relationship Id="rId11" Type="http://schemas.openxmlformats.org/officeDocument/2006/relationships/hyperlink" Target="https://www.sneintonmarketavenues.com/whats-on" TargetMode="External"/><Relationship Id="rId12" Type="http://schemas.openxmlformats.org/officeDocument/2006/relationships/hyperlink" Target="https://www.ntu.ac.uk/about-us/events/events/2026/7/ntu-pride-march" TargetMode="External"/><Relationship Id="rId13" Type="http://schemas.openxmlformats.org/officeDocument/2006/relationships/hyperlink" Target="https://notts.com/venues/the-grove/notts-pride-2026/" TargetMode="External"/><Relationship Id="rId14" Type="http://schemas.openxmlformats.org/officeDocument/2006/relationships/hyperlink" Target="https://www.visit-nottinghamshire.co.uk/whats-on/nottinghamshire-pride-p655661" TargetMode="External"/><Relationship Id="rId15" Type="http://schemas.openxmlformats.org/officeDocument/2006/relationships/hyperlink" Target="https://www.gaydio.co.uk/manchester/events/the-guide/event/nottinghamshire-pride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