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Night at Six Flags: Out On The Mountain Returns for LGBTQ+ Riders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flocking to this beloved summer staple , Out On The Mountain is back at Six Flags Magic Mountain on Friday 21 August, a private LGBTQ+ party with roller‑coasters, drag shows and DJs that lets attendees ride, dance and celebrate into the night.</w:t>
      </w:r>
      <w:r/>
    </w:p>
    <w:p>
      <w:r/>
      <w:r>
        <w:t>Essential Takeaways</w:t>
      </w:r>
      <w:r/>
      <w:r/>
    </w:p>
    <w:p>
      <w:pPr>
        <w:pStyle w:val="ListBullet"/>
        <w:spacing w:line="240" w:lineRule="auto"/>
        <w:ind w:left="720"/>
      </w:pPr>
      <w:r/>
      <w:r>
        <w:rPr>
          <w:b/>
        </w:rPr>
        <w:t>When and where:</w:t>
      </w:r>
      <w:r>
        <w:t xml:space="preserve"> Out On The Mountain runs 6pm–midnight at Six Flags Magic Mountain, Valencia, on 21 August; early arrival can get you all‑day access. </w:t>
      </w:r>
      <w:r/>
    </w:p>
    <w:p>
      <w:pPr>
        <w:pStyle w:val="ListBullet"/>
        <w:spacing w:line="240" w:lineRule="auto"/>
        <w:ind w:left="720"/>
      </w:pPr>
      <w:r/>
      <w:r>
        <w:rPr>
          <w:b/>
        </w:rPr>
        <w:t>Who’s on the bill:</w:t>
      </w:r>
      <w:r>
        <w:t xml:space="preserve"> Special guests include drag stars from RuPaul’s Drag Race plus DJs and performers to keep the party buzzing. </w:t>
      </w:r>
      <w:r/>
    </w:p>
    <w:p>
      <w:pPr>
        <w:pStyle w:val="ListBullet"/>
        <w:spacing w:line="240" w:lineRule="auto"/>
        <w:ind w:left="720"/>
      </w:pPr>
      <w:r/>
      <w:r>
        <w:rPr>
          <w:b/>
        </w:rPr>
        <w:t>Tickets and tiers:</w:t>
      </w:r>
      <w:r>
        <w:t xml:space="preserve"> General admission is about $74 with free parking; VIP packages (around $160) add front‑of‑line perks and a golden wristband. </w:t>
      </w:r>
      <w:r/>
    </w:p>
    <w:p>
      <w:pPr>
        <w:pStyle w:val="ListBullet"/>
        <w:spacing w:line="240" w:lineRule="auto"/>
        <w:ind w:left="720"/>
      </w:pPr>
      <w:r/>
      <w:r>
        <w:rPr>
          <w:b/>
        </w:rPr>
        <w:t>Good to know:</w:t>
      </w:r>
      <w:r>
        <w:t xml:space="preserve"> The event sells out, it’s private (no on‑site purchases at the gate), and proceeds support local LGBTQ organisations. </w:t>
      </w:r>
      <w:r/>
    </w:p>
    <w:p>
      <w:pPr>
        <w:pStyle w:val="ListBullet"/>
        <w:spacing w:line="240" w:lineRule="auto"/>
        <w:ind w:left="720"/>
      </w:pPr>
      <w:r/>
      <w:r>
        <w:rPr>
          <w:b/>
        </w:rPr>
        <w:t>Vibe:</w:t>
      </w:r>
      <w:r>
        <w:t xml:space="preserve"> Expect loud music, bright costumes, and unlimited access to many of the park’s thrill rides , a high‑energy, community‑led night.</w:t>
      </w:r>
      <w:r/>
      <w:r/>
    </w:p>
    <w:p>
      <w:pPr>
        <w:pStyle w:val="Heading2"/>
      </w:pPr>
      <w:r>
        <w:t>Why Out On The Mountain still feels special</w:t>
      </w:r>
      <w:r/>
    </w:p>
    <w:p>
      <w:r/>
      <w:r>
        <w:t>The hook here is simple: a theme park after dark feels electric, with neon lights, the metallic whoosh of coasters and DJs booming across the midway. Out On The Mountain has been gathering the community at Six Flags for nearly two decades, and that longevity shows , people come for the rides but stay for the atmosphere. According to the event organisers, it’s a private, all‑ages celebration that blends drag, dance and fast coasters in one late‑night package, so you get both performance art and adrenaline in the same ticket.</w:t>
      </w:r>
      <w:r/>
    </w:p>
    <w:p>
      <w:pPr>
        <w:pStyle w:val="Heading2"/>
      </w:pPr>
      <w:r>
        <w:t>What to expect on the night: rides, shows and queuing hacks</w:t>
      </w:r>
      <w:r/>
    </w:p>
    <w:p>
      <w:r/>
      <w:r>
        <w:t>Six Flags Magic Mountain is famous for its huge coaster line‑up, from steep drops to hairpin loops. The Out On The Mountain ticket gives unlimited ride access during the event, and VIP wristbands mean front‑of‑line entry between 6pm and midnight. If you arrive early and present your ticket at the Pride table you can score all‑day wristbands, which is handy if you want a full park day then a private party in the evening. Bring earplugs if you’re sensitive to volume, and pack a small bag , security checks are standard.</w:t>
      </w:r>
      <w:r/>
    </w:p>
    <w:p>
      <w:pPr>
        <w:pStyle w:val="Heading2"/>
      </w:pPr>
      <w:r>
        <w:t>Who’s performing and why the lineup matters</w:t>
      </w:r>
      <w:r/>
    </w:p>
    <w:p>
      <w:r/>
      <w:r>
        <w:t>Organisers have brought in names fans recognise from RuPaul’s Drag Race alongside a mix of DJs and local talent, which keeps the night both glamorous and dance‑floor friendly. Live sets run alongside drag numbers, so there’s a steady flow of entertainment between rides. The festival‑style programming appeals to a broad crowd , friends, families and solo travellers alike , and it’s clear the event curators balance big acts with community performers to keep things inclusive and lively.</w:t>
      </w:r>
      <w:r/>
    </w:p>
    <w:p>
      <w:pPr>
        <w:pStyle w:val="Heading2"/>
      </w:pPr>
      <w:r>
        <w:t>Tickets, accessibility and community benefits</w:t>
      </w:r>
      <w:r/>
    </w:p>
    <w:p>
      <w:r/>
      <w:r>
        <w:t>Tickets typically sell fast and must be bought in advance , you can’t just turn up and buy at the gate. Prices quoted include free parking at the venue, and VIP upgrades buy time back in your night with front‑of‑line access. The event also channels a portion of proceeds to Southern California LGBTQ organisations, which gives the party a philanthropic angle as well as a celebratory one. Check the official Out On The Mountain site for FAQs on accessibility, lost and found, and any age‑related rules before you go.</w:t>
      </w:r>
      <w:r/>
    </w:p>
    <w:p>
      <w:pPr>
        <w:pStyle w:val="Heading2"/>
      </w:pPr>
      <w:r>
        <w:t>Tips for making the most of your night</w:t>
      </w:r>
      <w:r/>
    </w:p>
    <w:p>
      <w:r/>
      <w:r>
        <w:t>Arrive early if you want a day in the park, and claim your wristband at the Pride table to avoid missing out. Wear comfortable shoes , you’ll be walking between stages and rides , and charge your phone for photos and Meet‑Up planning. If you’re planning VIP, weigh the cost against the length of queues that night; for coaster lovers who hate waiting, the golden wristband can be worth it. Finally, remember this is a community event: friendly behaviour and respect make the night better for everyone.</w:t>
      </w:r>
      <w:r/>
    </w:p>
    <w:p>
      <w:r/>
      <w:r>
        <w:t>It's a small change that can make every coaster scream and costume shine.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11">
        <w:r>
          <w:rPr>
            <w:color w:val="0000EE"/>
            <w:u w:val="single"/>
          </w:rPr>
          <w:t>[3]</w:t>
        </w:r>
      </w:hyperlink>
      <w:r>
        <w:t xml:space="preserve">, </w:t>
      </w:r>
      <w:hyperlink r:id="rId15">
        <w:r>
          <w:rPr>
            <w:color w:val="0000EE"/>
            <w:u w:val="single"/>
          </w:rPr>
          <w:t>[6]</w:t>
        </w:r>
      </w:hyperlink>
      <w:r>
        <w:t xml:space="preserve">- Paragraph 5: </w:t>
      </w:r>
      <w:hyperlink r:id="rId12">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https://www.gaycities.com/articles/106427/get-out-on-the-mountain-with-a-thrill-packed-night-at-six-flags-in-california/</w:t>
        </w:r>
      </w:hyperlink>
      <w:r>
        <w:t xml:space="preserve"> - Please view link - unable to able to access data</w:t>
      </w:r>
      <w:r/>
    </w:p>
    <w:p>
      <w:pPr>
        <w:pStyle w:val="ListNumber"/>
        <w:spacing w:line="240" w:lineRule="auto"/>
        <w:ind w:left="720"/>
      </w:pPr>
      <w:r/>
      <w:hyperlink r:id="rId10">
        <w:r>
          <w:rPr>
            <w:color w:val="0000EE"/>
            <w:u w:val="single"/>
          </w:rPr>
          <w:t>https://www.outonthemountain.com/</w:t>
        </w:r>
      </w:hyperlink>
      <w:r>
        <w:t xml:space="preserve"> - Out on the Mountain is an annual LGBTQ+ event held at Six Flags Magic Mountain in Valencia, California. Scheduled for August 21, 2026, this private, all-ages party offers exclusive access to the park's rides, drag performances, dance parties, and community engagement. Tickets are available online, with options for regular admission at $74 and VIP packages at $160, which include front-of-the-line ride access and priority parking. A portion of the proceeds supports local LGBTQ+ organizations in Southern California. The event runs from 6 pm to midnight, with free parking included for all attendees.</w:t>
      </w:r>
      <w:r/>
    </w:p>
    <w:p>
      <w:pPr>
        <w:pStyle w:val="ListNumber"/>
        <w:spacing w:line="240" w:lineRule="auto"/>
        <w:ind w:left="720"/>
      </w:pPr>
      <w:r/>
      <w:hyperlink r:id="rId11">
        <w:r>
          <w:rPr>
            <w:color w:val="0000EE"/>
            <w:u w:val="single"/>
          </w:rPr>
          <w:t>https://www.outonthemountain.com/about.html</w:t>
        </w:r>
      </w:hyperlink>
      <w:r>
        <w:t xml:space="preserve"> - Out on the Mountain is an annual LGBTQ+ event at Six Flags Magic Mountain in Valencia, California. Founded in 2008 by Ray Rhodes and Out Ventures, the event has grown to attract over 5,000 attendees each year. The 2026 event is scheduled for August 21, featuring exclusive access to the park's rides, drag performances, dance parties, and community engagement. Tickets are available online, with options for regular admission at $74 and VIP packages at $160, which include front-of-the-line ride access and priority parking. A portion of the proceeds supports local LGBTQ+ organizations in Southern California.</w:t>
      </w:r>
      <w:r/>
    </w:p>
    <w:p>
      <w:pPr>
        <w:pStyle w:val="ListNumber"/>
        <w:spacing w:line="240" w:lineRule="auto"/>
        <w:ind w:left="720"/>
      </w:pPr>
      <w:r/>
      <w:hyperlink r:id="rId12">
        <w:r>
          <w:rPr>
            <w:color w:val="0000EE"/>
            <w:u w:val="single"/>
          </w:rPr>
          <w:t>https://www.outonthemountain.com/faq.html</w:t>
        </w:r>
      </w:hyperlink>
      <w:r>
        <w:t xml:space="preserve"> - Out on the Mountain is an annual LGBTQ+ event at Six Flags Magic Mountain in Valencia, California. The 2026 event is scheduled for August 21, offering exclusive access to the park's rides, drag performances, dance parties, and community engagement. Tickets are available online, with options for regular admission at $74 and VIP packages at $160, which include front-of-the-line ride access and priority parking. A portion of the proceeds supports local LGBTQ+ organizations in Southern California. The event runs from 6 pm to midnight, with free parking included for all attendees.</w:t>
      </w:r>
      <w:r/>
    </w:p>
    <w:p>
      <w:pPr>
        <w:pStyle w:val="ListNumber"/>
        <w:spacing w:line="240" w:lineRule="auto"/>
        <w:ind w:left="720"/>
      </w:pPr>
      <w:r/>
      <w:hyperlink r:id="rId13">
        <w:r>
          <w:rPr>
            <w:color w:val="0000EE"/>
            <w:u w:val="single"/>
          </w:rPr>
          <w:t>https://www.outonthemountain.com/gdg.html</w:t>
        </w:r>
      </w:hyperlink>
      <w:r>
        <w:t xml:space="preserve"> - Out on the Mountain is an annual LGBTQ+ event at Six Flags Magic Mountain in Valencia, California. The 2026 event is scheduled for August 21, featuring exclusive access to the park's rides, drag performances, dance parties, and community engagement. Tickets are available online, with options for regular admission at $74 and VIP packages at $160, which include front-of-the-line ride access and priority parking. A portion of the proceeds supports local LGBTQ+ organizations in Southern California. The event runs from 6 pm to midnight, with free parking included for all attendees.</w:t>
      </w:r>
      <w:r/>
    </w:p>
    <w:p>
      <w:pPr>
        <w:pStyle w:val="ListNumber"/>
        <w:spacing w:line="240" w:lineRule="auto"/>
        <w:ind w:left="720"/>
      </w:pPr>
      <w:r/>
      <w:hyperlink r:id="rId15">
        <w:r>
          <w:rPr>
            <w:color w:val="0000EE"/>
            <w:u w:val="single"/>
          </w:rPr>
          <w:t>https://www.outonthemountain.com/adelante.html</w:t>
        </w:r>
      </w:hyperlink>
      <w:r>
        <w:t xml:space="preserve"> - Out on the Mountain is an annual LGBTQ+ event at Six Flags Magic Mountain in Valencia, California. The 2026 event is scheduled for August 21, offering exclusive access to the park's rides, drag performances, dance parties, and community engagement. Tickets are available online, with options for regular admission at $74 and VIP packages at $160, which include front-of-the-line ride access and priority parking. A portion of the proceeds supports local LGBTQ+ organizations in Southern California. The event runs from 6 pm to midnight, with free parking included for all attendees.</w:t>
      </w:r>
      <w:r/>
    </w:p>
    <w:p>
      <w:pPr>
        <w:pStyle w:val="ListNumber"/>
        <w:spacing w:line="240" w:lineRule="auto"/>
        <w:ind w:left="720"/>
      </w:pPr>
      <w:r/>
      <w:hyperlink r:id="rId14">
        <w:r>
          <w:rPr>
            <w:color w:val="0000EE"/>
            <w:u w:val="single"/>
          </w:rPr>
          <w:t>https://ra.co/events/2494854</w:t>
        </w:r>
      </w:hyperlink>
      <w:r>
        <w:t xml:space="preserve"> - Out on the Mountain is an annual LGBTQ+ event at Six Flags Magic Mountain in Valencia, California. The 2026 event is scheduled for August 21, featuring exclusive access to the park's rides, drag performances, dance parties, and community engagement. Tickets are available online, with options for regular admission at $74 and VIP packages at $160, which include front-of-the-line ride access and priority parking. A portion of the proceeds supports local LGBTQ+ organizations in Southern California. The event runs from 6 pm to midnight, with free parking included for all attendees.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cities.com/articles/106427/get-out-on-the-mountain-with-a-thrill-packed-night-at-six-flags-in-california/" TargetMode="External"/><Relationship Id="rId10" Type="http://schemas.openxmlformats.org/officeDocument/2006/relationships/hyperlink" Target="https://www.outonthemountain.com/" TargetMode="External"/><Relationship Id="rId11" Type="http://schemas.openxmlformats.org/officeDocument/2006/relationships/hyperlink" Target="https://www.outonthemountain.com/about.html" TargetMode="External"/><Relationship Id="rId12" Type="http://schemas.openxmlformats.org/officeDocument/2006/relationships/hyperlink" Target="https://www.outonthemountain.com/faq.html" TargetMode="External"/><Relationship Id="rId13" Type="http://schemas.openxmlformats.org/officeDocument/2006/relationships/hyperlink" Target="https://www.outonthemountain.com/gdg.html" TargetMode="External"/><Relationship Id="rId14" Type="http://schemas.openxmlformats.org/officeDocument/2006/relationships/hyperlink" Target="https://ra.co/events/2494854" TargetMode="External"/><Relationship Id="rId15" Type="http://schemas.openxmlformats.org/officeDocument/2006/relationships/hyperlink" Target="https://www.outonthemountain.com/adelant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