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Family and Youth Zone Activities to Try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cheer, Newcastle Theatre Royal opened its doors for Pride’s Family and Youth Zone, offering free, hands-on fun for families and young people across the city , from badge-making and face painting to a mini disco and Youth Take Over, it’s a lively shelter from the rain and a joyful way to celebrate.</w:t>
      </w:r>
      <w:r/>
    </w:p>
    <w:p>
      <w:r/>
      <w:r>
        <w:t>Essential Takeaways</w:t>
      </w:r>
      <w:r/>
      <w:r/>
    </w:p>
    <w:p>
      <w:pPr>
        <w:pStyle w:val="ListBullet"/>
        <w:spacing w:line="240" w:lineRule="auto"/>
        <w:ind w:left="720"/>
      </w:pPr>
      <w:r/>
      <w:r>
        <w:rPr>
          <w:b/>
        </w:rPr>
        <w:t>Free and accessible:</w:t>
      </w:r>
      <w:r>
        <w:t xml:space="preserve"> Activities run 10:30am–4:30pm and are open to families and young people of all ages.</w:t>
      </w:r>
      <w:r/>
    </w:p>
    <w:p>
      <w:pPr>
        <w:pStyle w:val="ListBullet"/>
        <w:spacing w:line="240" w:lineRule="auto"/>
        <w:ind w:left="720"/>
      </w:pPr>
      <w:r/>
      <w:r>
        <w:rPr>
          <w:b/>
        </w:rPr>
        <w:t>Creative activities:</w:t>
      </w:r>
      <w:r>
        <w:t xml:space="preserve"> Badge making, flower headdresses, face painting and dress-up encourage playful self-expression.</w:t>
      </w:r>
      <w:r/>
    </w:p>
    <w:p>
      <w:pPr>
        <w:pStyle w:val="ListBullet"/>
        <w:spacing w:line="240" w:lineRule="auto"/>
        <w:ind w:left="720"/>
      </w:pPr>
      <w:r/>
      <w:r>
        <w:rPr>
          <w:b/>
        </w:rPr>
        <w:t>Sensory-friendly options:</w:t>
      </w:r>
      <w:r>
        <w:t xml:space="preserve"> A sensory zone and Proud People sessions give quieter spaces for calmer participation.</w:t>
      </w:r>
      <w:r/>
    </w:p>
    <w:p>
      <w:pPr>
        <w:pStyle w:val="ListBullet"/>
        <w:spacing w:line="240" w:lineRule="auto"/>
        <w:ind w:left="720"/>
      </w:pPr>
      <w:r/>
      <w:r>
        <w:rPr>
          <w:b/>
        </w:rPr>
        <w:t>Live entertainment:</w:t>
      </w:r>
      <w:r>
        <w:t xml:space="preserve"> Mini disco, family sing-along, two Catwalk Extravaganzas and a Youth Take Over at 4pm keep energy high.</w:t>
      </w:r>
      <w:r/>
    </w:p>
    <w:p>
      <w:pPr>
        <w:pStyle w:val="ListBullet"/>
        <w:spacing w:line="240" w:lineRule="auto"/>
        <w:ind w:left="720"/>
      </w:pPr>
      <w:r/>
      <w:r>
        <w:rPr>
          <w:b/>
        </w:rPr>
        <w:t>Community market:</w:t>
      </w:r>
      <w:r>
        <w:t xml:space="preserve"> A mini Pride market offers small stalls and local makers , great for little souvenirs.</w:t>
      </w:r>
      <w:r/>
      <w:r/>
    </w:p>
    <w:p>
      <w:pPr>
        <w:pStyle w:val="Heading2"/>
      </w:pPr>
      <w:r>
        <w:t>What’s happening inside Theatre Royal , a bright refuge from the rain</w:t>
      </w:r>
      <w:r/>
    </w:p>
    <w:p>
      <w:r/>
      <w:r>
        <w:t>Theatre Royal has transformed part of its space into a buzzing festival hub with colourful stalls, crafty tables and a photo-ready dress-up area. You can smell the glue sticks and see glitter catching light , it feels warm and deliberately playful. According to the venue’s listings, the aim is to make Pride family-friendly while offering a safe, creative place for youngsters and carers. If you’ve come with small children, head for badge making first , it’s quick, low-mess and gives kids a proud little keepsake.</w:t>
      </w:r>
      <w:r/>
    </w:p>
    <w:p>
      <w:pPr>
        <w:pStyle w:val="Heading2"/>
      </w:pPr>
      <w:r>
        <w:t>Activities that let kids take the lead</w:t>
      </w:r>
      <w:r/>
    </w:p>
    <w:p>
      <w:r/>
      <w:r>
        <w:t>Organisers say everything’s designed so kids can join in at their own pace, from sensory zones for quieter moments to face painting for big, visible fun. Newcastle Pride’s community posts note a focus on supporting youngsters of all ages, which shows in the range of options on offer. If your child gets overstimulated, ask staff about the quieter sessions or the Proud People meet-ups; they’re handy for resetting before jumping back into the noise.</w:t>
      </w:r>
      <w:r/>
    </w:p>
    <w:p>
      <w:pPr>
        <w:pStyle w:val="Heading2"/>
      </w:pPr>
      <w:r>
        <w:t>Entertainment all day , music, catwalks and a Youth Take Over</w:t>
      </w:r>
      <w:r/>
    </w:p>
    <w:p>
      <w:r/>
      <w:r>
        <w:t>The schedule mixes short, high-energy events with more relaxed bits so there’s always something to watch or join. Two Catwalk Extravaganzas give kids a chance to strut in costume, while the Youth Take Over at 4pm hands the mic to teenagers and young performers. It’s a neat way to spotlight younger voices and talents, and a reminder that Pride is intergenerational. Pop in for the mini disco if you need an easy mood lift , it’s infectious, in the best way.</w:t>
      </w:r>
      <w:r/>
    </w:p>
    <w:p>
      <w:pPr>
        <w:pStyle w:val="Heading2"/>
      </w:pPr>
      <w:r>
        <w:t>Mini market and local makers , take home a memory</w:t>
      </w:r>
      <w:r/>
    </w:p>
    <w:p>
      <w:r/>
      <w:r>
        <w:t>A compact Pride market adds a browse-and-buy element without overwhelming little feet. Local sellers tend to offer handmade badges, rainbow-themed crafts and snacks, so it’s perfect for picking a small souvenir or a unique gift. The market’s low-key vibe makes it easier to shop with kids in tow, and organisers have positioned it so families can duck out for a quick look between activities.</w:t>
      </w:r>
      <w:r/>
    </w:p>
    <w:p>
      <w:pPr>
        <w:pStyle w:val="Heading2"/>
      </w:pPr>
      <w:r>
        <w:t>Tips for families planning a visit</w:t>
      </w:r>
      <w:r/>
    </w:p>
    <w:p>
      <w:r/>
      <w:r>
        <w:t>Arrive early to beat the busiest periods and let little ones get their bearings. Bring a spare set of clothes for messy crafts and a small snack , queues at food stalls can stretch at peak times. If your child needs a calmer corner, ask staff about the sensory zone or quieter sessions. Lastly, take photos at the dress-up area , those silly, colourful shots make great keepsakes.</w:t>
      </w:r>
      <w:r/>
    </w:p>
    <w:p>
      <w:r/>
      <w:r>
        <w:t>It's a small change that can make every Pride day a bit brighter for families.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https://www.chroniclelive.co.uk/whats-on/whats-on-news/gallery/14-pictures-newcastle-prides-family-34354278</w:t>
        </w:r>
      </w:hyperlink>
      <w:r>
        <w:t xml:space="preserve"> - Please view link - unable to able to access data</w:t>
      </w:r>
      <w:r/>
    </w:p>
    <w:p>
      <w:pPr>
        <w:pStyle w:val="ListNumber"/>
        <w:spacing w:line="240" w:lineRule="auto"/>
        <w:ind w:left="720"/>
      </w:pPr>
      <w:r/>
      <w:hyperlink r:id="rId10">
        <w:r>
          <w:rPr>
            <w:color w:val="0000EE"/>
            <w:u w:val="single"/>
          </w:rPr>
          <w:t>https://www.theatreroyal.co.uk/whats-on/northern-pride-family-youth-zone/</w:t>
        </w:r>
      </w:hyperlink>
      <w:r>
        <w:t xml:space="preserve"> - The Newcastle Theatre Royal is hosting Northern Pride's Family &amp; Youth Zone, offering free activities such as face painting, storytelling, live performances, interactive musical events, Lip Sync Battles, stalls, and a teen disco. The event is scheduled from 12 pm to 4 pm, providing a safe and inclusive space for LGBTQIA+ families and young people of all ages to celebrate together.</w:t>
      </w:r>
      <w:r/>
    </w:p>
    <w:p>
      <w:pPr>
        <w:pStyle w:val="ListNumber"/>
        <w:spacing w:line="240" w:lineRule="auto"/>
        <w:ind w:left="720"/>
      </w:pPr>
      <w:r/>
      <w:hyperlink r:id="rId12">
        <w:r>
          <w:rPr>
            <w:color w:val="0000EE"/>
            <w:u w:val="single"/>
          </w:rPr>
          <w:t>https://www.newcastlepride.co.uk/post/northern-pride-to-support-youngsters-of-all-ages</w:t>
        </w:r>
      </w:hyperlink>
      <w:r>
        <w:t xml:space="preserve"> - Northern Pride is committed to being a family-friendly event, with a full programme of activities at this year’s Family and Youth Zone. The festival, taking place over the weekend of 22-23 July at Newcastle’s Town Moor, includes a construction zone sponsored by Morgan Sindall Infrastructure and a chillout and sensory space created by IKEA Gateshead, aiming to inspire future builders and makers while providing a relaxing environment for families.</w:t>
      </w:r>
      <w:r/>
    </w:p>
    <w:p>
      <w:pPr>
        <w:pStyle w:val="ListNumber"/>
        <w:spacing w:line="240" w:lineRule="auto"/>
        <w:ind w:left="720"/>
      </w:pPr>
      <w:r/>
      <w:hyperlink r:id="rId15">
        <w:r>
          <w:rPr>
            <w:color w:val="0000EE"/>
            <w:u w:val="single"/>
          </w:rPr>
          <w:t>https://www.northumberlandline.uk/post/northumberland-line-heads-to-northern-pride</w:t>
        </w:r>
      </w:hyperlink>
      <w:r>
        <w:t xml:space="preserve"> - The Northumberland Line, in partnership with Morgan Sindall Infrastructure, is heading to Northern Pride in Newcastle over the weekend of 22nd &amp; 23rd July. The Family and Youth Zone, sponsored by Morgan Sindall Infrastructure, will host a construction zone offering fun activities to inspire future builders and makers, while IKEA Gateshead will create a chillout and sensory space for families to enjoy.</w:t>
      </w:r>
      <w:r/>
    </w:p>
    <w:p>
      <w:pPr>
        <w:pStyle w:val="ListNumber"/>
        <w:spacing w:line="240" w:lineRule="auto"/>
        <w:ind w:left="720"/>
      </w:pPr>
      <w:r/>
      <w:hyperlink r:id="rId13">
        <w:r>
          <w:rPr>
            <w:color w:val="0000EE"/>
            <w:u w:val="single"/>
          </w:rPr>
          <w:t>https://highlifenorth.com/events/ouseburn-family-pride</w:t>
        </w:r>
      </w:hyperlink>
      <w:r>
        <w:t xml:space="preserve"> - Ouseburn Family Pride 2023 is a celebration of the North East’s LGBTQIA+ community, open to everyone and suitable for all ages. Taking over Newcastle’s cultural quarter for the day, the event features a host of creative venues and activities, providing a platform for young people recognising their belonging within the community and children being brought up by LGBTQIA+ parents.</w:t>
      </w:r>
      <w:r/>
    </w:p>
    <w:p>
      <w:pPr>
        <w:pStyle w:val="ListNumber"/>
        <w:spacing w:line="240" w:lineRule="auto"/>
        <w:ind w:left="720"/>
      </w:pPr>
      <w:r/>
      <w:hyperlink r:id="rId11">
        <w:r>
          <w:rPr>
            <w:color w:val="0000EE"/>
            <w:u w:val="single"/>
          </w:rPr>
          <w:t>https://www.theatreroyal.co.uk/whats-on/pride-family-zone/</w:t>
        </w:r>
      </w:hyperlink>
      <w:r>
        <w:t xml:space="preserve"> - Newcastle Theatre Royal is hosting Newcastle Pride’s Family &amp; Youth Zone, a free event from 10:30 am to 4:30 pm. The programme includes badge making, flower headdresses, face painting, a sensory zone, a mini Pride market, and entertainment such as a mini disco, family sing-along, Youth Take Over, and two Catwalk Extravaganzas, offering a safe and inclusive space for families and young people to celebrate together.</w:t>
      </w:r>
      <w:r/>
    </w:p>
    <w:p>
      <w:pPr>
        <w:pStyle w:val="ListNumber"/>
        <w:spacing w:line="240" w:lineRule="auto"/>
        <w:ind w:left="720"/>
      </w:pPr>
      <w:r/>
      <w:hyperlink r:id="rId14">
        <w:r>
          <w:rPr>
            <w:color w:val="0000EE"/>
            <w:u w:val="single"/>
          </w:rPr>
          <w:t>https://www.newcastlepride.co.uk/post/newcastle-pride-2026-theatre-royal-opens-doors-for-family-youth-zone-celebration</w:t>
        </w:r>
      </w:hyperlink>
      <w:r>
        <w:t xml:space="preserve"> - Newcastle Theatre Royal is teaming up with Newcastle Pride to welcome families, children, and young people as the festival returns to the heart of the city this summer. The Family &amp; Youth Zone, taking place on Sunday, 26 July, from 10:30 am to 4:30 pm, offers a vibrant, safe, and inclusive space where LGBTQIA+ families, young people, and allies can come together to connect and celebrate.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whats-on-news/gallery/14-pictures-newcastle-prides-family-34354278" TargetMode="External"/><Relationship Id="rId10" Type="http://schemas.openxmlformats.org/officeDocument/2006/relationships/hyperlink" Target="https://www.theatreroyal.co.uk/whats-on/northern-pride-family-youth-zone/" TargetMode="External"/><Relationship Id="rId11" Type="http://schemas.openxmlformats.org/officeDocument/2006/relationships/hyperlink" Target="https://www.theatreroyal.co.uk/whats-on/pride-family-zone/" TargetMode="External"/><Relationship Id="rId12" Type="http://schemas.openxmlformats.org/officeDocument/2006/relationships/hyperlink" Target="https://www.newcastlepride.co.uk/post/northern-pride-to-support-youngsters-of-all-ages" TargetMode="External"/><Relationship Id="rId13" Type="http://schemas.openxmlformats.org/officeDocument/2006/relationships/hyperlink" Target="https://highlifenorth.com/events/ouseburn-family-pride" TargetMode="External"/><Relationship Id="rId14" Type="http://schemas.openxmlformats.org/officeDocument/2006/relationships/hyperlink" Target="https://www.newcastlepride.co.uk/post/newcastle-pride-2026-theatre-royal-opens-doors-for-family-youth-zone-celebration" TargetMode="External"/><Relationship Id="rId15" Type="http://schemas.openxmlformats.org/officeDocument/2006/relationships/hyperlink" Target="https://www.northumberlandline.uk/post/northumberland-line-heads-to-northern-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