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2026 Moments: City of Hope, Streets of Joy Celebrated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warmth, Newcastle’s Pride parade drew around 8,000 people this Saturday, as locals and visitors marched from the Civic Centre to Grey’s Monument to celebrate the event’s 2026 theme, “city of hope, streets of joy.” It mattered because Pride felt both joyful and necessary , a public show of solidarity across the North East.</w:t>
      </w:r>
      <w:r/>
    </w:p>
    <w:p>
      <w:r/>
      <w:r>
        <w:t>Essential Takeaways</w:t>
      </w:r>
      <w:r/>
      <w:r/>
    </w:p>
    <w:p>
      <w:pPr>
        <w:pStyle w:val="ListBullet"/>
        <w:spacing w:line="240" w:lineRule="auto"/>
        <w:ind w:left="720"/>
      </w:pPr>
      <w:r/>
      <w:r>
        <w:rPr>
          <w:b/>
        </w:rPr>
        <w:t>Big turnout:</w:t>
      </w:r>
      <w:r>
        <w:t xml:space="preserve"> Approximately 8,000 people joined the parade, despite windy, cloudy weather, creating a lively, communal atmosphere.</w:t>
      </w:r>
      <w:r/>
    </w:p>
    <w:p>
      <w:pPr>
        <w:pStyle w:val="ListBullet"/>
        <w:spacing w:line="240" w:lineRule="auto"/>
        <w:ind w:left="720"/>
      </w:pPr>
      <w:r/>
      <w:r>
        <w:rPr>
          <w:b/>
        </w:rPr>
        <w:t>Route and timing:</w:t>
      </w:r>
      <w:r>
        <w:t xml:space="preserve"> The march left the Civic Centre at midday and wound through St Mary’s Place and Northumberland Street to Grey’s Monument.</w:t>
      </w:r>
      <w:r/>
    </w:p>
    <w:p>
      <w:pPr>
        <w:pStyle w:val="ListBullet"/>
        <w:spacing w:line="240" w:lineRule="auto"/>
        <w:ind w:left="720"/>
      </w:pPr>
      <w:r/>
      <w:r>
        <w:rPr>
          <w:b/>
        </w:rPr>
        <w:t>Speakers and sentiment:</w:t>
      </w:r>
      <w:r>
        <w:t xml:space="preserve"> Local leaders including Newcastle City Council deputy leader Mark Mitchell, MP Kate Osborne and North East Mayor Kim McGuinness delivered speeches stressing inclusion and resilience.</w:t>
      </w:r>
      <w:r/>
    </w:p>
    <w:p>
      <w:pPr>
        <w:pStyle w:val="ListBullet"/>
        <w:spacing w:line="240" w:lineRule="auto"/>
        <w:ind w:left="720"/>
      </w:pPr>
      <w:r/>
      <w:r>
        <w:rPr>
          <w:b/>
        </w:rPr>
        <w:t>Community focus:</w:t>
      </w:r>
      <w:r>
        <w:t xml:space="preserve"> Organisers framed 2026 around a community-led vision and the theme “city of hope, streets of joy”; volunteers, unions and arts groups were visible throughout.</w:t>
      </w:r>
      <w:r/>
    </w:p>
    <w:p>
      <w:pPr>
        <w:pStyle w:val="ListBullet"/>
        <w:spacing w:line="240" w:lineRule="auto"/>
        <w:ind w:left="720"/>
      </w:pPr>
      <w:r/>
      <w:r>
        <w:rPr>
          <w:b/>
        </w:rPr>
        <w:t>Vivid scene:</w:t>
      </w:r>
      <w:r>
        <w:t xml:space="preserve"> Colours, banners and smiles dominated the day; photos captured the energy despite stormy skies and blustery gusts.</w:t>
      </w:r>
      <w:r/>
      <w:r/>
    </w:p>
    <w:p>
      <w:pPr>
        <w:pStyle w:val="Heading2"/>
      </w:pPr>
      <w:r>
        <w:t>A march that felt both festive and important</w:t>
      </w:r>
      <w:r/>
    </w:p>
    <w:p>
      <w:r/>
      <w:r>
        <w:t>The parade read like a neighbourhood party with purpose, full of bright flags and smiling faces that seemed to warm up the wind. According to organisers, the procession began at the Civic Centre at 12pm and moved through St Mary’s Place before finishing at Grey’s Monument, where the crowd spilled across the iconic Northumberland Street. The visual contrast , bold colours against a grey sky , made the event feel resilient rather than dampened. For anyone wondering why Pride still matters, the size and tone of this year’s march answered that plainly.</w:t>
      </w:r>
      <w:r/>
    </w:p>
    <w:p>
      <w:pPr>
        <w:pStyle w:val="Heading2"/>
      </w:pPr>
      <w:r>
        <w:t>Local leaders took to the mic , and the message was unity</w:t>
      </w:r>
      <w:r/>
    </w:p>
    <w:p>
      <w:r/>
      <w:r>
        <w:t>Speeches from local figures gave the day a grounded, civic quality. Deputy Leader of Newcastle City Council Mark Mitchell and MP Kate Osborne were among those who spoke, while North East Mayor Kim McGuinness looked out over the crowd and praised the region’s inclusivity. She reminded the audience that Pride isn’t just a party; it’s a demonstration of a city’s character. That tone , equal parts celebratory and earnest , kept the event rooted in community rather than spectacle alone.</w:t>
      </w:r>
      <w:r/>
    </w:p>
    <w:p>
      <w:pPr>
        <w:pStyle w:val="Heading2"/>
      </w:pPr>
      <w:r>
        <w:t>Remembering the past, cheering the future</w:t>
      </w:r>
      <w:r/>
    </w:p>
    <w:p>
      <w:r/>
      <w:r>
        <w:t>Union voices were present too, with Christine Jackson, Branch Secretary at Unison, offering a heartfelt reminder of those who fought for rights many now take for granted. She paid tribute to predecessors and reached out to those still finding their confidence, saying they belong. Moments like this gave the day emotional weight, connecting colourful banners and upbeat music to a deeper history of activism and solidarity in the North East.</w:t>
      </w:r>
      <w:r/>
    </w:p>
    <w:p>
      <w:pPr>
        <w:pStyle w:val="Heading2"/>
      </w:pPr>
      <w:r>
        <w:t>Community-led theme and the festival feel</w:t>
      </w:r>
      <w:r/>
    </w:p>
    <w:p>
      <w:r/>
      <w:r>
        <w:t>Newcastle Pride’s 2026 theme, “city of hope, streets of joy,” came from a wider, community-led vision that organisers have been promoting this year. That approach showed in the mix of groups on the route , arts collectives, unions, local charities and families , and helped the parade feel like a genuinely civic celebration. If you’re planning to join future events, checking the official Newcastle Pride website and local listings is the simplest way to see how themes, routes and volunteer opportunities are shaping each year.</w:t>
      </w:r>
      <w:r/>
    </w:p>
    <w:p>
      <w:pPr>
        <w:pStyle w:val="Heading2"/>
      </w:pPr>
      <w:r>
        <w:t>Why attendance and visibility still matter</w:t>
      </w:r>
      <w:r/>
    </w:p>
    <w:p>
      <w:r/>
      <w:r>
        <w:t>Even with stormy clouds overhead, the turnout showed that visibility remains a powerful tool. Public events like this create moments of belonging for LGBTQ+ people and allies, but they also remind passersby and local institutions that inclusion is visible and valued. For those who were watching from the sidelines or thinking about coming next year, the takeaway is clear: showing up, whether that’s marching, volunteering, or simply cheering, makes a difference.</w:t>
      </w:r>
      <w:r/>
    </w:p>
    <w:p>
      <w:r/>
      <w:r>
        <w:t>It's a small change that can make every Pride march feel more hopeful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5">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https://www.chroniclelive.co.uk/whats-on/whats-on-news/gallery/67-pictures-newcastles-celebration-pride-34351446</w:t>
        </w:r>
      </w:hyperlink>
      <w:r>
        <w:t xml:space="preserve"> - Please view link - unable to able to access data</w:t>
      </w:r>
      <w:r/>
    </w:p>
    <w:p>
      <w:pPr>
        <w:pStyle w:val="ListNumber"/>
        <w:spacing w:line="240" w:lineRule="auto"/>
        <w:ind w:left="720"/>
      </w:pPr>
      <w:r/>
      <w:hyperlink r:id="rId10">
        <w:r>
          <w:rPr>
            <w:color w:val="0000EE"/>
            <w:u w:val="single"/>
          </w:rPr>
          <w:t>https://www.newcastlepride.co.uk/</w:t>
        </w:r>
      </w:hyperlink>
      <w:r>
        <w:t xml:space="preserve"> - Newcastle Pride 2026 is scheduled for 25th and 26th July in Newcastle City Centre. The event marks a new chapter under the management of Curious Futures, a not-for-profit organisation established by Curious Arts. The festival promises a return to the city centre with city-wide celebrations and a Pride weekend designed with the community at its heart. Further details about the festival weekend, including the free programme, dedicated zones (Market Village, Trans+ Zone, Family and Youth), and a range of activities, will be released soon. Tickets for the Pride Arena at Times Square are now on sale.</w:t>
      </w:r>
      <w:r/>
    </w:p>
    <w:p>
      <w:pPr>
        <w:pStyle w:val="ListNumber"/>
        <w:spacing w:line="240" w:lineRule="auto"/>
        <w:ind w:left="720"/>
      </w:pPr>
      <w:r/>
      <w:hyperlink r:id="rId12">
        <w:r>
          <w:rPr>
            <w:color w:val="0000EE"/>
            <w:u w:val="single"/>
          </w:rPr>
          <w:t>https://www.gay.events/newcastle-upon-tyne/event/newcastle-pride</w:t>
        </w:r>
      </w:hyperlink>
      <w:r>
        <w:t xml:space="preserve"> - Newcastle Pride 2026 is set to take place on the weekend of 25–26 July 2026 in Newcastle upon Tyne. The city-wide festival centres around the theme 'City of Hope, Streets of Joy'. The Pride Arena returns to Times Square for two unforgettable days of colour, music, and pure Pride energy. Leading the charge for 2026 are pop icon Nadine Coyle, dance floor queen Katy B, drag superstar &amp; HeSheThey resident DJ Bimini, plus RuPaul's Drag Race favourite Danny Beard. The parade and main festival site are free and open to everyone, making it the region's biggest celebration of LGBTQ+ life and culture.</w:t>
      </w:r>
      <w:r/>
    </w:p>
    <w:p>
      <w:pPr>
        <w:pStyle w:val="ListNumber"/>
        <w:spacing w:line="240" w:lineRule="auto"/>
        <w:ind w:left="720"/>
      </w:pPr>
      <w:r/>
      <w:hyperlink r:id="rId11">
        <w:r>
          <w:rPr>
            <w:color w:val="0000EE"/>
            <w:u w:val="single"/>
          </w:rPr>
          <w:t>https://www.gosforth.org/events/newcastle-pride-2026</w:t>
        </w:r>
      </w:hyperlink>
      <w:r>
        <w:t xml:space="preserve"> - Newcastle Pride 2026 takes place on 25–26 July in the city centre, with the parade on Saturday winding through central Newcastle. Now under new management by Curious Futures, the free festival returns to Times Square with headliners including Nadine Coyle, Katy B, drag superstar Bimini, and Danny Beard. The parade and main festival site are free and open to everyone, making it the region's biggest celebration of LGBTQ+ life and culture.</w:t>
      </w:r>
      <w:r/>
    </w:p>
    <w:p>
      <w:pPr>
        <w:pStyle w:val="ListNumber"/>
        <w:spacing w:line="240" w:lineRule="auto"/>
        <w:ind w:left="720"/>
      </w:pPr>
      <w:r/>
      <w:hyperlink r:id="rId14">
        <w:r>
          <w:rPr>
            <w:color w:val="0000EE"/>
            <w:u w:val="single"/>
          </w:rPr>
          <w:t>https://www.newcastlepride.co.uk/post/newcastle-pride-2026-launches-with-new-theme-and-community-led-vision</w:t>
        </w:r>
      </w:hyperlink>
      <w:r>
        <w:t xml:space="preserve"> - Newcastle Pride 2026 launches with the theme 'City of Hope, Streets of Joy', reflecting the celebration, sense of community, and togetherness expressed by local LGBTQIA+ people and allies through an extensive consultation process. The festival marks an exciting new chapter, with Newcastle Pride now delivered by Curious Futures, the not-for-profit organisation established by Curious Arts to deliver large-scale LGBTQIA+ cultural programmes across the North East. The event will transform the city centre into a vibrant celebration of LGBTQIA+ culture, creativity, and community.</w:t>
      </w:r>
      <w:r/>
    </w:p>
    <w:p>
      <w:pPr>
        <w:pStyle w:val="ListNumber"/>
        <w:spacing w:line="240" w:lineRule="auto"/>
        <w:ind w:left="720"/>
      </w:pPr>
      <w:r/>
      <w:hyperlink r:id="rId13">
        <w:r>
          <w:rPr>
            <w:color w:val="0000EE"/>
            <w:u w:val="single"/>
          </w:rPr>
          <w:t>https://tynemouth.live/events/newcastle-pride-2026</w:t>
        </w:r>
      </w:hyperlink>
      <w:r>
        <w:t xml:space="preserve"> - Newcastle Pride 2026 takes place on 25–26 July in the city centre, with the parade on Saturday winding through central Newcastle. Now under new management by Curious Futures, the free festival returns to Times Square with headliners including Nadine Coyle, Katy B, drag superstar Bimini, and Danny Beard. The parade and main festival site are free and open to everyone, making it the region's biggest celebration of LGBTQ+ life and culture.</w:t>
      </w:r>
      <w:r/>
    </w:p>
    <w:p>
      <w:pPr>
        <w:pStyle w:val="ListNumber"/>
        <w:spacing w:line="240" w:lineRule="auto"/>
        <w:ind w:left="720"/>
      </w:pPr>
      <w:r/>
      <w:hyperlink r:id="rId15">
        <w:r>
          <w:rPr>
            <w:color w:val="0000EE"/>
            <w:u w:val="single"/>
          </w:rPr>
          <w:t>https://www.newcastlepridearena.co.uk/</w:t>
        </w:r>
      </w:hyperlink>
      <w:r>
        <w:t xml:space="preserve"> - The Newcastle Pride Arena is a key part of the city-wide Pride celebrations led by Curious Futures, part of Curious Arts, the organisation that champions LGBTQIA+ culture, visibility, and community across the North East. This festival experience is produced in collaboration with the Newcastle Pride Arena delivery partner, Evnt Inspirations, bringing expert event production and impactful experiences to the heart of the celebrations. Newcastle Pride is bigger than a single venue... it’s a city-wide movement built on inclusion, expression, and community. We’re proud to celebrate every identity, every story, and every person who makes up Newcastle’s vibrant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gallery/67-pictures-newcastles-celebration-pride-34351446" TargetMode="External"/><Relationship Id="rId10" Type="http://schemas.openxmlformats.org/officeDocument/2006/relationships/hyperlink" Target="https://www.newcastlepride.co.uk/" TargetMode="External"/><Relationship Id="rId11" Type="http://schemas.openxmlformats.org/officeDocument/2006/relationships/hyperlink" Target="https://www.gosforth.org/events/newcastle-pride-2026" TargetMode="External"/><Relationship Id="rId12" Type="http://schemas.openxmlformats.org/officeDocument/2006/relationships/hyperlink" Target="https://www.gay.events/newcastle-upon-tyne/event/newcastle-pride" TargetMode="External"/><Relationship Id="rId13" Type="http://schemas.openxmlformats.org/officeDocument/2006/relationships/hyperlink" Target="https://tynemouth.live/events/newcastle-pride-2026" TargetMode="External"/><Relationship Id="rId14" Type="http://schemas.openxmlformats.org/officeDocument/2006/relationships/hyperlink" Target="https://www.newcastlepride.co.uk/post/newcastle-pride-2026-launches-with-new-theme-and-community-led-vision" TargetMode="External"/><Relationship Id="rId15" Type="http://schemas.openxmlformats.org/officeDocument/2006/relationships/hyperlink" Target="https://www.newcastlepridearena.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