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Newcastle Pride 2026 Guide: What Pride Means and Why It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remember and protest , Newcastle’s LGBTQ+ community and allies are gearing up for Pride 2026, a weekend of colour, speeches and events that’s equal parts party and political statement, bringing the city together to defend hard-won rights and amplify voices that still need to be heard.</w:t>
      </w:r>
      <w:r/>
    </w:p>
    <w:p>
      <w:r/>
      <w:r>
        <w:t>Essential Takeaways</w:t>
      </w:r>
      <w:r/>
      <w:r/>
    </w:p>
    <w:p>
      <w:pPr>
        <w:pStyle w:val="ListBullet"/>
        <w:spacing w:line="240" w:lineRule="auto"/>
        <w:ind w:left="720"/>
      </w:pPr>
      <w:r/>
      <w:r>
        <w:rPr>
          <w:b/>
        </w:rPr>
        <w:t>Community-first:</w:t>
      </w:r>
      <w:r>
        <w:t xml:space="preserve"> Newcastle Pride is run with a community-led vision and a new theme for 2026, centred on inclusion and visibility. </w:t>
      </w:r>
      <w:r/>
    </w:p>
    <w:p>
      <w:pPr>
        <w:pStyle w:val="ListBullet"/>
        <w:spacing w:line="240" w:lineRule="auto"/>
        <w:ind w:left="720"/>
      </w:pPr>
      <w:r/>
      <w:r>
        <w:rPr>
          <w:b/>
        </w:rPr>
        <w:t>Big names, local heart:</w:t>
      </w:r>
      <w:r>
        <w:t xml:space="preserve"> The march finishes at Grey’s Monument with speeches from regional leaders and performers, plus an Olympics-linked Pride run to kick things off. </w:t>
      </w:r>
      <w:r/>
    </w:p>
    <w:p>
      <w:pPr>
        <w:pStyle w:val="ListBullet"/>
        <w:spacing w:line="240" w:lineRule="auto"/>
        <w:ind w:left="720"/>
      </w:pPr>
      <w:r/>
      <w:r>
        <w:rPr>
          <w:b/>
        </w:rPr>
        <w:t>Year-round spaces:</w:t>
      </w:r>
      <w:r>
        <w:t xml:space="preserve"> Venues and collectives across the city, from Rusty’s Showbar to The Tipsy Cow, keep Pride alive beyond the parade , safe, familiar and welcoming. </w:t>
      </w:r>
      <w:r/>
    </w:p>
    <w:p>
      <w:pPr>
        <w:pStyle w:val="ListBullet"/>
        <w:spacing w:line="240" w:lineRule="auto"/>
        <w:ind w:left="720"/>
      </w:pPr>
      <w:r/>
      <w:r>
        <w:rPr>
          <w:b/>
        </w:rPr>
        <w:t>Protest and party:</w:t>
      </w:r>
      <w:r>
        <w:t xml:space="preserve"> Pride remains both celebration and protest; organisers stress the need to defend rights amid rising hostility and online abuse. </w:t>
      </w:r>
      <w:r/>
    </w:p>
    <w:p>
      <w:pPr>
        <w:pStyle w:val="ListBullet"/>
        <w:spacing w:line="240" w:lineRule="auto"/>
        <w:ind w:left="720"/>
      </w:pPr>
      <w:r/>
      <w:r>
        <w:rPr>
          <w:b/>
        </w:rPr>
        <w:t>Family-friendly and varied:</w:t>
      </w:r>
      <w:r>
        <w:t xml:space="preserve"> Events range from club nights and drag shows to family zones and workshops , something for anyone wanting to show support.</w:t>
      </w:r>
      <w:r/>
      <w:r/>
    </w:p>
    <w:p>
      <w:pPr>
        <w:pStyle w:val="Heading2"/>
      </w:pPr>
      <w:r>
        <w:t>A weekend that’s loud, proud and purpose-driven</w:t>
      </w:r>
      <w:r/>
    </w:p>
    <w:p>
      <w:r/>
      <w:r>
        <w:t>Newcastle’s streets will be awash with colour, and the atmosphere promises to be equal parts joyful and purposeful. According to organisers, this year’s Pride combines festival fun with a clear community-led mission that reflects local voices and concerns. The sense of solidarity is tangible , people say it’s the one weekend where many can fully exhale and be seen.</w:t>
      </w:r>
      <w:r/>
    </w:p>
    <w:p>
      <w:r/>
      <w:r>
        <w:t>Behind the scenes, volunteers and local groups have shaped the programme to include everything from arena stages to family-friendly zones, reinforcing that Pride is for the whole city. If you’re planning to go, aim to arrive early for the speeches at Grey’s Monument and pack for unpredictable North East weather , bring waterproofs, but expect sequins.</w:t>
      </w:r>
      <w:r/>
    </w:p>
    <w:p>
      <w:pPr>
        <w:pStyle w:val="Heading2"/>
      </w:pPr>
      <w:r>
        <w:t>Why organisers keep saying “it’s still a protest”</w:t>
      </w:r>
      <w:r/>
    </w:p>
    <w:p>
      <w:r/>
      <w:r>
        <w:t>Pride didn’t begin as a parade; it began as resistance, and that memory is very much alive in Newcastle. Community leaders and activists remind us that legal gains can be fragile and that visibility remains a form of protection. Organisers and speakers are using the platform to call out daily hostility: from social media hatred to street-level abuse.</w:t>
      </w:r>
      <w:r/>
    </w:p>
    <w:p>
      <w:r/>
      <w:r>
        <w:t>That dual role , celebration and campaigning , means that attending Pride is a statement. If you want to support but feel unsure how, consider volunteering, joining a march contingent, or listening at one of the many talks. Small acts, like clapping during speeches or wearing a badge, can matter.</w:t>
      </w:r>
      <w:r/>
    </w:p>
    <w:p>
      <w:pPr>
        <w:pStyle w:val="Heading2"/>
      </w:pPr>
      <w:r>
        <w:t>Events to bookmark and how to navigate the weekend</w:t>
      </w:r>
      <w:r/>
    </w:p>
    <w:p>
      <w:r/>
      <w:r>
        <w:t>The city’s official Pride programme stretches across venues, with curated events for families, club nights for night owls, and stages showcasing local drag, performance and music. The Pride run, fronted by a sporting legend, is a lively way to start the weekend and brings fitness and visibility together.</w:t>
      </w:r>
      <w:r/>
    </w:p>
    <w:p>
      <w:r/>
      <w:r>
        <w:t>Plan your route: the march culminates at Grey’s Monument, with the arena and family zones nearby. Public transport will be busier than usual, so leave time, team up with friends and agree on meeting points. If you need quieter spaces, look for the Family &amp; Youth Zone and other designated calmer areas.</w:t>
      </w:r>
      <w:r/>
    </w:p>
    <w:p>
      <w:pPr>
        <w:pStyle w:val="Heading2"/>
      </w:pPr>
      <w:r>
        <w:t>Voices from the city: personal stories that cut through the headlines</w:t>
      </w:r>
      <w:r/>
    </w:p>
    <w:p>
      <w:r/>
      <w:r>
        <w:t>What stands out in Newcastle’s Pride is the range of perspectives , long-time activists who remember the AIDS crisis sit alongside a new generation for whom Pride is survival and expression. Performers, councillors and local businesses all stress the same point: Pride built community and continues to protect it.</w:t>
      </w:r>
      <w:r/>
    </w:p>
    <w:p>
      <w:r/>
      <w:r>
        <w:t>Hearing someone describe a catcall on a busy street or the relief of walking into a venue where they’re accepted puts the weekend in sharp, emotional focus. That human element is why the city continues to back Pride publicly and why local bars and collectives keep their doors open year-round.</w:t>
      </w:r>
      <w:r/>
    </w:p>
    <w:p>
      <w:pPr>
        <w:pStyle w:val="Heading2"/>
      </w:pPr>
      <w:r>
        <w:t>How to be a good ally this Pride weekend</w:t>
      </w:r>
      <w:r/>
    </w:p>
    <w:p>
      <w:r/>
      <w:r>
        <w:t>Showing up is important, but showing respect matters more. Speak with curiosity, not assumption. Follow the lead of LGBTQ+ groups when it comes to pronouns, photography and space. Support local queer businesses and donate if you can; charities and grassroots groups rely on this income. Finally, call out abusive behaviour safely , organisers often have stewards and signposted reporting routes.</w:t>
      </w:r>
      <w:r/>
    </w:p>
    <w:p>
      <w:r/>
      <w:r>
        <w:t>If you’re bringing children, use the family areas and be ready to answer questions honestly and simply. Pride is a teachable moment about community, courage and kindness.</w:t>
      </w:r>
      <w:r/>
    </w:p>
    <w:p>
      <w:r/>
      <w:r>
        <w:t>It's a small change that can make every Pride moment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11">
        <w:r>
          <w:rPr>
            <w:color w:val="0000EE"/>
            <w:u w:val="single"/>
          </w:rPr>
          <w:t>[4]</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https://www.chroniclelive.co.uk/whats-on/whats-on-news/what-pride-means-me-newcastle-34346256</w:t>
        </w:r>
      </w:hyperlink>
      <w:r>
        <w:t xml:space="preserve"> - Please view link - unable to able to access data</w:t>
      </w:r>
      <w:r/>
    </w:p>
    <w:p>
      <w:pPr>
        <w:pStyle w:val="ListNumber"/>
        <w:spacing w:line="240" w:lineRule="auto"/>
        <w:ind w:left="720"/>
      </w:pPr>
      <w:r/>
      <w:hyperlink r:id="rId14">
        <w:r>
          <w:rPr>
            <w:color w:val="0000EE"/>
            <w:u w:val="single"/>
          </w:rPr>
          <w:t>https://www.newcastlepride.co.uk/</w:t>
        </w:r>
      </w:hyperlink>
      <w:r>
        <w:t xml:space="preserve"> - Newcastle Pride 2026 is scheduled for 25th and 26th July in Newcastle city centre. The festival, led by Curious Arts, marks a new chapter with a theme of 'City of Hope, Streets of Joy'. The event will feature a Pride Arena at Times Square, showcasing performances by artists like Nadine Coyle, Katy B, Bimini, and Danny Beard. Additional activities include a Pride march through the city centre and dedicated community zones such as a Market Village, Family and Youth space, and a Trans+ Zone.</w:t>
      </w:r>
      <w:r/>
    </w:p>
    <w:p>
      <w:pPr>
        <w:pStyle w:val="ListNumber"/>
        <w:spacing w:line="240" w:lineRule="auto"/>
        <w:ind w:left="720"/>
      </w:pPr>
      <w:r/>
      <w:hyperlink r:id="rId10">
        <w:r>
          <w:rPr>
            <w:color w:val="0000EE"/>
            <w:u w:val="single"/>
          </w:rPr>
          <w:t>https://www.newcastlepride.co.uk/post/newcastle-pride-2026-launches-with-new-theme-and-community-led-vision</w:t>
        </w:r>
      </w:hyperlink>
      <w:r>
        <w:t xml:space="preserve"> - Newcastle Pride 2026 introduces the theme 'City of Hope, Streets of Joy', reflecting the community's desire for visibility, celebration, and solidarity. The festival, taking place on 25th and 26th July, aims to balance joy and protest, offering free activities and family-friendly spaces. The theme was developed through extensive public consultation, highlighting the community's strength and the importance of being authentically oneself in the North East.</w:t>
      </w:r>
      <w:r/>
    </w:p>
    <w:p>
      <w:pPr>
        <w:pStyle w:val="ListNumber"/>
        <w:spacing w:line="240" w:lineRule="auto"/>
        <w:ind w:left="720"/>
      </w:pPr>
      <w:r/>
      <w:hyperlink r:id="rId11">
        <w:r>
          <w:rPr>
            <w:color w:val="0000EE"/>
            <w:u w:val="single"/>
          </w:rPr>
          <w:t>https://www.newcastlepride.co.uk/whats-on</w:t>
        </w:r>
      </w:hyperlink>
      <w:r>
        <w:t xml:space="preserve"> - Newcastle Pride 2026 will feature a Pride Arena at Times Square, transforming the city centre into a vibrant celebration of LGBTQIA+ culture. The event will include performances by artists like Nadine Coyle, Katy B, Bimini, and Danny Beard, along with live acts, tribute performances, and Pride favourites. The festival also offers community zones such as a Market Village, Family and Youth space, and a Trans+ Zone, ensuring a comprehensive and inclusive experience for attendees.</w:t>
      </w:r>
      <w:r/>
    </w:p>
    <w:p>
      <w:pPr>
        <w:pStyle w:val="ListNumber"/>
        <w:spacing w:line="240" w:lineRule="auto"/>
        <w:ind w:left="720"/>
      </w:pPr>
      <w:r/>
      <w:hyperlink r:id="rId15">
        <w:r>
          <w:rPr>
            <w:color w:val="0000EE"/>
            <w:u w:val="single"/>
          </w:rPr>
          <w:t>https://www.newcastle-libdems.org.uk/news/article/pride-flag-raised-at-civic-centre-for-pride-month-2026</w:t>
        </w:r>
      </w:hyperlink>
      <w:r>
        <w:t xml:space="preserve"> - In June 2026, the Pride flag was raised at Newcastle Civic Centre to mark Pride Month. Councillor Rob Austin, Cabinet Member for Culture, Communities &amp; Youth Services, stated that flying the Pride flag sends a clear message that the LGBT+ communities are valued, respected, and celebrated. The event was led by Lord Mayor Henry Gallagher, highlighting the city's commitment to equality and inclusion.</w:t>
      </w:r>
      <w:r/>
    </w:p>
    <w:p>
      <w:pPr>
        <w:pStyle w:val="ListNumber"/>
        <w:spacing w:line="240" w:lineRule="auto"/>
        <w:ind w:left="720"/>
      </w:pPr>
      <w:r/>
      <w:hyperlink r:id="rId12">
        <w:r>
          <w:rPr>
            <w:color w:val="0000EE"/>
            <w:u w:val="single"/>
          </w:rPr>
          <w:t>https://bdaily.co.uk/articles/2026/06/14/olympic-legend-to-start-newcastle-pride-run</w:t>
        </w:r>
      </w:hyperlink>
      <w:r>
        <w:t xml:space="preserve"> - Olympic legend Dame Kelly Holmes is set to start the Newcastle Pride Run in Leazes Park, marking the beginning of Newcastle Pride 2026. The event is open to participants of all abilities, with prizes awarded in various categories. Proceeds will support Be, a charity working with trans people across the North East. The inclusion of Dame Kelly Holmes underscores the event's commitment to visibility and inclusion in sport.</w:t>
      </w:r>
      <w:r/>
    </w:p>
    <w:p>
      <w:pPr>
        <w:pStyle w:val="ListNumber"/>
        <w:spacing w:line="240" w:lineRule="auto"/>
        <w:ind w:left="720"/>
      </w:pPr>
      <w:r/>
      <w:hyperlink r:id="rId13">
        <w:r>
          <w:rPr>
            <w:color w:val="0000EE"/>
            <w:u w:val="single"/>
          </w:rPr>
          <w:t>https://www.ents24.com/festival/newcastle-pride-arena-2026/7451602</w:t>
        </w:r>
      </w:hyperlink>
      <w:r>
        <w:t xml:space="preserve"> - Newcastle Pride Arena 2026, taking place on 25th and 26th July at Times Square, Newcastle-upon-Tyne, will feature performances by artists such as Nadine Coyle, Katy B, Bimini, and Danny Beard. The event aims to transform the city into a full-scale festival celebration with an expanded stage, enhanced lighting, and immersive zones. Earlybird ticket prices have been frozen for the third consecutive year, making it an accessible event for all attendees.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hroniclelive.co.uk/whats-on/whats-on-news/what-pride-means-me-newcastle-34346256" TargetMode="External"/><Relationship Id="rId10" Type="http://schemas.openxmlformats.org/officeDocument/2006/relationships/hyperlink" Target="https://www.newcastlepride.co.uk/post/newcastle-pride-2026-launches-with-new-theme-and-community-led-vision" TargetMode="External"/><Relationship Id="rId11" Type="http://schemas.openxmlformats.org/officeDocument/2006/relationships/hyperlink" Target="https://www.newcastlepride.co.uk/whats-on" TargetMode="External"/><Relationship Id="rId12" Type="http://schemas.openxmlformats.org/officeDocument/2006/relationships/hyperlink" Target="https://bdaily.co.uk/articles/2026/06/14/olympic-legend-to-start-newcastle-pride-run" TargetMode="External"/><Relationship Id="rId13" Type="http://schemas.openxmlformats.org/officeDocument/2006/relationships/hyperlink" Target="https://www.ents24.com/festival/newcastle-pride-arena-2026/7451602" TargetMode="External"/><Relationship Id="rId14" Type="http://schemas.openxmlformats.org/officeDocument/2006/relationships/hyperlink" Target="https://www.newcastlepride.co.uk/" TargetMode="External"/><Relationship Id="rId15" Type="http://schemas.openxmlformats.org/officeDocument/2006/relationships/hyperlink" Target="https://www.newcastle-libdems.org.uk/news/article/pride-flag-raised-at-civic-centre-for-pride-month-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