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Spencer Tunick Work Celebrates Pride With 11-Colour Body Paint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heads: photographer Spencer Tunick staged Gran Spectrum in Las Palmas, using painted nude volunteers to mark Pride and spark conversation about inclusion, identity and public space in Gran Canaria. The early-morning action drew hundreds, looked vivid against the cathedral, and travelled the long tradition of Tunick’s mass nudity into a rainbow-rich moment.</w:t>
      </w:r>
      <w:r/>
    </w:p>
    <w:p>
      <w:r/>
      <w:r>
        <w:t>Essential Takeaways</w:t>
      </w:r>
      <w:r/>
      <w:r/>
    </w:p>
    <w:p>
      <w:pPr>
        <w:pStyle w:val="ListBullet"/>
        <w:spacing w:line="240" w:lineRule="auto"/>
        <w:ind w:left="720"/>
      </w:pPr>
      <w:r/>
      <w:r>
        <w:rPr>
          <w:b/>
        </w:rPr>
        <w:t>What happened:</w:t>
      </w:r>
      <w:r>
        <w:t xml:space="preserve"> A one-day collective art action called Gran Spectrum saw roughly 400–500 volunteers pose nude in Las Palmas, their bodies painted in 11 colours drawn from Pride symbolism.</w:t>
      </w:r>
      <w:r/>
    </w:p>
    <w:p>
      <w:pPr>
        <w:pStyle w:val="ListBullet"/>
        <w:spacing w:line="240" w:lineRule="auto"/>
        <w:ind w:left="720"/>
      </w:pPr>
      <w:r/>
      <w:r>
        <w:rPr>
          <w:b/>
        </w:rPr>
        <w:t>Where and when:</w:t>
      </w:r>
      <w:r>
        <w:t xml:space="preserve"> The performance took place at dawn in Vegueta, in front of the Catedral de Santa Ana, creating a striking contrast of historic stone and painted skin.</w:t>
      </w:r>
      <w:r/>
    </w:p>
    <w:p>
      <w:pPr>
        <w:pStyle w:val="ListBullet"/>
        <w:spacing w:line="240" w:lineRule="auto"/>
        <w:ind w:left="720"/>
      </w:pPr>
      <w:r/>
      <w:r>
        <w:rPr>
          <w:b/>
        </w:rPr>
        <w:t>Visual detail:</w:t>
      </w:r>
      <w:r>
        <w:t xml:space="preserve"> Participants were not simply in traditional rainbow order; the palette included white, pink, black and brown alongside the classic rainbow hues for broader representation.</w:t>
      </w:r>
      <w:r/>
    </w:p>
    <w:p>
      <w:pPr>
        <w:pStyle w:val="ListBullet"/>
        <w:spacing w:line="240" w:lineRule="auto"/>
        <w:ind w:left="720"/>
      </w:pPr>
      <w:r/>
      <w:r>
        <w:rPr>
          <w:b/>
        </w:rPr>
        <w:t>Atmosphere:</w:t>
      </w:r>
      <w:r>
        <w:t xml:space="preserve"> The event was closed to spectators, with only Tunick and his production team on site, producing quiet, staged images rather than a public spectacle.</w:t>
      </w:r>
      <w:r/>
    </w:p>
    <w:p>
      <w:pPr>
        <w:pStyle w:val="ListBullet"/>
        <w:spacing w:line="240" w:lineRule="auto"/>
        <w:ind w:left="720"/>
      </w:pPr>
      <w:r/>
      <w:r>
        <w:rPr>
          <w:b/>
        </w:rPr>
        <w:t>Local response:</w:t>
      </w:r>
      <w:r>
        <w:t xml:space="preserve"> Religious and civic reactions were muted; the local bishop reportedly expressed no objection, framing nudity as an ordinary sight at the beach.</w:t>
      </w:r>
      <w:r/>
      <w:r/>
    </w:p>
    <w:p>
      <w:pPr>
        <w:pStyle w:val="Heading2"/>
      </w:pPr>
      <w:r>
        <w:t>Tunick’s newest large-scale nude is vivid, deliberate, and public‑minded</w:t>
      </w:r>
      <w:r/>
    </w:p>
    <w:p>
      <w:r/>
      <w:r>
        <w:t>Tunick has long made a career out of transforming urban and natural landmarks with naked bodies; this time he painted them, turning flesh into a living Pride flag. The morning light on the cathedral’s square gave the painted figures a soft, almost ritual feel, a contrast that’s both visual and emotional. According to local reporting, the choice to include pink, black and brown alongside the rainbow was a conscious nod to wider inclusion in the LGBT+ community.</w:t>
      </w:r>
      <w:r/>
    </w:p>
    <w:p>
      <w:r/>
      <w:r>
        <w:t>The project sits within a lineage of Tunick’s gatherings, from New York to Mexico City, where he once photographed 18,000 people in the Zócalo. But Gran Spectrum narrows the focus: fewer participants, a more explicit political and symbolic palette, and a clear link to Pride programming in the islands. If you’ve seen Tunick’s earlier monochrome groups, this feels like an evolution , bolder in colour, and more pointed in message.</w:t>
      </w:r>
      <w:r/>
    </w:p>
    <w:p>
      <w:pPr>
        <w:pStyle w:val="Heading2"/>
      </w:pPr>
      <w:r>
        <w:t>Why paint the bodies? It’s about identity, representation, and visibility</w:t>
      </w:r>
      <w:r/>
    </w:p>
    <w:p>
      <w:r/>
      <w:r>
        <w:t>Painting rather than leaving bodies bare shifts the conversation from nudity alone to what the bodies represent. News coverage emphasised that the colours weren’t decorative only; they were deliberate choices to represent diverse identities within the queer community. That makes the photographs function as both spectacle and statement.</w:t>
      </w:r>
      <w:r/>
    </w:p>
    <w:p>
      <w:r/>
      <w:r>
        <w:t>For viewers and participants alike, painted skin carries a tactile immediacy , you imagine the brushwork, the coolness of paint at dawn. Practically, organisers chose a limited palette and a controlled location to keep the action safe, respectful and easy to document. If you’re thinking about staging or joining an action like this, consider clothing options for arrival and departure and confirm whether paint used is skin-safe and easily removable.</w:t>
      </w:r>
      <w:r/>
    </w:p>
    <w:p>
      <w:pPr>
        <w:pStyle w:val="Heading2"/>
      </w:pPr>
      <w:r>
        <w:t>Local setting adds texture: historic cathedral meets modern protest</w:t>
      </w:r>
      <w:r/>
    </w:p>
    <w:p>
      <w:r/>
      <w:r>
        <w:t>Placing the action in Vegueta, directly in front of the 16th‑century Santa Ana Cathedral, gave the images extra tension. On paper it’s a provocative pairing: centuries-old religious architecture and freshly painted, unclothed bodies. In practice, organisers kept the scene intimate , no public audience, only Tunick’s team , which shifted the tone from confrontation to creative expression.</w:t>
      </w:r>
      <w:r/>
    </w:p>
    <w:p>
      <w:r/>
      <w:r>
        <w:t>Local voices matter in moments like this. Reports note that Bishop José Mazuelos said he wasn’t offended, pointing out that people see naked bodies at the beach. That kind of pragmatic reaction is telling: it suggests the action landed as an artistic contribution to a Pride programme rather than a culture-war provocation, at least in this community.</w:t>
      </w:r>
      <w:r/>
    </w:p>
    <w:p>
      <w:pPr>
        <w:pStyle w:val="Heading2"/>
      </w:pPr>
      <w:r>
        <w:t>How this fits Tunick’s career , and what’s different now</w:t>
      </w:r>
      <w:r/>
    </w:p>
    <w:p>
      <w:r/>
      <w:r>
        <w:t>Tunick has choreographed more than 100 mass nude photo shoots globally, and the scale of his projects varies dramatically. Gran Spectrum is modest next to his biggest works, but its message is compact and clear. Media outlets framed it as an international symbol of freedom and LGBTIQA+ rights, and the project forms part of Culture &amp; Business Pride 2026 programming on the islands.</w:t>
      </w:r>
      <w:r/>
    </w:p>
    <w:p>
      <w:r/>
      <w:r>
        <w:t>Where earlier Tunick works sometimes foregrounded pattern and human form in anonymous monochrome waves, Gran Spectrum foregrounds politics and identity through colour. Expect these images to circulate in press and social channels as a contemporary take on a long-standing practice.</w:t>
      </w:r>
      <w:r/>
    </w:p>
    <w:p>
      <w:pPr>
        <w:pStyle w:val="Heading2"/>
      </w:pPr>
      <w:r>
        <w:t>Practical takeaways for readers who want to engage or attend similar events</w:t>
      </w:r>
      <w:r/>
    </w:p>
    <w:p>
      <w:r/>
      <w:r>
        <w:t>If you’d like to participate in or photograph community art actions, plan for early starts and practicalities: wear cover-up clothes to the site, check paint safety and removal instructions, and confirm whether the event is closed to the public. For photographers, respect the artist’s direction and participant consent; Tunick’s shoots are choreographed and controlled, not free-for-alls.</w:t>
      </w:r>
      <w:r/>
    </w:p>
    <w:p>
      <w:r/>
      <w:r>
        <w:t>For locals and visitors, the action demonstrates how public space can host quiet, meaningful expression. It’s a reminder that art can be both beautiful and civic , and that sometimes a simple colour choice changes the conversation.</w:t>
      </w:r>
      <w:r/>
    </w:p>
    <w:p>
      <w:r/>
      <w:r>
        <w:t>It's a small change that makes every colour , and every body , part of the 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0">
        <w:r>
          <w:rPr>
            <w:color w:val="0000EE"/>
            <w:u w:val="single"/>
          </w:rPr>
          <w:t>[3]</w:t>
        </w:r>
      </w:hyperlink>
      <w:r>
        <w:t xml:space="preserve">, </w:t>
      </w:r>
      <w:hyperlink r:id="rId12">
        <w:r>
          <w:rPr>
            <w:color w:val="0000EE"/>
            <w:u w:val="single"/>
          </w:rPr>
          <w:t>[5]</w:t>
        </w:r>
      </w:hyperlink>
      <w:r>
        <w:t xml:space="preserve">- Paragraph 3: </w:t>
      </w:r>
      <w:hyperlink r:id="rId10">
        <w:r>
          <w:rPr>
            <w:color w:val="0000EE"/>
            <w:u w:val="single"/>
          </w:rPr>
          <w:t>[3]</w:t>
        </w:r>
      </w:hyperlink>
      <w:r>
        <w:t xml:space="preserve">, </w:t>
      </w:r>
      <w:hyperlink r:id="rId13">
        <w:r>
          <w:rPr>
            <w:color w:val="0000EE"/>
            <w:u w:val="single"/>
          </w:rPr>
          <w:t>[7]</w:t>
        </w:r>
      </w:hyperlink>
      <w:r>
        <w:t xml:space="preserve">- Paragraph 4: </w:t>
      </w:r>
      <w:hyperlink r:id="rId10">
        <w:r>
          <w:rPr>
            <w:color w:val="0000EE"/>
            <w:u w:val="single"/>
          </w:rPr>
          <w:t>[3]</w:t>
        </w:r>
      </w:hyperlink>
      <w:r>
        <w:t xml:space="preserve">, </w:t>
      </w:r>
      <w:hyperlink r:id="rId14">
        <w:r>
          <w:rPr>
            <w:color w:val="0000EE"/>
            <w:u w:val="single"/>
          </w:rPr>
          <w:t>[2]</w:t>
        </w:r>
      </w:hyperlink>
      <w:r>
        <w:t xml:space="preserve">- Paragraph 5: </w:t>
      </w:r>
      <w:hyperlink r:id="rId10">
        <w:r>
          <w:rPr>
            <w:color w:val="0000EE"/>
            <w:u w:val="single"/>
          </w:rPr>
          <w:t>[3]</w:t>
        </w:r>
      </w:hyperlink>
      <w:r>
        <w:t xml:space="preserve">, </w:t>
      </w:r>
      <w:hyperlink r:id="rId15">
        <w:r>
          <w:rPr>
            <w:color w:val="0000EE"/>
            <w:u w:val="single"/>
          </w:rPr>
          <w:t>[6]</w:t>
        </w:r>
      </w:hyperlink>
      <w:r>
        <w:t xml:space="preserve">- Paragraph 6: </w:t>
      </w:r>
      <w:hyperlink r:id="rId11">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https://www.artnews.com/art-news/news/spencer-tunick-nude-action-celebrates-pride-canary-islands-1234793535/</w:t>
        </w:r>
      </w:hyperlink>
      <w:r>
        <w:t xml:space="preserve"> - Please view link - unable to able to access data</w:t>
      </w:r>
      <w:r/>
    </w:p>
    <w:p>
      <w:pPr>
        <w:pStyle w:val="ListNumber"/>
        <w:spacing w:line="240" w:lineRule="auto"/>
        <w:ind w:left="720"/>
      </w:pPr>
      <w:r/>
      <w:hyperlink r:id="rId14">
        <w:r>
          <w:rPr>
            <w:color w:val="0000EE"/>
            <w:u w:val="single"/>
          </w:rPr>
          <w:t>https://www.cadenaser.com/canarias/2026/07/26/spencer-tunick-convierte-vegueta-en-un-simbolo-internacional-de-libertad-y-derechos-lgtbiqa-en-gran-canaria-con-un-gran-desnudo-colectivo-ser-las-palmas/</w:t>
        </w:r>
      </w:hyperlink>
      <w:r>
        <w:t xml:space="preserve"> - On July 26, 2026, approximately 500 people participated in 'Gran Spectrum', a collective art intervention by photographer Spencer Tunick in Vegueta, Gran Canaria. The event, part of the Culture &amp; Business Pride festival, transformed the historic district into a powerful visual statement advocating for LGTBIQA+ rights and diversity. Tunick used nude bodies painted in the colours of the LGTBIQ+ flag to create an image symbolising resistance, pride, and civil rights. Participants hailed from 23 countries, aiming to highlight the struggle for LGTBIQA+ rights amid rising hate speech globally. The intervention was made possible through complex technical coordination, institutional support, and the dedication of participants, positioning Gran Canaria as a global reference for equality and human rights.</w:t>
      </w:r>
      <w:r/>
    </w:p>
    <w:p>
      <w:pPr>
        <w:pStyle w:val="ListNumber"/>
        <w:spacing w:line="240" w:lineRule="auto"/>
        <w:ind w:left="720"/>
      </w:pPr>
      <w:r/>
      <w:hyperlink r:id="rId10">
        <w:r>
          <w:rPr>
            <w:color w:val="0000EE"/>
            <w:u w:val="single"/>
          </w:rPr>
          <w:t>https://elpais.com/cultura/2026-07-26/desnudos-frente-a-la-catedral-spencer-tunick-reivindica-la-inclusion-lgtbiq-en-una-accion-en-las-palmas.html</w:t>
        </w:r>
      </w:hyperlink>
      <w:r>
        <w:t xml:space="preserve"> - On July 26, 2026, American photographer Spencer Tunick conducted a new artistic intervention in Las Palmas de Gran Canaria titled 'Gran Spectrum', as part of the Culture &amp; Business Pride festival. Between 400 and 500 people participated, nude and painted with the colours of the Pride flag, in front of the Cathedral of Santa Ana. The initiative aimed to advocate for the rights of the LGTBIQA+ community. The action, carefully organised with police support, proceeded without incidents and received unexpected backing from the local bishop, despite minor disruptions to the day's mass. Tunick, known for his photographs of nude crowds in public places, reflected on the value of normalising bodies and advocating for inclusion. He celebrated the response and community spirit among participants. This event occurred shortly after a tragic attack during the Pride march in Berlin. The work in Las Palmas adds to the artist's extensive portfolio, including large-scale projects in Barcelona and Mexico City, reaffirming his commitment to art as a vehicle for social justice.</w:t>
      </w:r>
      <w:r/>
    </w:p>
    <w:p>
      <w:pPr>
        <w:pStyle w:val="ListNumber"/>
        <w:spacing w:line="240" w:lineRule="auto"/>
        <w:ind w:left="720"/>
      </w:pPr>
      <w:r/>
      <w:hyperlink r:id="rId11">
        <w:r>
          <w:rPr>
            <w:color w:val="0000EE"/>
            <w:u w:val="single"/>
          </w:rPr>
          <w:t>https://lavozcanaria.com/en/gran-canaria/general/spencer-tunick-chooses-gran-canaria-for-new-lgtbiqa-artwork</w:t>
        </w:r>
      </w:hyperlink>
      <w:r>
        <w:t xml:space="preserve"> - Renowned photographer Spencer Tunick has selected Gran Canaria for his upcoming collective nude artwork, 'Gran Spectrum', scheduled for July 26, 2026. The artist, known for his large-scale installations in public spaces, has chosen the island to create a piece aimed at defending the rights of the LGTBIQA+ community as part of the Culture &amp; Business Pride 2026. The installation, titled 'Gran Spectrum', is supported by the Cabildo de Gran Canaria and Turismo de Islas Canarias. It will take place in two emblematic locations on the island: Las Palmas and Maspalomas, according to the event organisers. Tunick will gather participants from the LGTBIQA+ community, allies, and the general public to denounce the 'growing global backlash affecting LGTBIQA+ communities, their visibility, and their rights,' as stated by the organisation. The New York-born photographer, born in 1967, has held over 100 installations in cities worldwide, including New York, London, Barcelona, and Mexico City, where he gathered more than 18,000 participants. The choice of Gran Canaria is significant, as the island, and particularly Maspalomas, are internationally recognised as key destinations for the LGTBIQA+ community.</w:t>
      </w:r>
      <w:r/>
    </w:p>
    <w:p>
      <w:pPr>
        <w:pStyle w:val="ListNumber"/>
        <w:spacing w:line="240" w:lineRule="auto"/>
        <w:ind w:left="720"/>
      </w:pPr>
      <w:r/>
      <w:hyperlink r:id="rId12">
        <w:r>
          <w:rPr>
            <w:color w:val="0000EE"/>
            <w:u w:val="single"/>
          </w:rPr>
          <w:t>https://elprogresivo.com/2026/06/30/fotografia-de-desnudo-colectivo-gran-spectrum-en-gran-canaria-arte-diversidad-y-derechos-lgtbiq/</w:t>
        </w:r>
      </w:hyperlink>
      <w:r>
        <w:t xml:space="preserve"> - Spencer Tunick arrives in Gran Canaria with 'Gran Spectrum', a collective nude photography installation scheduled for July 26, 2026. More than 5,000 people could participate. The project is part of the Culture &amp; Business Pride and aims to transcend the traditional notion of freedom. Its goal is to make sexual and gender diversity visible with artistic rigor and social commitment. 'Gran Spectrum' is an ephemeral work that transforms the human body into a political and aesthetic symbol. Tunick chose Gran Canaria for its established reputation as an inclusive destination for LGTBIQ+ people. The island has developed public policies of equality since 2015. Additionally, it hosts the Pride Canarias annually, one of the largest events in southern Europe.</w:t>
      </w:r>
      <w:r/>
    </w:p>
    <w:p>
      <w:pPr>
        <w:pStyle w:val="ListNumber"/>
        <w:spacing w:line="240" w:lineRule="auto"/>
        <w:ind w:left="720"/>
      </w:pPr>
      <w:r/>
      <w:hyperlink r:id="rId15">
        <w:r>
          <w:rPr>
            <w:color w:val="0000EE"/>
            <w:u w:val="single"/>
          </w:rPr>
          <w:t>https://cadenaser.com/canarias/2026/07/21/spencer-tunick-reivindicara-al-colectivo-lgtbiqa-con-un-desnudo-multitudinario-en-gran-canaria-ser-las-palmas/</w:t>
        </w:r>
      </w:hyperlink>
      <w:r>
        <w:t xml:space="preserve"> - Renowned American photographer Spencer Tunick will conduct a new participatory art installation in Gran Canaria titled 'Gran Spectrum', as part of the Culture &amp; Business Pride 2026 event. This intervention will be pioneering in using the colours of the LGTBIQA+ flags as a central part of a large-scale human composition. Tunick, known for his photographs of nude crowds as a form of art and expression, seeks with this work to make diversity, equality, and human rights visible by transforming the body and public space into a collective artistic language. 'Gran Spectrum' will bring together people from the LGTBIQA+ community, allies, and citizens in an act that will function both as an artistic work and a public declaration of inclusion. The intervention reinforces Gran Canaria's role as a destination committed to diversity and human rights, while promoting a new form of cultural tourism. Participants will receive a limited-edition photograph of the installation. This action aims to project an open and inclusive image of the island internationally, also boosting the local economy and citizen participation through art.</w:t>
      </w:r>
      <w:r/>
    </w:p>
    <w:p>
      <w:pPr>
        <w:pStyle w:val="ListNumber"/>
        <w:spacing w:line="240" w:lineRule="auto"/>
        <w:ind w:left="720"/>
      </w:pPr>
      <w:r/>
      <w:hyperlink r:id="rId13">
        <w:r>
          <w:rPr>
            <w:color w:val="0000EE"/>
            <w:u w:val="single"/>
          </w:rPr>
          <w:t>https://gay-mag.com/feature/gran-spectrum-the-collective/</w:t>
        </w:r>
      </w:hyperlink>
      <w:r>
        <w:t xml:space="preserve"> - Gran Spectrum isn’t 'just' another art event on the summer calendar. It’s a collective action designed to exist in public space, with bodies, colours, an island, and one simple, almost radical idea: make visible what already exists, but is rarely seen together. Scheduled for 26 July 2026 in Gran Canaria (Canary Islands), this participatory installation is led by photographer and visual artist Spencer Tunick, known for large-scale human compositions. Here, the ambition is clear: create a symbol-image where the colours of LGBTQIA+ flags become material, structure, and message. When a work relies on participation, it doesn’t merely represent a community, it makes it exist, concretely, in a given place, at a given time. The project frames participation as a progression: presence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rtnews.com/art-news/news/spencer-tunick-nude-action-celebrates-pride-canary-islands-1234793535/" TargetMode="External"/><Relationship Id="rId10" Type="http://schemas.openxmlformats.org/officeDocument/2006/relationships/hyperlink" Target="https://elpais.com/cultura/2026-07-26/desnudos-frente-a-la-catedral-spencer-tunick-reivindica-la-inclusion-lgtbiq-en-una-accion-en-las-palmas.html" TargetMode="External"/><Relationship Id="rId11" Type="http://schemas.openxmlformats.org/officeDocument/2006/relationships/hyperlink" Target="https://lavozcanaria.com/en/gran-canaria/general/spencer-tunick-chooses-gran-canaria-for-new-lgtbiqa-artwork" TargetMode="External"/><Relationship Id="rId12" Type="http://schemas.openxmlformats.org/officeDocument/2006/relationships/hyperlink" Target="https://elprogresivo.com/2026/06/30/fotografia-de-desnudo-colectivo-gran-spectrum-en-gran-canaria-arte-diversidad-y-derechos-lgtbiq/" TargetMode="External"/><Relationship Id="rId13" Type="http://schemas.openxmlformats.org/officeDocument/2006/relationships/hyperlink" Target="https://gay-mag.com/feature/gran-spectrum-the-collective/" TargetMode="External"/><Relationship Id="rId14" Type="http://schemas.openxmlformats.org/officeDocument/2006/relationships/hyperlink" Target="https://www.cadenaser.com/canarias/2026/07/26/spencer-tunick-convierte-vegueta-en-un-simbolo-internacional-de-libertad-y-derechos-lgtbiqa-en-gran-canaria-con-un-gran-desnudo-colectivo-ser-las-palmas/" TargetMode="External"/><Relationship Id="rId15" Type="http://schemas.openxmlformats.org/officeDocument/2006/relationships/hyperlink" Target="https://cadenaser.com/canarias/2026/07/21/spencer-tunick-reivindicara-al-colectivo-lgtbiqa-con-un-desnudo-multitudinario-en-gran-canaria-ser-las-palm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