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Nightclub in Liverpool: Campus Brings House-Party Vibes to Pride Quarter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clubbers are already buzzing , Campus, a house-party‑themed nightclub in Liverpool’s Pride Quarter, opens this weekend and promises nostalgic pop, kitchen‑disco energy and a relaxed upstairs lounge, all wrapped in playful campus-themed drag performances. It matters because it reinvents the former OMG site with a fresh, queer-led night out.</w:t>
      </w:r>
      <w:r/>
    </w:p>
    <w:p>
      <w:r/>
      <w:r>
        <w:t>Essential Takeaways</w:t>
      </w:r>
      <w:r/>
      <w:r/>
    </w:p>
    <w:p>
      <w:pPr>
        <w:pStyle w:val="ListBullet"/>
        <w:spacing w:line="240" w:lineRule="auto"/>
        <w:ind w:left="720"/>
      </w:pPr>
      <w:r/>
      <w:r>
        <w:rPr>
          <w:b/>
        </w:rPr>
        <w:t>Opening date:</w:t>
      </w:r>
      <w:r>
        <w:t xml:space="preserve"> Campus opens to the public on Saturday, July 25, in Victoria Street’s Pride Quarter. </w:t>
      </w:r>
      <w:r/>
    </w:p>
    <w:p>
      <w:pPr>
        <w:pStyle w:val="ListBullet"/>
        <w:spacing w:line="240" w:lineRule="auto"/>
        <w:ind w:left="720"/>
      </w:pPr>
      <w:r/>
      <w:r>
        <w:rPr>
          <w:b/>
        </w:rPr>
        <w:t>Two floors:</w:t>
      </w:r>
      <w:r>
        <w:t xml:space="preserve"> The ground floor, The Kitchen, is the main dancefloor; upstairs The Living Room offers a quieter, singalong-friendly space. </w:t>
      </w:r>
      <w:r/>
    </w:p>
    <w:p>
      <w:pPr>
        <w:pStyle w:val="ListBullet"/>
        <w:spacing w:line="240" w:lineRule="auto"/>
        <w:ind w:left="720"/>
      </w:pPr>
      <w:r/>
      <w:r>
        <w:rPr>
          <w:b/>
        </w:rPr>
        <w:t>Vibe:</w:t>
      </w:r>
      <w:r>
        <w:t xml:space="preserve"> Styled like a house party and kitchen disco , expect pop hits, party anthems and a warm, social atmosphere. </w:t>
      </w:r>
      <w:r/>
    </w:p>
    <w:p>
      <w:pPr>
        <w:pStyle w:val="ListBullet"/>
        <w:spacing w:line="240" w:lineRule="auto"/>
        <w:ind w:left="720"/>
      </w:pPr>
      <w:r/>
      <w:r>
        <w:rPr>
          <w:b/>
        </w:rPr>
        <w:t>Theme:</w:t>
      </w:r>
      <w:r>
        <w:t xml:space="preserve"> Campus leans into playful university motifs; drag performers take on professor roles and audience participation is encouraged. </w:t>
      </w:r>
      <w:r/>
    </w:p>
    <w:p>
      <w:pPr>
        <w:pStyle w:val="ListBullet"/>
        <w:spacing w:line="240" w:lineRule="auto"/>
        <w:ind w:left="720"/>
      </w:pPr>
      <w:r/>
      <w:r>
        <w:rPr>
          <w:b/>
        </w:rPr>
        <w:t>Ownership:</w:t>
      </w:r>
      <w:r>
        <w:t xml:space="preserve"> The venue is the brainchild of Amy Gwynn, owner of Gbar, who bought the former OMG site and transformed it quickly.</w:t>
      </w:r>
      <w:r/>
      <w:r/>
    </w:p>
    <w:p>
      <w:pPr>
        <w:pStyle w:val="Heading2"/>
      </w:pPr>
      <w:r>
        <w:t>A house party you don’t have to clean up after</w:t>
      </w:r>
      <w:r/>
    </w:p>
    <w:p>
      <w:r/>
      <w:r>
        <w:t>Liverpool’s nightlife scene just got a vivid, social‑centred addition, and the moment you step in you’re meant to feel like you’ve wandered into someone’s best night in. According to local coverage, the décor and playlist are deliberately familiar , soft lighting, cosy corners, and singalong bangers that trigger instant nostalgia. Fans of hands‑in-the‑air pop anthems will feel at home, and the venue’s scent of excitement is almost tangible.</w:t>
      </w:r>
      <w:r/>
    </w:p>
    <w:p>
      <w:r/>
      <w:r>
        <w:t>The rapid rebirth from OMG to Campus surprised a lot of people. Owners moved fast after OMG announced its closure on June 6, and Amy Gwynn’s team had the place primed to open within weeks, showing how nimble Liverpool’s hospitality scene can be. If you love venues that feel lived‑in and welcoming, this one’s been designed with you in mind.</w:t>
      </w:r>
      <w:r/>
    </w:p>
    <w:p>
      <w:pPr>
        <w:pStyle w:val="Heading2"/>
      </w:pPr>
      <w:r>
        <w:t>Two distinct floors, two different moods</w:t>
      </w:r>
      <w:r/>
    </w:p>
    <w:p>
      <w:r/>
      <w:r>
        <w:t>Campus splits its energy neatly across two stories. The Kitchen on the ground floor is all about high energy , think kitchen disco meets classic house party , while The Living Room upstairs is for catching your breath, having a proper conversation and belting out a chorus without being at the centre of the mosh.</w:t>
      </w:r>
      <w:r/>
    </w:p>
    <w:p>
      <w:r/>
      <w:r>
        <w:t>That split works practically as well as it does for atmosphere: if you’re a socialiser who gets wiped out after an hour on the dancefloor, you can retreat upstairs without losing the communal vibe. For groups, it’s ideal , those who want to dance hard and those who prefer a seat and a story can co‑exist without fighting for space.</w:t>
      </w:r>
      <w:r/>
    </w:p>
    <w:p>
      <w:pPr>
        <w:pStyle w:val="Heading2"/>
      </w:pPr>
      <w:r>
        <w:t>Campus theme: cheeky, camp and community-minded</w:t>
      </w:r>
      <w:r/>
    </w:p>
    <w:p>
      <w:r/>
      <w:r>
        <w:t>The campus motif isn’t just skin‑deep. The venue invites guests to “enrol” and frames performers as professors, flipping academic authority into a playful cabaret. It’s a clever fit for the Pride Quarter, where theatricality, inclusivity and a wink of mischief are part of the local DNA.</w:t>
      </w:r>
      <w:r/>
    </w:p>
    <w:p>
      <w:r/>
      <w:r>
        <w:t>This theatrical tilt helps Campus stand out from more generic clubs. It’s not pretending to be every club at once; instead it leans into a recognisable, nostalgic shorthand that also allows for drag, audience participation and themed nights. Expect regular events that foreground queer talent and community culture, which matters in a borough that prides itself on vibrant LGBTQ+ nightlife.</w:t>
      </w:r>
      <w:r/>
    </w:p>
    <w:p>
      <w:pPr>
        <w:pStyle w:val="Heading2"/>
      </w:pPr>
      <w:r>
        <w:t>Why this matters for Liverpool’s club scene</w:t>
      </w:r>
      <w:r/>
    </w:p>
    <w:p>
      <w:r/>
      <w:r>
        <w:t>Venues come and go, but a well‑executed relaunch can re-energise a street. Campus replaces a closed favourite with something new that still speaks to the neighbourhood. Local reporting shows plenty of enthusiasm: residents and regulars were keen to see the space revived rather than lost to another empty shopfront.</w:t>
      </w:r>
      <w:r/>
    </w:p>
    <w:p>
      <w:r/>
      <w:r>
        <w:t>For anyone deciding whether to go, think about what you want from a night out. If you crave a sociable, nostalgic, performance‑forward club where you can sing badly and feel seen, Campus ticks those boxes. If you prefer a loud, relentless club night with minimal chat, you might find The Kitchen’s party energy more your speed than The Living Room’s mellow.</w:t>
      </w:r>
      <w:r/>
    </w:p>
    <w:p>
      <w:pPr>
        <w:pStyle w:val="Heading2"/>
      </w:pPr>
      <w:r>
        <w:t>Practical tips for your first visit</w:t>
      </w:r>
      <w:r/>
    </w:p>
    <w:p>
      <w:r/>
      <w:r>
        <w:t>Turn up early if you want a seat upstairs; The Living Room is designed for conversation and fills fast. Check event listings for drag or themed nights, as those evenings push the venue’s concept up a notch. And bring a group , Campus seems built for shared experience, where the jokes and singalongs land better with friends.</w:t>
      </w:r>
      <w:r/>
    </w:p>
    <w:p>
      <w:r/>
      <w:r>
        <w:t>If you’re curious, photographers have already given a peek inside, so you can judge the vibe before you go. Otherwise, come with an open mind and your best chorus , this is the kind of place that rewards a little participation.</w:t>
      </w:r>
      <w:r/>
    </w:p>
    <w:p>
      <w:r/>
      <w:r>
        <w:t>It’s a small change in a big city, but Campus looks set to add a joyful, social beat to Liverpool’s Pride Quarter.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5">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https://www.liverpoolecho.co.uk/whats-on/whats-on-news/gallery/inside-new-nightclub-opens-nods-34345274</w:t>
        </w:r>
      </w:hyperlink>
      <w:r>
        <w:t xml:space="preserve"> - Please view link - unable to able to access data</w:t>
      </w:r>
      <w:r/>
    </w:p>
    <w:p>
      <w:pPr>
        <w:pStyle w:val="ListNumber"/>
        <w:spacing w:line="240" w:lineRule="auto"/>
        <w:ind w:left="720"/>
      </w:pPr>
      <w:r/>
      <w:hyperlink r:id="rId10">
        <w:r>
          <w:rPr>
            <w:color w:val="0000EE"/>
            <w:u w:val="single"/>
          </w:rPr>
          <w:t>https://explore-liverpool.com/campus-liverpool-new-nightclub-opening-in-former-omg-venue/</w:t>
        </w:r>
      </w:hyperlink>
      <w:r>
        <w:t xml:space="preserve"> - Explore Liverpool reports that Campus, a new LGBTQ+ friendly nightclub, is set to open in the former OMG venue on Victoria Street. The venue, created by GBar owner Amy Gwynn, aims to build on the legacy of OMG while introducing a fresh experience for visitors. The official launch is scheduled ahead of Liverpool Pride, promising a new destination for nights out featuring entertainment, music, and a welcoming atmosphere for the city's LGBTQ+ community and visitors. Inspired by house parties and kitchen discos, Campus will focus on creating a social nightlife experience with different areas, entertainment, and themed events throughout the week.</w:t>
      </w:r>
      <w:r/>
    </w:p>
    <w:p>
      <w:pPr>
        <w:pStyle w:val="ListNumber"/>
        <w:spacing w:line="240" w:lineRule="auto"/>
        <w:ind w:left="720"/>
      </w:pPr>
      <w:r/>
      <w:hyperlink r:id="rId12">
        <w:r>
          <w:rPr>
            <w:color w:val="0000EE"/>
            <w:u w:val="single"/>
          </w:rPr>
          <w:t>https://www.goodnewsliverpool.co.uk/2026/07/08/liverpool-bar-omg-to-reopen-as-campus-this-summer/</w:t>
        </w:r>
      </w:hyperlink>
      <w:r>
        <w:t xml:space="preserve"> - Good News Liverpool announces that the OMG venue in Liverpool's Pride Quarter will reopen this summer as Campus, a new LGBTQ+ friendly nightlife destination. The venue, taken over by GBar owner Amy Gwynn, is inspired by the energy of house parties, kitchen discos, and nights that turn strangers into lifelong friends. Launching in time for Liverpool Pride, Campus promises an opening weekend packed with entertainment and special guest appearances. Built around the mantra 'You Belong Here', Campus has been designed as an inclusive nightlife experience where individuality is celebrated.</w:t>
      </w:r>
      <w:r/>
    </w:p>
    <w:p>
      <w:pPr>
        <w:pStyle w:val="ListNumber"/>
        <w:spacing w:line="240" w:lineRule="auto"/>
        <w:ind w:left="720"/>
      </w:pPr>
      <w:r/>
      <w:hyperlink r:id="rId11">
        <w:r>
          <w:rPr>
            <w:color w:val="0000EE"/>
            <w:u w:val="single"/>
          </w:rPr>
          <w:t>https://liverpoolnoise.com/liverpool-nightlife/omg-to-reopen-as-campus/</w:t>
        </w:r>
      </w:hyperlink>
      <w:r>
        <w:t xml:space="preserve"> - Liverpool Noise reports that the much-loved OMG venue in Liverpool's Pride Quarter will reopen this summer as Campus, a vibrant new LGBTQ+ friendly nightlife destination. The venue, taken over by GBar owner Amy Gwynn, is inspired by the unforgettable energy of house parties, kitchen discos, and nights that turn strangers into lifelong friends. Launching in time for Liverpool Pride, Campus promises an opening weekend packed with incredible entertainment, resident DJs, drag performances, and special guest appearances as the city comes together to celebrate one of the biggest weekends in Liverpool's LGBTQ+ calendar.</w:t>
      </w:r>
      <w:r/>
    </w:p>
    <w:p>
      <w:pPr>
        <w:pStyle w:val="ListNumber"/>
        <w:spacing w:line="240" w:lineRule="auto"/>
        <w:ind w:left="720"/>
      </w:pPr>
      <w:r/>
      <w:hyperlink r:id="rId13">
        <w:r>
          <w:rPr>
            <w:color w:val="0000EE"/>
            <w:u w:val="single"/>
          </w:rPr>
          <w:t>https://www.ratednews.com/article/new-house-party-themed-nightclub-announced-for-liverpool-32fc9958</w:t>
        </w:r>
      </w:hyperlink>
      <w:r>
        <w:t xml:space="preserve"> - RatedNews reports that a well-known Liverpool nightlife venue is set to relaunch under new ownership this month, with GBar owner Amy Gwynn taking over. OMG, located in the Pride Quarter's Victoria Street, announced it would be closing its doors for the last time on Saturday, June 6. Within days of this announcement, it was revealed that the site had been snatched up and now the ECHO can exclusively reveal the new concept. The venue will reopen as Campus, still an LGBTQ+ space but with a new design around the atmosphere of house parties, kitchen discos, and social, high-energy club nights. It will debut over Liverpool Pride weekend with a programme of DJs, drag performances, and guest appearances.</w:t>
      </w:r>
      <w:r/>
    </w:p>
    <w:p>
      <w:pPr>
        <w:pStyle w:val="ListNumber"/>
        <w:spacing w:line="240" w:lineRule="auto"/>
        <w:ind w:left="720"/>
      </w:pPr>
      <w:r/>
      <w:hyperlink r:id="rId14">
        <w:r>
          <w:rPr>
            <w:color w:val="0000EE"/>
            <w:u w:val="single"/>
          </w:rPr>
          <w:t>https://ra.co/events/2463112</w:t>
        </w:r>
      </w:hyperlink>
      <w:r>
        <w:t xml:space="preserve"> - RA Events details the 'Pride 2026 - A Deeper Love' event at GBar in Liverpool, scheduled for Saturday, July 25, 2026. The event features a lineup including Jodie Harsh, Julie McKnight, Paradisco DJs, Genevieve Renee, and Natasha Von Spirit. The event is set to take place from 16:00 to 23:00 at GBar, located at 1-7 Eberle Street, Liverpool City Centre, L2 2AG, United Kingdom. The event is described as a street and car park party with an XL stage, sound, lighting, GBar entertainers, DJs, and chill-out seating areas.</w:t>
      </w:r>
      <w:r/>
    </w:p>
    <w:p>
      <w:pPr>
        <w:pStyle w:val="ListNumber"/>
        <w:spacing w:line="240" w:lineRule="auto"/>
        <w:ind w:left="720"/>
      </w:pPr>
      <w:r/>
      <w:hyperlink r:id="rId15">
        <w:r>
          <w:rPr>
            <w:color w:val="0000EE"/>
            <w:u w:val="single"/>
          </w:rPr>
          <w:t>https://groupfun.com/events/venue/g-bar-liverpool/</w:t>
        </w:r>
      </w:hyperlink>
      <w:r>
        <w:t xml:space="preserve"> - GroupFun provides information about GBar, Liverpool's longest-running afterhours nightclub and established LGBTQ+ venue since 1996. Located at 1-7 Eberle Street, Liverpool, L2 2AG, United Kingdom, GBar is known for its underground house music and club culture focus, drag entertainment, and special performances. The venue offers an inclusive and welcoming community atmosphere and has a multi-generational nightlife heritage. GBar is located in the heart of Liverpool's LGBTQ+ district and hosts regular appearances from respected DJs and performers.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verpoolecho.co.uk/whats-on/whats-on-news/gallery/inside-new-nightclub-opens-nods-34345274" TargetMode="External"/><Relationship Id="rId10" Type="http://schemas.openxmlformats.org/officeDocument/2006/relationships/hyperlink" Target="https://explore-liverpool.com/campus-liverpool-new-nightclub-opening-in-former-omg-venue/" TargetMode="External"/><Relationship Id="rId11" Type="http://schemas.openxmlformats.org/officeDocument/2006/relationships/hyperlink" Target="https://liverpoolnoise.com/liverpool-nightlife/omg-to-reopen-as-campus/" TargetMode="External"/><Relationship Id="rId12" Type="http://schemas.openxmlformats.org/officeDocument/2006/relationships/hyperlink" Target="https://www.goodnewsliverpool.co.uk/2026/07/08/liverpool-bar-omg-to-reopen-as-campus-this-summer/" TargetMode="External"/><Relationship Id="rId13" Type="http://schemas.openxmlformats.org/officeDocument/2006/relationships/hyperlink" Target="https://www.ratednews.com/article/new-house-party-themed-nightclub-announced-for-liverpool-32fc9958" TargetMode="External"/><Relationship Id="rId14" Type="http://schemas.openxmlformats.org/officeDocument/2006/relationships/hyperlink" Target="https://ra.co/events/2463112" TargetMode="External"/><Relationship Id="rId15" Type="http://schemas.openxmlformats.org/officeDocument/2006/relationships/hyperlink" Target="https://groupfun.com/events/venue/g-bar-liverpo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