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Montreal Pride Parade 2026 Guide: Where to Watch, Join and Shine Together</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Catch the colour and the cause: Montreal’s Pride Parade returns Sunday 9 August at 1pm with the theme “Let’s Shine Together!” , a 1.9 km march from the old West 2SLGBTQIA+ district to today’s Village, plus remembrance, a full day of festivities and practical tips for joining the celebration.</w:t>
      </w:r>
      <w:r/>
    </w:p>
    <w:p>
      <w:r/>
      <w:r>
        <w:t>Essential Takeaways</w:t>
      </w:r>
      <w:r/>
      <w:r/>
    </w:p>
    <w:p>
      <w:pPr>
        <w:pStyle w:val="ListBullet"/>
        <w:spacing w:line="240" w:lineRule="auto"/>
        <w:ind w:left="720"/>
      </w:pPr>
      <w:r/>
      <w:r>
        <w:rPr>
          <w:b/>
        </w:rPr>
        <w:t>When and where:</w:t>
      </w:r>
      <w:r>
        <w:t xml:space="preserve"> Parade starts Sunday 9 August at 1:00pm on René-Lévesque Boulevard, running about 1.9 km from the former West district to the Village.</w:t>
      </w:r>
      <w:r/>
    </w:p>
    <w:p>
      <w:pPr>
        <w:pStyle w:val="ListBullet"/>
        <w:spacing w:line="240" w:lineRule="auto"/>
        <w:ind w:left="720"/>
      </w:pPr>
      <w:r/>
      <w:r>
        <w:rPr>
          <w:b/>
        </w:rPr>
        <w:t>Theme:</w:t>
      </w:r>
      <w:r>
        <w:t xml:space="preserve"> “Let’s Shine Together!” emphasises unity, visibility and resistance; expect colourful floats and community contingents.</w:t>
      </w:r>
      <w:r/>
    </w:p>
    <w:p>
      <w:pPr>
        <w:pStyle w:val="ListBullet"/>
        <w:spacing w:line="240" w:lineRule="auto"/>
        <w:ind w:left="720"/>
      </w:pPr>
      <w:r/>
      <w:r>
        <w:rPr>
          <w:b/>
        </w:rPr>
        <w:t>Moment of silence:</w:t>
      </w:r>
      <w:r>
        <w:t xml:space="preserve"> A pause to honour lives lost to homophobia, transphobia, biphobia and AIDS, and to remember missing or murdered Indigenous 2SLGBTQIA+ people.</w:t>
      </w:r>
      <w:r/>
    </w:p>
    <w:p>
      <w:pPr>
        <w:pStyle w:val="ListBullet"/>
        <w:spacing w:line="240" w:lineRule="auto"/>
        <w:ind w:left="720"/>
      </w:pPr>
      <w:r/>
      <w:r>
        <w:rPr>
          <w:b/>
        </w:rPr>
        <w:t>After-party hubs:</w:t>
      </w:r>
      <w:r>
        <w:t xml:space="preserve"> Post-parade Zenith celebration in the Village and the Mega T‑Dance on the Olympic Park Esplanade.</w:t>
      </w:r>
      <w:r/>
    </w:p>
    <w:p>
      <w:pPr>
        <w:pStyle w:val="ListBullet"/>
        <w:spacing w:line="240" w:lineRule="auto"/>
        <w:ind w:left="720"/>
      </w:pPr>
      <w:r/>
      <w:r>
        <w:rPr>
          <w:b/>
        </w:rPr>
        <w:t>Practical note:</w:t>
      </w:r>
      <w:r>
        <w:t xml:space="preserve"> Plan transport and parking ahead , central streets will be busy and some lanes closed.</w:t>
      </w:r>
      <w:r/>
      <w:r/>
    </w:p>
    <w:p>
      <w:pPr>
        <w:pStyle w:val="Heading2"/>
      </w:pPr>
      <w:r>
        <w:t>Why “Let’s Shine Together!” matters , more than just a slogan</w:t>
      </w:r>
      <w:r/>
    </w:p>
    <w:p>
      <w:r/>
      <w:r>
        <w:t>Montreal’s organisers have turned the spotlight on the collective power of visibility, and there’s a quiet emotional note beneath the glitter. The slogan frames being openly yourself as both joy and resistance, especially where rights and recognition still need defending. It’s a phrase that invites everyone to participate , marchers, allies and onlookers , and it promises an event with heart as well as colour.</w:t>
      </w:r>
      <w:r/>
    </w:p>
    <w:p>
      <w:r/>
      <w:r>
        <w:t>There’s an intended arc to the day: remembrance, marching, then celebration. That balance gives the parade a depth that feels contemporary and rooted, reflecting both the community’s progress and the work still to do.</w:t>
      </w:r>
      <w:r/>
    </w:p>
    <w:p>
      <w:pPr>
        <w:pStyle w:val="Heading2"/>
      </w:pPr>
      <w:r>
        <w:t>The route and timing , where to stand or how to march</w:t>
      </w:r>
      <w:r/>
    </w:p>
    <w:p>
      <w:r/>
      <w:r>
        <w:t>The 1.9 km route begins at the corner of René-Lévesque Boulevard and Robert-Bourassa Boulevard and finishes at René-Lévesque and Atataken Street in the Village. Starting in the symbolic West district and ending in the Village ties Montreal’s queer history to its present-day neighbourhoods , it’s a thoughtful gesture that people notice when they’re lining the streets.</w:t>
      </w:r>
      <w:r/>
    </w:p>
    <w:p>
      <w:r/>
      <w:r>
        <w:t>If you want a front-row view, arrive early; barricades and viewing areas fill fast. Marchers usually assemble before the 1pm start, so check Fierté Montréal’s site for staging details if you’re joining a contingent. For spectators, quieter stretches slightly away from the centreline often offer a more relaxed vantage point.</w:t>
      </w:r>
      <w:r/>
    </w:p>
    <w:p>
      <w:pPr>
        <w:pStyle w:val="Heading2"/>
      </w:pPr>
      <w:r>
        <w:t>The solemn pause , how to honour and participate respectfully</w:t>
      </w:r>
      <w:r/>
    </w:p>
    <w:p>
      <w:r/>
      <w:r>
        <w:t>Part of the programme includes a moment of silence to stop music and noise, and to remember victims of anti‑2SLGBTQIA+ violence and lives lost to AIDS. It’s brief, but meaningful , a communal breath amid the celebration.</w:t>
      </w:r>
      <w:r/>
    </w:p>
    <w:p>
      <w:r/>
      <w:r>
        <w:t>If you’re new to Pride rituals, it’s best to follow the lead of organisers and nearby attendees: remove headphones, lower flags or signs if asked, and observe the stillness. For some people it’s emotional, so a gentle, respectful presence is the right approach.</w:t>
      </w:r>
      <w:r/>
    </w:p>
    <w:p>
      <w:pPr>
        <w:pStyle w:val="Heading2"/>
      </w:pPr>
      <w:r>
        <w:t>After the parade , food, music and where the party goes on</w:t>
      </w:r>
      <w:r/>
    </w:p>
    <w:p>
      <w:r/>
      <w:r>
        <w:t>Once the procession ends in the Village, the day moves into a full-on celebratory mode. Expect the Zenith celebration in the Village with performances and stalls, and later the legendary Mega T‑Dance on the Olympic Park Esplanade for people who want to keep the energy up into the evening.</w:t>
      </w:r>
      <w:r/>
    </w:p>
    <w:p>
      <w:r/>
      <w:r>
        <w:t>If you’re planning to eat locally, the Village has a lively mix of cafés, bars and restaurants , but be aware places fill up quickly on Pride weekend. Consider making a reservation or packing a picnic to enjoy in a nearby green patch.</w:t>
      </w:r>
      <w:r/>
    </w:p>
    <w:p>
      <w:pPr>
        <w:pStyle w:val="Heading2"/>
      </w:pPr>
      <w:r>
        <w:t>Getting there and practical tips , arrive smart and stay comfortable</w:t>
      </w:r>
      <w:r/>
    </w:p>
    <w:p>
      <w:r/>
      <w:r>
        <w:t>Central streets will be busy and some roads and parking spots will be restricted. If you’re driving, check parking guides and book ahead where possible; several neighbourhood parking apps and private lots are offering Pride-day information. Public transport, cycling or walking are often the easiest options for central events.</w:t>
      </w:r>
      <w:r/>
    </w:p>
    <w:p>
      <w:r/>
      <w:r>
        <w:t>Bring water, sun protection and comfortable shoes , Montreal’s August heat can make standing or marching tiring. If you’re travelling with kids or people who need quieter spaces, scope out calmer viewing points or plan an exit strategy and meeting spot in case phone signals get congested.</w:t>
      </w:r>
      <w:r/>
    </w:p>
    <w:p>
      <w:r/>
      <w:r>
        <w:t>It's a small change that can make every step of the parade safer and more joyful.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2">
        <w:r>
          <w:rPr>
            <w:color w:val="0000EE"/>
            <w:u w:val="single"/>
          </w:rPr>
          <w:t>[5]</w:t>
        </w:r>
      </w:hyperlink>
      <w:r>
        <w:t xml:space="preserve">- Paragraph 5: </w:t>
      </w:r>
      <w:hyperlink r:id="rId9">
        <w:r>
          <w:rPr>
            <w:color w:val="0000EE"/>
            <w:u w:val="single"/>
          </w:rPr>
          <w:t>[1]</w:t>
        </w:r>
      </w:hyperlink>
      <w:r>
        <w:t xml:space="preserve">, </w:t>
      </w:r>
      <w:hyperlink r:id="rId13">
        <w:r>
          <w:rPr>
            <w:color w:val="0000EE"/>
            <w:u w:val="single"/>
          </w:rPr>
          <w:t>[7]</w:t>
        </w:r>
      </w:hyperlink>
      <w:r>
        <w:t xml:space="preserve">- Paragraph 6: </w:t>
      </w:r>
      <w:hyperlink r:id="rId14">
        <w:r>
          <w:rPr>
            <w:color w:val="0000EE"/>
            <w:u w:val="single"/>
          </w:rPr>
          <w:t>[4]</w:t>
        </w:r>
      </w:hyperlink>
      <w:r>
        <w:t xml:space="preserve">, </w:t>
      </w:r>
      <w:hyperlink r:id="rId15">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https://themontrealeronline.com/2026/07/2026-montreal-pride-parade-lets-shine-together/</w:t>
        </w:r>
      </w:hyperlink>
      <w:r>
        <w:t xml:space="preserve"> - Please view link - unable to able to access data</w:t>
      </w:r>
      <w:r/>
    </w:p>
    <w:p>
      <w:pPr>
        <w:pStyle w:val="ListNumber"/>
        <w:spacing w:line="240" w:lineRule="auto"/>
        <w:ind w:left="720"/>
      </w:pPr>
      <w:r/>
      <w:hyperlink r:id="rId10">
        <w:r>
          <w:rPr>
            <w:color w:val="0000EE"/>
            <w:u w:val="single"/>
          </w:rPr>
          <w:t>https://montrealcentreville.ca/en/events/montreal-pride-parade-2026/</w:t>
        </w:r>
      </w:hyperlink>
      <w:r>
        <w:t xml:space="preserve"> - The Montreal Pride Parade 2026 is scheduled for August 9, starting at 1 p.m. along René Lévesque Boulevard. Under the theme 'Shine Together!', the parade will cover a 1.9 km route, beginning at the intersection of René Lévesque Boulevard and Robert Bourassa Boulevard, and concluding in the heart of the Village at René Lévesque Boulevard and Atateken Street. The event aims to celebrate the collective strength of the 2SLGBTQIA+ communities, promoting unity and diversity.</w:t>
      </w:r>
      <w:r/>
    </w:p>
    <w:p>
      <w:pPr>
        <w:pStyle w:val="ListNumber"/>
        <w:spacing w:line="240" w:lineRule="auto"/>
        <w:ind w:left="720"/>
      </w:pPr>
      <w:r/>
      <w:hyperlink r:id="rId15">
        <w:r>
          <w:rPr>
            <w:color w:val="0000EE"/>
            <w:u w:val="single"/>
          </w:rPr>
          <w:t>https://montrealcentreville.ca/en/events/montreal-pride-festival-2026/</w:t>
        </w:r>
      </w:hyperlink>
      <w:r>
        <w:t xml:space="preserve"> - The Montréal Pride Festival 2026 is set to take place from July 31 to August 9, transforming downtown Montreal into a vibrant celebration of 2SLGBTQIA+ communities. The festival will feature performances, live shows, cultural events, and community gatherings, all embracing the theme 'Shine Together!'. The Pride Parade on August 9 will serve as the grand finale, bringing together thousands of participants to celebrate diversity and inclusion.</w:t>
      </w:r>
      <w:r/>
    </w:p>
    <w:p>
      <w:pPr>
        <w:pStyle w:val="ListNumber"/>
        <w:spacing w:line="240" w:lineRule="auto"/>
        <w:ind w:left="720"/>
      </w:pPr>
      <w:r/>
      <w:hyperlink r:id="rId14">
        <w:r>
          <w:rPr>
            <w:color w:val="0000EE"/>
            <w:u w:val="single"/>
          </w:rPr>
          <w:t>https://blog.parkindigo.ca/2026/07/15/where-to-park-near-montreal-pride-parade-2026/</w:t>
        </w:r>
      </w:hyperlink>
      <w:r>
        <w:t xml:space="preserve"> - This article provides guidance on parking options near the Montréal Pride Parade 2026, scheduled for August 9 along René-Lévesque Boulevard. It suggests the Place Ville Marie underground parking lot, located just a minute's walk from the parade's starting point, offering 916 parking spaces and EV charging facilities. The article also advises attendees to arrive early, be aware of road closures, and consider public transportation due to expected large crowds and traffic disruptions.</w:t>
      </w:r>
      <w:r/>
    </w:p>
    <w:p>
      <w:pPr>
        <w:pStyle w:val="ListNumber"/>
        <w:spacing w:line="240" w:lineRule="auto"/>
        <w:ind w:left="720"/>
      </w:pPr>
      <w:r/>
      <w:hyperlink r:id="rId12">
        <w:r>
          <w:rPr>
            <w:color w:val="0000EE"/>
            <w:u w:val="single"/>
          </w:rPr>
          <w:t>https://www.mtl.org/en/what-to-do/festivals-and-events/celebrations-pride-montreal</w:t>
        </w:r>
      </w:hyperlink>
      <w:r>
        <w:t xml:space="preserve"> - The Fierté Montréal Festival is the largest 2SLGBTQIA+ gathering in the French-speaking world, attracting over 750,000 people annually. The 2026 edition is scheduled from July 31 to August 9, featuring free shows, workshops, panels, and the iconic Pride Parade. The festival aims to raise awareness of queer issues and celebrate the cultural richness and progress of the 2SLGBTQIA+ communities.</w:t>
      </w:r>
      <w:r/>
    </w:p>
    <w:p>
      <w:pPr>
        <w:pStyle w:val="ListNumber"/>
        <w:spacing w:line="240" w:lineRule="auto"/>
        <w:ind w:left="720"/>
      </w:pPr>
      <w:r/>
      <w:hyperlink r:id="rId11">
        <w:r>
          <w:rPr>
            <w:color w:val="0000EE"/>
            <w:u w:val="single"/>
          </w:rPr>
          <w:t>https://www.mtl.org/en/experience/montreal-pride-returns</w:t>
        </w:r>
      </w:hyperlink>
      <w:r>
        <w:t xml:space="preserve"> - The 20th edition of the Fierté Montréal Festival is set to take place from July 31 to August 9, 2026. The festival will feature performances by Montreal artists on stages throughout the Village, including mostly free events every day. The Pride Parade, scheduled for August 9, will begin at 1 p.m. along René Lévesque Boulevard, symbolically connecting the city's former 2SLGBTQIA+ district in the west with today's Village in the east.</w:t>
      </w:r>
      <w:r/>
    </w:p>
    <w:p>
      <w:pPr>
        <w:pStyle w:val="ListNumber"/>
        <w:spacing w:line="240" w:lineRule="auto"/>
        <w:ind w:left="720"/>
      </w:pPr>
      <w:r/>
      <w:hyperlink r:id="rId13">
        <w:r>
          <w:rPr>
            <w:color w:val="0000EE"/>
            <w:u w:val="single"/>
          </w:rPr>
          <w:t>https://www.restomontreal.ca/event/fierte-montreal-festival-pride-festival/5746/en/</w:t>
        </w:r>
      </w:hyperlink>
      <w:r>
        <w:t xml:space="preserve"> - The Fierté Montréal Festival, also known as Pride Festival 2026, is scheduled from July 31 to August 9, 2026. Founded in 2007, it is the largest gathering of people of sexual and gender diversity in the Francophone world. The festival promotes the rights and celebrates the cultural richness and progress of the 2SLGBTQIA+ communities, featuring a series of activities, events, and parties, including the iconic Pride Parade.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montrealeronline.com/2026/07/2026-montreal-pride-parade-lets-shine-together/" TargetMode="External"/><Relationship Id="rId10" Type="http://schemas.openxmlformats.org/officeDocument/2006/relationships/hyperlink" Target="https://montrealcentreville.ca/en/events/montreal-pride-parade-2026/" TargetMode="External"/><Relationship Id="rId11" Type="http://schemas.openxmlformats.org/officeDocument/2006/relationships/hyperlink" Target="https://www.mtl.org/en/experience/montreal-pride-returns" TargetMode="External"/><Relationship Id="rId12" Type="http://schemas.openxmlformats.org/officeDocument/2006/relationships/hyperlink" Target="https://www.mtl.org/en/what-to-do/festivals-and-events/celebrations-pride-montreal" TargetMode="External"/><Relationship Id="rId13" Type="http://schemas.openxmlformats.org/officeDocument/2006/relationships/hyperlink" Target="https://www.restomontreal.ca/event/fierte-montreal-festival-pride-festival/5746/en/" TargetMode="External"/><Relationship Id="rId14" Type="http://schemas.openxmlformats.org/officeDocument/2006/relationships/hyperlink" Target="https://blog.parkindigo.ca/2026/07/15/where-to-park-near-montreal-pride-parade-2026/" TargetMode="External"/><Relationship Id="rId15" Type="http://schemas.openxmlformats.org/officeDocument/2006/relationships/hyperlink" Target="https://montrealcentreville.ca/en/events/montreal-pride-festival-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