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Milkshake Moments: Why Amsterdam’s Queer Festival Danced On After Berlin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savouring Milkshake’s defiant, colourful return , even after a terror attack in Berlin. Visitors, performers and organisers in Amsterdam chose celebration over fear, fortified by visible security and a communal refusal to surrender Pride joy.</w:t>
      </w:r>
      <w:r/>
    </w:p>
    <w:p>
      <w:r/>
      <w:r>
        <w:t>Essential Takeaways</w:t>
      </w:r>
      <w:r/>
      <w:r/>
    </w:p>
    <w:p>
      <w:pPr>
        <w:pStyle w:val="ListBullet"/>
        <w:spacing w:line="240" w:lineRule="auto"/>
        <w:ind w:left="720"/>
      </w:pPr>
      <w:r/>
      <w:r>
        <w:rPr>
          <w:b/>
        </w:rPr>
        <w:t>Strong turnout:</w:t>
      </w:r>
      <w:r>
        <w:t xml:space="preserve"> Despite rain and worry, Milkshake drew crowds who danced, chatted and flirted with a joyful, determined energy.</w:t>
      </w:r>
      <w:r/>
    </w:p>
    <w:p>
      <w:pPr>
        <w:pStyle w:val="ListBullet"/>
        <w:spacing w:line="240" w:lineRule="auto"/>
        <w:ind w:left="720"/>
      </w:pPr>
      <w:r/>
      <w:r>
        <w:rPr>
          <w:b/>
        </w:rPr>
        <w:t>Visible security:</w:t>
      </w:r>
      <w:r>
        <w:t xml:space="preserve"> The Westergas terrein was ringed with steel barriers and extra protection, which guests noticed and appreciated.</w:t>
      </w:r>
      <w:r/>
    </w:p>
    <w:p>
      <w:pPr>
        <w:pStyle w:val="ListBullet"/>
        <w:spacing w:line="240" w:lineRule="auto"/>
        <w:ind w:left="720"/>
      </w:pPr>
      <w:r/>
      <w:r>
        <w:rPr>
          <w:b/>
        </w:rPr>
        <w:t>Moment of memory:</w:t>
      </w:r>
      <w:r>
        <w:t xml:space="preserve"> The festival paused for a minute’s silence for Berlin, then restarted as a collective decision to celebrate.</w:t>
      </w:r>
      <w:r/>
    </w:p>
    <w:p>
      <w:pPr>
        <w:pStyle w:val="ListBullet"/>
        <w:spacing w:line="240" w:lineRule="auto"/>
        <w:ind w:left="720"/>
      </w:pPr>
      <w:r/>
      <w:r>
        <w:rPr>
          <w:b/>
        </w:rPr>
        <w:t>Community mood:</w:t>
      </w:r>
      <w:r>
        <w:t xml:space="preserve"> Attendees reported anger but not terror, saying they felt safe enough to keep enjoying Pride.</w:t>
      </w:r>
      <w:r/>
    </w:p>
    <w:p>
      <w:pPr>
        <w:pStyle w:val="ListBullet"/>
        <w:spacing w:line="240" w:lineRule="auto"/>
        <w:ind w:left="720"/>
      </w:pPr>
      <w:r/>
      <w:r>
        <w:rPr>
          <w:b/>
        </w:rPr>
        <w:t>Ongoing need:</w:t>
      </w:r>
      <w:r>
        <w:t xml:space="preserve"> Organisers insist Milkshake and Pride remain vital, given persistent societal hostility toward queer people.</w:t>
      </w:r>
      <w:r/>
      <w:r/>
    </w:p>
    <w:p>
      <w:pPr>
        <w:pStyle w:val="Heading2"/>
      </w:pPr>
      <w:r>
        <w:t>A drenched DJ booth and a mudbath of bodies , joy in the rain</w:t>
      </w:r>
      <w:r/>
    </w:p>
    <w:p>
      <w:r/>
      <w:r>
        <w:t>The most striking image from Milkshake was almost cinematic: a downpour turning a sparsely attended dance tent into a writhing, mud-splattered mass of bodies, grinning and dancing. It made for a tactile, sweaty scene that underlined the festival’s main point , queer people will turn up and reclaim space, rain or shine. Organisers had prepared for weather and crowds, but nobody expected the sudden, giddy surge that left the DJ likely smiling at the best kind of chaos.</w:t>
      </w:r>
      <w:r/>
    </w:p>
    <w:p>
      <w:pPr>
        <w:pStyle w:val="Heading2"/>
      </w:pPr>
      <w:r>
        <w:t>Fear met with defiance , visitors say they won’t be intimidated</w:t>
      </w:r>
      <w:r/>
    </w:p>
    <w:p>
      <w:r/>
      <w:r>
        <w:t>News of an attack at a Pride event in Berlin the day before hung over the weekend, but it didn’t halt Milkshake. Visitors described anger rather than paralysis, and many said the incident only hardened their resolve to be visible. “I’ll shout louder that we won’t give up our freedoms,” one guest said, reflecting a broader mood. It’s a raw mix of grief and stubborn celebration, and it’s what keeps festivals like Milkshake meaningful.</w:t>
      </w:r>
      <w:r/>
    </w:p>
    <w:p>
      <w:pPr>
        <w:pStyle w:val="Heading2"/>
      </w:pPr>
      <w:r>
        <w:t>Security measures felt reassuring, not oppressive</w:t>
      </w:r>
      <w:r/>
    </w:p>
    <w:p>
      <w:r/>
      <w:r>
        <w:t>The festival site at the Westergasfabriek was encircled with steel barriers and bolstered security, a visible sign that organisers took threats seriously. Many attendees welcomed the measures, noting that they made the place feel protected without spoiling the party atmosphere. For anyone planning to attend similar events this summer, choose entrances with clear security checks, travel with friends and agree on meeting points , small steps that help everyone relax and enjoy.</w:t>
      </w:r>
      <w:r/>
    </w:p>
    <w:p>
      <w:pPr>
        <w:pStyle w:val="Heading2"/>
      </w:pPr>
      <w:r>
        <w:t>A minute’s silence that made the party quieter, then louder</w:t>
      </w:r>
      <w:r/>
    </w:p>
    <w:p>
      <w:r/>
      <w:r>
        <w:t>When the music cut and someone announced a minute’s silence, the effect was almost eerie: dancers stilled, a pole performer hung mid-pose and people held each other close. The pause created a collective breath, a shared acknowledgement of what happened elsewhere. Then the music returned and the dancing resumed with renewed urgency, as if moving together was an answer to fear. It’s a reminder that public mourning and public joy can live side by side.</w:t>
      </w:r>
      <w:r/>
    </w:p>
    <w:p>
      <w:pPr>
        <w:pStyle w:val="Heading2"/>
      </w:pPr>
      <w:r>
        <w:t>Why Milkshake still matters , and what comes next</w:t>
      </w:r>
      <w:r/>
    </w:p>
    <w:p>
      <w:r/>
      <w:r>
        <w:t>Organisers and regulars see the festival as more necessary than ever. They worry that progress for queer acceptance has stalled or even backslid under certain international and national currents, and festivals are a frontline for visibility and solidarity. Events like Milkshake offer more than entertainment: they’re place-holders for community, safety and political presence. Expect continued emphasis on security and solidarity at Pride events across Europe this season.</w:t>
      </w:r>
      <w:r/>
    </w:p>
    <w:p>
      <w:r/>
      <w:r>
        <w:t>It's a small change that can make every celebration safer , and every dance a protest and a promise.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https://www.volkskrant.nl/binnenland/bezoekers-milkshake-zijn-in-gedachten-ook-in-berlijn-ik-ga-alleen-maar-harder-roepen-dat-we-onze-vrijheden-niet-zullen-opgeven~b704a244/</w:t>
        </w:r>
      </w:hyperlink>
      <w:r>
        <w:t xml:space="preserve"> - Please view link - unable to able to access data</w:t>
      </w:r>
      <w:r/>
    </w:p>
    <w:p>
      <w:pPr>
        <w:pStyle w:val="ListNumber"/>
        <w:spacing w:line="240" w:lineRule="auto"/>
        <w:ind w:left="720"/>
      </w:pPr>
      <w:r/>
      <w:hyperlink r:id="rId10">
        <w:r>
          <w:rPr>
            <w:color w:val="0000EE"/>
            <w:u w:val="single"/>
          </w:rPr>
          <w:t>https://www.ad.nl/amsterdam/mister-leather-2023-wij-als-leercommunity-zijn-ook-onderdeel-van-de-lhbtq~a5bb97ab/</w:t>
        </w:r>
      </w:hyperlink>
      <w:r>
        <w:t xml:space="preserve"> - Nikos Numan, Mister Leather 2023, aims to increase visibility for the leather community within the LGBTQ+ spectrum. He plans to engage in conversations throughout the year to enhance acceptance and awareness, highlighting that the leather community is an integral part of the LGBTQ+ community. Numan acknowledges the persistent stereotypes associated with the leather community and expresses a desire to normalise kink as part of their identity. He also mentions the increasing visibility of the leather community at mainstream festivals like Milkshake and Wasteland.</w:t>
      </w:r>
      <w:r/>
    </w:p>
    <w:p>
      <w:pPr>
        <w:pStyle w:val="ListNumber"/>
        <w:spacing w:line="240" w:lineRule="auto"/>
        <w:ind w:left="720"/>
      </w:pPr>
      <w:r/>
      <w:hyperlink r:id="rId13">
        <w:r>
          <w:rPr>
            <w:color w:val="0000EE"/>
            <w:u w:val="single"/>
          </w:rPr>
          <w:t>https://www.ad.nl/amsterdam/gespot-op-deze-festivals-in-en-rondom-amsterdam-vind-je-deze-zomer-mcdonalds~ac245906/</w:t>
        </w:r>
      </w:hyperlink>
      <w:r>
        <w:t xml:space="preserve"> - McDonald's is bringing its festival hotspot, The Big M, to various festivals in and around Amsterdam this summer. The Big M features a seven-metre-high yellow 'M', McFlurries, milkshakes, a ball pit, and a two-person swing. After debuting at Vunzige Deuntjes festival in Amsterdamse Bos, McDonald's plans to appear at Festival Macumba on 22 July at Ouderkerkerplas and Elrow Town Holland on 2 September just outside the city.</w:t>
      </w:r>
      <w:r/>
    </w:p>
    <w:p>
      <w:pPr>
        <w:pStyle w:val="ListNumber"/>
        <w:spacing w:line="240" w:lineRule="auto"/>
        <w:ind w:left="720"/>
      </w:pPr>
      <w:r/>
      <w:hyperlink r:id="rId14">
        <w:r>
          <w:rPr>
            <w:color w:val="0000EE"/>
            <w:u w:val="single"/>
          </w:rPr>
          <w:t>https://www.ad.nl/amsterdam/wil-je-heen-twintigste-editie-west-beach-film-festival-aan-de-sloterplas~ab86b5d1/</w:t>
        </w:r>
      </w:hyperlink>
      <w:r>
        <w:t xml:space="preserve"> - The West Beach (Film) Festival is celebrating its twentieth anniversary this year. The event, which has been closing the summer at Sloterplas for years, will take place from Wednesday 20 to Sunday 24 September. In addition to films, attendees can enjoy theatre, music, workshops, a flea market, snacks, drinks, a floating sauna on the Sloterplas, and more. The festival aims to bring the community together in a relaxed and accessible manner.</w:t>
      </w:r>
      <w:r/>
    </w:p>
    <w:p>
      <w:pPr>
        <w:pStyle w:val="ListNumber"/>
        <w:spacing w:line="240" w:lineRule="auto"/>
        <w:ind w:left="720"/>
      </w:pPr>
      <w:r/>
      <w:hyperlink r:id="rId12">
        <w:r>
          <w:rPr>
            <w:color w:val="0000EE"/>
            <w:u w:val="single"/>
          </w:rPr>
          <w:t>https://www.ad.nl/amsterdam/bonte-stoet-protesteert-dansend-tegen-de-wooncrisis-ban-het-kraakverbod~a68c7d09/</w:t>
        </w:r>
      </w:hyperlink>
      <w:r>
        <w:t xml:space="preserve"> - Thousands of demonstrators danced through the streets of Amsterdam to protest the housing crisis, calling for a ban on the squatting ban. The colourful procession, consisting of thirteen trucks, passed through Rembrandtplein, where it arrived around 3:00 PM. The event seamlessly combined protesting and celebrating, highlighting the community's resilience and determination to address housing issues in the city.</w:t>
      </w:r>
      <w:r/>
    </w:p>
    <w:p>
      <w:pPr>
        <w:pStyle w:val="ListNumber"/>
        <w:spacing w:line="240" w:lineRule="auto"/>
        <w:ind w:left="720"/>
      </w:pPr>
      <w:r/>
      <w:hyperlink r:id="rId15">
        <w:r>
          <w:rPr>
            <w:color w:val="0000EE"/>
            <w:u w:val="single"/>
          </w:rPr>
          <w:t>https://www.ad.nl/amsterdam/de-intocht-van-sinterklaas-in-amsterdam-in-2023-dit-moet-je-weten~ab2c58b0/</w:t>
        </w:r>
      </w:hyperlink>
      <w:r>
        <w:t xml:space="preserve"> - Sinterklaas is set to arrive in Amsterdam on Sunday, 19 November 2023. The 85th entry of Sinterklaas in Amsterdam consists of two parts: after a route over the water, the Saint continues his journey on horseback over land. Thousands of children are expected to welcome the good saint and eagerly receive over 3,500 kilograms of sweets. The organisation anticipates around 300,000 visitors for the event.</w:t>
      </w:r>
      <w:r/>
    </w:p>
    <w:p>
      <w:pPr>
        <w:pStyle w:val="ListNumber"/>
        <w:spacing w:line="240" w:lineRule="auto"/>
        <w:ind w:left="720"/>
      </w:pPr>
      <w:r/>
      <w:hyperlink r:id="rId11">
        <w:r>
          <w:rPr>
            <w:color w:val="0000EE"/>
            <w:u w:val="single"/>
          </w:rPr>
          <w:t>https://www.ad.nl/amsterdam/weg-met-de-pinkwashing-zo-gaat-queer-en-pride-2023-eruitzien~aa0b85d3/</w:t>
        </w:r>
      </w:hyperlink>
      <w:r>
        <w:t xml:space="preserve"> - Queer Amsterdam presented the initial plans for Queer &amp; Pride Amsterdam 2023, aiming to return to the basics and move away from 'pinkwashing'. The event will feature seven days of activities, including the Milkshake festival in Westerpark, which has long been the unofficial kick-off of Pride. The organisers hope that the collaboration between Queer Amsterdam and Stichting Pride Amsterdam will continue in the coming years, including during WorldPride in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binnenland/bezoekers-milkshake-zijn-in-gedachten-ook-in-berlijn-ik-ga-alleen-maar-harder-roepen-dat-we-onze-vrijheden-niet-zullen-opgeven~b704a244/" TargetMode="External"/><Relationship Id="rId10" Type="http://schemas.openxmlformats.org/officeDocument/2006/relationships/hyperlink" Target="https://www.ad.nl/amsterdam/mister-leather-2023-wij-als-leercommunity-zijn-ook-onderdeel-van-de-lhbtq~a5bb97ab/" TargetMode="External"/><Relationship Id="rId11" Type="http://schemas.openxmlformats.org/officeDocument/2006/relationships/hyperlink" Target="https://www.ad.nl/amsterdam/weg-met-de-pinkwashing-zo-gaat-queer-en-pride-2023-eruitzien~aa0b85d3/" TargetMode="External"/><Relationship Id="rId12" Type="http://schemas.openxmlformats.org/officeDocument/2006/relationships/hyperlink" Target="https://www.ad.nl/amsterdam/bonte-stoet-protesteert-dansend-tegen-de-wooncrisis-ban-het-kraakverbod~a68c7d09/" TargetMode="External"/><Relationship Id="rId13" Type="http://schemas.openxmlformats.org/officeDocument/2006/relationships/hyperlink" Target="https://www.ad.nl/amsterdam/gespot-op-deze-festivals-in-en-rondom-amsterdam-vind-je-deze-zomer-mcdonalds~ac245906/" TargetMode="External"/><Relationship Id="rId14" Type="http://schemas.openxmlformats.org/officeDocument/2006/relationships/hyperlink" Target="https://www.ad.nl/amsterdam/wil-je-heen-twintigste-editie-west-beach-film-festival-aan-de-sloterplas~ab86b5d1/" TargetMode="External"/><Relationship Id="rId15" Type="http://schemas.openxmlformats.org/officeDocument/2006/relationships/hyperlink" Target="https://www.ad.nl/amsterdam/de-intocht-van-sinterklaas-in-amsterdam-in-2023-dit-moet-je-weten~ab2c58b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