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Love Island Diversity Fixes Producers Should Try Next Summer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are asking for fresh casting and format tweaks as Love Island closes its latest run; viewers across the UK say the show still isn’t reflecting real dating life, and it matters because representation shapes who feels welcome to watch and relate.</w:t>
      </w:r>
      <w:r/>
    </w:p>
    <w:p>
      <w:r/>
      <w:r>
        <w:t>Essential Takeaways</w:t>
      </w:r>
      <w:r/>
      <w:r/>
    </w:p>
    <w:p>
      <w:pPr>
        <w:pStyle w:val="ListBullet"/>
        <w:spacing w:line="240" w:lineRule="auto"/>
        <w:ind w:left="720"/>
      </w:pPr>
      <w:r/>
      <w:r>
        <w:rPr>
          <w:b/>
        </w:rPr>
        <w:t>Longstanding concern:</w:t>
      </w:r>
      <w:r>
        <w:t xml:space="preserve"> Fans and critics say Love Island’s dating format has repeatedly struggled to include LGBTQ+ contestants and varied body types in meaningful ways. </w:t>
      </w:r>
      <w:r/>
    </w:p>
    <w:p>
      <w:pPr>
        <w:pStyle w:val="ListBullet"/>
        <w:spacing w:line="240" w:lineRule="auto"/>
        <w:ind w:left="720"/>
      </w:pPr>
      <w:r/>
      <w:r>
        <w:rPr>
          <w:b/>
        </w:rPr>
        <w:t>Producers’ defence:</w:t>
      </w:r>
      <w:r>
        <w:t xml:space="preserve"> Show makers have cited “logistical difficulties” around coupling when explaining limited LGBTQ+ inclusion. </w:t>
      </w:r>
      <w:r/>
    </w:p>
    <w:p>
      <w:pPr>
        <w:pStyle w:val="ListBullet"/>
        <w:spacing w:line="240" w:lineRule="auto"/>
        <w:ind w:left="720"/>
      </w:pPr>
      <w:r/>
      <w:r>
        <w:rPr>
          <w:b/>
        </w:rPr>
        <w:t>Small steps noted:</w:t>
      </w:r>
      <w:r>
        <w:t xml:space="preserve"> ITV has run inclusivity training for contestants and added disabled Islanders, which has been praised for normalising different experiences. </w:t>
      </w:r>
      <w:r/>
    </w:p>
    <w:p>
      <w:pPr>
        <w:pStyle w:val="ListBullet"/>
        <w:spacing w:line="240" w:lineRule="auto"/>
        <w:ind w:left="720"/>
      </w:pPr>
      <w:r/>
      <w:r>
        <w:rPr>
          <w:b/>
        </w:rPr>
        <w:t>What’s missing:</w:t>
      </w:r>
      <w:r>
        <w:t xml:space="preserve"> Body diversity remains sparse , many viewers say they rarely see people over a UK size 14 in bikinis on screen. </w:t>
      </w:r>
      <w:r/>
    </w:p>
    <w:p>
      <w:pPr>
        <w:pStyle w:val="ListBullet"/>
        <w:spacing w:line="240" w:lineRule="auto"/>
        <w:ind w:left="720"/>
      </w:pPr>
      <w:r/>
      <w:r>
        <w:rPr>
          <w:b/>
        </w:rPr>
        <w:t>Practical result:</w:t>
      </w:r>
      <w:r>
        <w:t xml:space="preserve"> Better representation could broaden the audience and make the show feel less like a repeat and more like real-life dating.</w:t>
      </w:r>
      <w:r/>
      <w:r/>
    </w:p>
    <w:p>
      <w:pPr>
        <w:pStyle w:val="Heading2"/>
      </w:pPr>
      <w:r>
        <w:t>Why viewers still feel the format isn’t keeping up</w:t>
      </w:r>
      <w:r/>
    </w:p>
    <w:p>
      <w:r/>
      <w:r>
        <w:t>Love Island’s glossy villa has been accused of repeating the same template for years, and it’s easy to see why audiences get restless. The post-sun, social-media-fuelled lives of past contestants have changed the show’s ecosystem, but the core mechanics , coupling, recoupling, and challenge-based romance , haven’t evolved to showcase a fuller picture of modern relationships. According to reporting in The Guardian, makers have previously said adding LGBTQ+ Islanders poses “logistical difficulties” when it comes to pairing. Fans call that an insufficient answer, and many want producers to find creative fixes rather than default to the status quo.</w:t>
      </w:r>
      <w:r/>
    </w:p>
    <w:p>
      <w:pPr>
        <w:pStyle w:val="Heading2"/>
      </w:pPr>
      <w:r>
        <w:t>What producers have done , and why it’s not enough</w:t>
      </w:r>
      <w:r/>
    </w:p>
    <w:p>
      <w:r/>
      <w:r>
        <w:t>ITV has taken visible steps, from inclusivity training for contestants to casting people with disabilities, and those changes have landed positively with viewers and advocacy groups. Sky News and ITV coverage highlighted deaf and partially sighted Islanders in recent seasons, and those appearances helped normalise devices and conditions that viewers might not often see on mainstream reality TV. Still, pundits and fans argue that incremental changes don’t equate to systemic redesign. Training and a few stand-out contestants are a start, but representation across sexuality, race, body type and disability needs a sustained, intentional approach.</w:t>
      </w:r>
      <w:r/>
    </w:p>
    <w:p>
      <w:pPr>
        <w:pStyle w:val="Heading2"/>
      </w:pPr>
      <w:r>
        <w:t>LGBTQ+ inclusion: creative solutions, not excuses</w:t>
      </w:r>
      <w:r/>
    </w:p>
    <w:p>
      <w:r/>
      <w:r>
        <w:t>The “logistical difficulty” explanation has fuelled frustration and spawned ideas in its place. Other reality formats have experimented with non-binary coupling mechanics, same-sex pair challenges, and rotational dates that let Islanders explore multiple connections without forcing a rigid pairing. Coverage from outlets like The Tab and Redbrick shows a passionate online community proposing workable fixes: mixing up coupling rules, using open-date weeks, or running parallel pairing systems. If producers are serious about inclusion, they could pilot these mechanics in a spin-off or one-off series before committing to a full switch.</w:t>
      </w:r>
      <w:r/>
    </w:p>
    <w:p>
      <w:pPr>
        <w:pStyle w:val="Heading2"/>
      </w:pPr>
      <w:r>
        <w:t>Body diversity: why a bikini shouldn’t be a size barrier</w:t>
      </w:r>
      <w:r/>
    </w:p>
    <w:p>
      <w:r/>
      <w:r>
        <w:t>One of the most persistent viewer complaints is that the villa looks homogenous when it comes to body shape. Social media alone disproves the idea that love and attraction stop at a dress size, and viewers , including those who remember the show’s earlier golden seasons , want that reality mirrored on screen. Casting directors could start by widening their brief to include models, influencers and everyday people of varied sizes, and by normalising swimwear fittings and camera framing that flatter everyone. It’s a simple visual change with big emotional payoffs: more people could see themselves reflected in the show.</w:t>
      </w:r>
      <w:r/>
    </w:p>
    <w:p>
      <w:pPr>
        <w:pStyle w:val="Heading2"/>
      </w:pPr>
      <w:r>
        <w:t>How small format shifts could improve storytelling and ratings</w:t>
      </w:r>
      <w:r/>
    </w:p>
    <w:p>
      <w:r/>
      <w:r>
        <w:t>A more inclusive villa isn’t just morally sound, it’s smart television. Diverse casts create different relationship arcs, introduce fresh conflict and broaden appeal beyond the usual demographic. Reality formats that evolve tend to survive; so does Love Island risk stagnation if it ignores the audience’s calls for change. Producers could trial diverse casting in winter specials, tweak coupling mechanics in a celebrity edition, or commit to transparency around casting goals. That kind of visible intent would reassure viewers who’ve grown sceptical and might even win back those who drifted away after earlier series.</w:t>
      </w:r>
      <w:r/>
    </w:p>
    <w:p>
      <w:r/>
      <w:r>
        <w:t>It's one thing to tinker, another to genuinely reflect Britain’s varied dating pool; the villa can change, so let’s see it try.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1">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14">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https://www.mirror.co.uk/tv/tv-news/love-island-final-2026-diversity-37481564</w:t>
        </w:r>
      </w:hyperlink>
      <w:r>
        <w:t xml:space="preserve"> - Please view link - unable to able to access data</w:t>
      </w:r>
      <w:r/>
    </w:p>
    <w:p>
      <w:pPr>
        <w:pStyle w:val="ListNumber"/>
        <w:spacing w:line="240" w:lineRule="auto"/>
        <w:ind w:left="720"/>
      </w:pPr>
      <w:r/>
      <w:hyperlink r:id="rId10">
        <w:r>
          <w:rPr>
            <w:color w:val="0000EE"/>
            <w:u w:val="single"/>
          </w:rPr>
          <w:t>https://www.theguardian.com/tv-and-radio/2021/jun/03/love-island-makers-say-lgbt-contestants-bring-logistical-difficulties</w:t>
        </w:r>
      </w:hyperlink>
      <w:r>
        <w:t xml:space="preserve"> - In June 2021, ITV commissioner Amanda Stavri stated that including LGBTQ+ contestants in 'Love Island' posed 'logistical difficulties' due to the show's format, which requires equal choice when coupling up. This remark sparked criticism regarding the show's inclusivity and representation of diverse sexual orientations. Stavri acknowledged the desire for greater inclusivity but highlighted challenges in adapting the format to accommodate same-sex pairings. The discussion raised questions about the show's commitment to diversity and its ability to evolve to reflect a broader spectrum of relationships.</w:t>
      </w:r>
      <w:r/>
    </w:p>
    <w:p>
      <w:pPr>
        <w:pStyle w:val="ListNumber"/>
        <w:spacing w:line="240" w:lineRule="auto"/>
        <w:ind w:left="720"/>
      </w:pPr>
      <w:r/>
      <w:hyperlink r:id="rId12">
        <w:r>
          <w:rPr>
            <w:color w:val="0000EE"/>
            <w:u w:val="single"/>
          </w:rPr>
          <w:t>https://www.itv.com/news/2022-06-07/love-island-returns-to-our-screens-with-contestants-trained-on-inclusivity</w:t>
        </w:r>
      </w:hyperlink>
      <w:r>
        <w:t xml:space="preserve"> - In June 2022, 'Love Island' returned with contestants who had undergone training on inclusivity and microaggressions. This initiative aimed to foster a more inclusive environment within the villa by educating participants on issues related to disability, sexuality, and race. The training was part of the show's efforts to address previous criticisms regarding diversity and representation. By equipping contestants with the tools to navigate sensitive topics, the programme sought to create a more respectful and understanding atmosphere for all involved.</w:t>
      </w:r>
      <w:r/>
    </w:p>
    <w:p>
      <w:pPr>
        <w:pStyle w:val="ListNumber"/>
        <w:spacing w:line="240" w:lineRule="auto"/>
        <w:ind w:left="720"/>
      </w:pPr>
      <w:r/>
      <w:hyperlink r:id="rId13">
        <w:r>
          <w:rPr>
            <w:color w:val="0000EE"/>
            <w:u w:val="single"/>
          </w:rPr>
          <w:t>https://www.thetab.com/2023/02/23/love-island-contestants-lgbt-islanders-lgbtq-296224</w:t>
        </w:r>
      </w:hyperlink>
      <w:r>
        <w:t xml:space="preserve"> - A February 2023 article provided a comprehensive list of 'Love Island' contestants who identify as LGBTQ+. The piece highlighted individuals such as Sophie Gradon, who openly discussed her bisexuality during her appearance on the show. It also featured Katie Salmon, who coupled with Gradon, becoming the show's first female-female couple. The article aimed to shed light on the representation of LGBTQ+ individuals within the 'Love Island' franchise, acknowledging both the progress made and the challenges that remain in achieving full inclusivity.</w:t>
      </w:r>
      <w:r/>
    </w:p>
    <w:p>
      <w:pPr>
        <w:pStyle w:val="ListNumber"/>
        <w:spacing w:line="240" w:lineRule="auto"/>
        <w:ind w:left="720"/>
      </w:pPr>
      <w:r/>
      <w:hyperlink r:id="rId14">
        <w:r>
          <w:rPr>
            <w:color w:val="0000EE"/>
            <w:u w:val="single"/>
          </w:rPr>
          <w:t>https://www.redbrick.me/lgbtq-representation-on-love-island-logistical-difficulties-and-empty-promises/</w:t>
        </w:r>
      </w:hyperlink>
      <w:r>
        <w:t xml:space="preserve"> - In June 2021, Redbrick magazine published an article critiquing 'Love Island's approach to LGBTQ+ representation. The piece discussed ITV commissioner Amanda Stavri's comments about the 'logistical difficulties' of including LGBTQ+ contestants, questioning whether this was a genuine concern or an excuse for maintaining the show's heteronormative format. The article highlighted the need for more inclusive representation in reality TV and called for 'Love Island' to evolve to reflect a broader spectrum of relationships and identities.</w:t>
      </w:r>
      <w:r/>
    </w:p>
    <w:p>
      <w:pPr>
        <w:pStyle w:val="ListNumber"/>
        <w:spacing w:line="240" w:lineRule="auto"/>
        <w:ind w:left="720"/>
      </w:pPr>
      <w:r/>
      <w:hyperlink r:id="rId15">
        <w:r>
          <w:rPr>
            <w:color w:val="0000EE"/>
            <w:u w:val="single"/>
          </w:rPr>
          <w:t>https://www.thepinknews.com/2018/06/05/fans-hit-out-at-love-islands-diversity-problem-as-caroline-flack-hints-at-gay-romance/</w:t>
        </w:r>
      </w:hyperlink>
      <w:r>
        <w:t xml:space="preserve"> - In June 2018, PinkNews reported on fans' criticism of 'Love Island's lack of diversity and representation of the LGBTQ+ community. The article highlighted concerns about the absence of plus-size contestants and the show's predominantly heterosexual cast. Host Caroline Flack hinted at the possibility of a same-sex romance during the season, but the article noted that no LGBTQ+ contestants were present. This sparked discussions about the show's commitment to inclusivity and the need for greater diversity in its casting.</w:t>
      </w:r>
      <w:r/>
    </w:p>
    <w:p>
      <w:pPr>
        <w:pStyle w:val="ListNumber"/>
        <w:spacing w:line="240" w:lineRule="auto"/>
        <w:ind w:left="720"/>
      </w:pPr>
      <w:r/>
      <w:hyperlink r:id="rId11">
        <w:r>
          <w:rPr>
            <w:color w:val="0000EE"/>
            <w:u w:val="single"/>
          </w:rPr>
          <w:t>https://www.skynews.com/story/love-island-with-criticism-over-diversity-lgbt-representation-and-body-image-has-the-show-lost-its-chemistry-12344007</w:t>
        </w:r>
      </w:hyperlink>
      <w:r>
        <w:t xml:space="preserve"> - In June 2021, Sky News addressed criticisms of 'Love Island' regarding its diversity, LGBTQ+ representation, and body image. The article discussed how the show had been criticised for its lack of diversity and unrealistic body types. It highlighted the inclusion of Hugo Hammond, the first contestant with a physical disability, as a step in the right direction. However, the piece also noted that the show continued to face criticism for not fully embracing diversity and inclusivity in its casting and representation.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tv/tv-news/love-island-final-2026-diversity-37481564" TargetMode="External"/><Relationship Id="rId10" Type="http://schemas.openxmlformats.org/officeDocument/2006/relationships/hyperlink" Target="https://www.theguardian.com/tv-and-radio/2021/jun/03/love-island-makers-say-lgbt-contestants-bring-logistical-difficulties" TargetMode="External"/><Relationship Id="rId11" Type="http://schemas.openxmlformats.org/officeDocument/2006/relationships/hyperlink" Target="https://www.skynews.com/story/love-island-with-criticism-over-diversity-lgbt-representation-and-body-image-has-the-show-lost-its-chemistry-12344007" TargetMode="External"/><Relationship Id="rId12" Type="http://schemas.openxmlformats.org/officeDocument/2006/relationships/hyperlink" Target="https://www.itv.com/news/2022-06-07/love-island-returns-to-our-screens-with-contestants-trained-on-inclusivity" TargetMode="External"/><Relationship Id="rId13" Type="http://schemas.openxmlformats.org/officeDocument/2006/relationships/hyperlink" Target="https://www.thetab.com/2023/02/23/love-island-contestants-lgbt-islanders-lgbtq-296224" TargetMode="External"/><Relationship Id="rId14" Type="http://schemas.openxmlformats.org/officeDocument/2006/relationships/hyperlink" Target="https://www.redbrick.me/lgbtq-representation-on-love-island-logistical-difficulties-and-empty-promises/" TargetMode="External"/><Relationship Id="rId15" Type="http://schemas.openxmlformats.org/officeDocument/2006/relationships/hyperlink" Target="https://www.thepinknews.com/2018/06/05/fans-hit-out-at-love-islands-diversity-problem-as-caroline-flack-hints-at-gay-rom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