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Los Angeles Black Events Roundup: 96 Things to Do This August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music lovers and community builders are flocking to BLK Events LA’s lively calendar this August, with 96 curated happenings across art, live music, parties and community meet-ups , all mapped, linked and labelled so you can pick what matters most. It’s a go-to list for anyone wanting to stay plugged into Black culture in Los Angeles.</w:t>
      </w:r>
      <w:r/>
    </w:p>
    <w:p>
      <w:r/>
      <w:r>
        <w:t>Essential Takeaways</w:t>
      </w:r>
      <w:r/>
      <w:r/>
    </w:p>
    <w:p>
      <w:pPr>
        <w:pStyle w:val="ListBullet"/>
        <w:spacing w:line="240" w:lineRule="auto"/>
        <w:ind w:left="720"/>
      </w:pPr>
      <w:r/>
      <w:r>
        <w:rPr>
          <w:b/>
        </w:rPr>
        <w:t>Large selection:</w:t>
      </w:r>
      <w:r>
        <w:t xml:space="preserve"> 96 events across categories including art exhibitions, live music and parties.</w:t>
      </w:r>
      <w:r/>
    </w:p>
    <w:p>
      <w:pPr>
        <w:pStyle w:val="ListBullet"/>
        <w:spacing w:line="240" w:lineRule="auto"/>
        <w:ind w:left="720"/>
      </w:pPr>
      <w:r/>
      <w:r>
        <w:rPr>
          <w:b/>
        </w:rPr>
        <w:t>Curated labels:</w:t>
      </w:r>
      <w:r>
        <w:t xml:space="preserve"> Each listing uses icons to show queer-centred, family-friendly, free, popular and more.</w:t>
      </w:r>
      <w:r/>
    </w:p>
    <w:p>
      <w:pPr>
        <w:pStyle w:val="ListBullet"/>
        <w:spacing w:line="240" w:lineRule="auto"/>
        <w:ind w:left="720"/>
      </w:pPr>
      <w:r/>
      <w:r>
        <w:rPr>
          <w:b/>
        </w:rPr>
        <w:t>Easy navigation:</w:t>
      </w:r>
      <w:r>
        <w:t xml:space="preserve"> Events are organised by date and linked for quick planning.</w:t>
      </w:r>
      <w:r/>
    </w:p>
    <w:p>
      <w:pPr>
        <w:pStyle w:val="ListBullet"/>
        <w:spacing w:line="240" w:lineRule="auto"/>
        <w:ind w:left="720"/>
      </w:pPr>
      <w:r/>
      <w:r>
        <w:rPr>
          <w:b/>
        </w:rPr>
        <w:t>Community focus:</w:t>
      </w:r>
      <w:r>
        <w:t xml:space="preserve"> Several gatherings highlight mutual aid, volunteering and meet‑and‑mingles.</w:t>
      </w:r>
      <w:r/>
    </w:p>
    <w:p>
      <w:pPr>
        <w:pStyle w:val="ListBullet"/>
        <w:spacing w:line="240" w:lineRule="auto"/>
        <w:ind w:left="720"/>
      </w:pPr>
      <w:r/>
      <w:r>
        <w:rPr>
          <w:b/>
        </w:rPr>
        <w:t>Varied vibe:</w:t>
      </w:r>
      <w:r>
        <w:t xml:space="preserve"> From intimate comedy meetups to bigger markets and live shows, there’s something for every mood.</w:t>
      </w:r>
      <w:r/>
      <w:r/>
    </w:p>
    <w:p>
      <w:pPr>
        <w:pStyle w:val="Heading2"/>
      </w:pPr>
      <w:r>
        <w:t>A calendar that feels like a friend , easy to scan, harder to ignore</w:t>
      </w:r>
      <w:r/>
    </w:p>
    <w:p>
      <w:r/>
      <w:r>
        <w:t>BLK Events LA’s roundup reads like a playlist of weekend plans, with a crisp layout and icons that tell you at a glance whether an event is queer-centred, family-friendly or free. The first impression is sensory , the list feels busy in a good way, full of colour and promise. The newsletter’s voice is upbeat and personal, which makes scrolling through dates feel more like catching up with a mate than parsing an events board.</w:t>
      </w:r>
      <w:r/>
    </w:p>
    <w:p>
      <w:r/>
      <w:r>
        <w:t>The story behind this approach is simple: community organisers and cultural curators wanted one go-to resource for Black-focused events in Los Angeles. According to the newsletter’s tone, the aim is both practical and joyful , helping readers discover shows, markets and meet-ups without the usual hunt. If you’re planning your month, use the icons to filter what matters: queer spaces, volunteer opportunities, and whether an event is date-friendly.</w:t>
      </w:r>
      <w:r/>
    </w:p>
    <w:p>
      <w:pPr>
        <w:pStyle w:val="Heading2"/>
      </w:pPr>
      <w:r>
        <w:t>Art and exhibitions: bite-sized culture for weekend wanderers</w:t>
      </w:r>
      <w:r/>
    </w:p>
    <w:p>
      <w:r/>
      <w:r>
        <w:t>The arts listings are scattered across weekends, from gallery openings to pop-up exhibitions. These feel intentionally bite-sized , you can drop in between brunch and an evening show. Exhibitions often carry the BLK Events LA stamp, signalling community-driven programming rather than generic gallery openings.</w:t>
      </w:r>
      <w:r/>
    </w:p>
    <w:p>
      <w:r/>
      <w:r>
        <w:t>For people who like a slower pace, aim for daytime events and artist talks. If you want energy, pick weekend nights that pair exhibitions with live performances. Tip: mark the family-friendly and 35+ tags if you’re bringing kids or planning a grown-ups-only outing.</w:t>
      </w:r>
      <w:r/>
    </w:p>
    <w:p>
      <w:pPr>
        <w:pStyle w:val="Heading2"/>
      </w:pPr>
      <w:r>
        <w:t>Live music every week , from low-key sets to buzzy shows</w:t>
      </w:r>
      <w:r/>
    </w:p>
    <w:p>
      <w:r/>
      <w:r>
        <w:t>Live music entries pepper nearly every weekend and some midweek nights, offering a mix of soulful sets, DJs and full-band gigs. The calendar makes it easy to stack experiences: gallery by day, an intimate set at night, then a party. That layered planning is useful in LA, where travel times can blow up a night.</w:t>
      </w:r>
      <w:r/>
    </w:p>
    <w:p>
      <w:r/>
      <w:r>
        <w:t>BLK Events LA’s listings lean towards community venues and independent promoters, so you’ll often find shows that feel personal and close-up. If you’re buying tickets, check whether events are labelled popular or BLK Events LA-approved , those are good bets for a lively crowd. And pack earplugs if you’re sensitive; small rooms can feel gloriously loud.</w:t>
      </w:r>
      <w:r/>
    </w:p>
    <w:p>
      <w:pPr>
        <w:pStyle w:val="Heading2"/>
      </w:pPr>
      <w:r>
        <w:t>Parties and meet‑and‑mingles , where networking meets celebration</w:t>
      </w:r>
      <w:r/>
    </w:p>
    <w:p>
      <w:r/>
      <w:r>
        <w:t>The parties section lists recurring nightlife, queer-centered nights and curated meet-and-mingle events like the Certified Friends speed-dating night at HAHA Comedy Club. These entries read like social shortcuts: go if you want to meet people, dance, or test a new look under club lights. The newsletter’s romance-friendly tags (date-friendly, queer-centred) help you pick the right scene.</w:t>
      </w:r>
      <w:r/>
    </w:p>
    <w:p>
      <w:r/>
      <w:r>
        <w:t>Practical tip: RSVP when possible and arrive early. Popular nights fill up, and the calendar flags which events are trending. Also, check for any posted codes of conduct or entry requirements , organisers often include safety and community guidelines.</w:t>
      </w:r>
      <w:r/>
    </w:p>
    <w:p>
      <w:pPr>
        <w:pStyle w:val="Heading2"/>
      </w:pPr>
      <w:r>
        <w:t>Markets, mutual aid and community-first initiatives</w:t>
      </w:r>
      <w:r/>
    </w:p>
    <w:p>
      <w:r/>
      <w:r>
        <w:t>Beyond parties and shows, the roundup highlights community staples like the Black Market Flea and mutual aid efforts. These listings are quieter but essential: think vendor tables, food, family activities, and chances to support small businesses. The inclusion of volunteering and mutual aid tags shows BLK Events LA’s commitment to community resilience, not just entertainment.</w:t>
      </w:r>
      <w:r/>
    </w:p>
    <w:p>
      <w:r/>
      <w:r>
        <w:t>If you’re keen to give back, look for the mutual aid symbols and organise meet-ups with friends to volunteer together. For shoppers, bring cash and a reusable bag , small vendors appreciate the convenience, and you’ll leave with goods that feel meaningful.</w:t>
      </w:r>
      <w:r/>
    </w:p>
    <w:p>
      <w:pPr>
        <w:pStyle w:val="Heading2"/>
      </w:pPr>
      <w:r>
        <w:t>How to use the roundup without getting overwhelmed</w:t>
      </w:r>
      <w:r/>
    </w:p>
    <w:p>
      <w:r/>
      <w:r>
        <w:t>Start by skimming the icons and dates, then pick one art event, one live show and one community activity each weekend. Subscribe to the newsletter for weekly reminders and click event links to confirm tickets and details. If you’re trying something new , queer‑centred nights, a flea, a meet‑and‑mingle , bring a friend for moral support and better navigation of the scene.</w:t>
      </w:r>
      <w:r/>
    </w:p>
    <w:p>
      <w:r/>
      <w:r>
        <w:t>The roundup’s playful sign-off , “Have Fun, Stay Black!” , is a small nudge: this calendar is about joy and connection as much as it is about things to do.</w:t>
      </w:r>
      <w:r/>
    </w:p>
    <w:p>
      <w:r/>
      <w:r>
        <w:t>It's a small shift in planning that can make your month feel full of possibility.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[4]</w:t>
        </w:r>
      </w:hyperlink>
      <w:r>
        <w:t xml:space="preserve">- Paragraph 3: </w:t>
      </w:r>
      <w:hyperlink r:id="rId9">
        <w:r>
          <w:rPr>
            <w:color w:val="0000EE"/>
            <w:u w:val="single"/>
          </w:rPr>
          <w:t>[2]</w:t>
        </w:r>
      </w:hyperlink>
      <w:r>
        <w:t xml:space="preserve">, </w:t>
      </w:r>
      <w:hyperlink r:id="rId12">
        <w:r>
          <w:rPr>
            <w:color w:val="0000EE"/>
            <w:u w:val="single"/>
          </w:rPr>
          <w:t>[5]</w:t>
        </w:r>
      </w:hyperlink>
      <w:r>
        <w:t xml:space="preserve">- Paragraph 4: </w:t>
      </w:r>
      <w:hyperlink r:id="rId9">
        <w:r>
          <w:rPr>
            <w:color w:val="0000EE"/>
            <w:u w:val="single"/>
          </w:rPr>
          <w:t>[2]</w:t>
        </w:r>
      </w:hyperlink>
      <w:r>
        <w:t xml:space="preserve">, </w:t>
      </w:r>
      <w:hyperlink r:id="rId13">
        <w:r>
          <w:rPr>
            <w:color w:val="0000EE"/>
            <w:u w:val="single"/>
          </w:rPr>
          <w:t>[6]</w:t>
        </w:r>
      </w:hyperlink>
      <w:r>
        <w:t xml:space="preserve">- Paragraph 5: </w:t>
      </w:r>
      <w:hyperlink r:id="rId9">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https://blackeventsla.substack.com/p/the-roundup-by-blk-events-la-august-c07</w:t>
        </w:r>
      </w:hyperlink>
      <w:r>
        <w:t xml:space="preserve"> - Please view link - unable to able to access data</w:t>
      </w:r>
      <w:r/>
    </w:p>
    <w:p>
      <w:pPr>
        <w:pStyle w:val="ListNumber"/>
        <w:spacing w:line="240" w:lineRule="auto"/>
        <w:ind w:left="720"/>
      </w:pPr>
      <w:r/>
      <w:hyperlink r:id="rId9">
        <w:r>
          <w:rPr>
            <w:color w:val="0000EE"/>
            <w:u w:val="single"/>
          </w:rPr>
          <w:t>https://blackeventsla.substack.com/p/the-roundup-by-blk-events-la-august-c07</w:t>
        </w:r>
      </w:hyperlink>
      <w:r>
        <w:t xml:space="preserve"> - BLK Events LA has compiled a comprehensive list of 96 events happening in Los Angeles throughout August 2026. The events are categorised by date and include art exhibitions, live music, and parties. Each event is marked with symbols indicating its features, such as LGBTQ+ friendly, popular, or free. The publication encourages readers to stay connected for weekly event roundups, reviews, and more, and provides links to submit events, follow on TikTok and Instagram, and contact them directly.</w:t>
      </w:r>
      <w:r/>
    </w:p>
    <w:p>
      <w:pPr>
        <w:pStyle w:val="ListNumber"/>
        <w:spacing w:line="240" w:lineRule="auto"/>
        <w:ind w:left="720"/>
      </w:pPr>
      <w:r/>
      <w:hyperlink r:id="rId10">
        <w:r>
          <w:rPr>
            <w:color w:val="0000EE"/>
            <w:u w:val="single"/>
          </w:rPr>
          <w:t>https://blackeventsla.substack.com/p/the-roundup-by-blk-events-la-721</w:t>
        </w:r>
      </w:hyperlink>
      <w:r>
        <w:t xml:space="preserve"> - The RoundUp by BLK Events LA™ for the week of July 21-26, 2026, features 85 events in Los Angeles. Categories include parties, art exhibitions, and community events. Each event is marked with symbols indicating its features, such as LGBTQ+ friendly, popular, or free. The publication encourages readers to stay connected for weekly event roundups, reviews, and more, and provides links to submit events, follow on TikTok and Instagram, and contact them directly.</w:t>
      </w:r>
      <w:r/>
    </w:p>
    <w:p>
      <w:pPr>
        <w:pStyle w:val="ListNumber"/>
        <w:spacing w:line="240" w:lineRule="auto"/>
        <w:ind w:left="720"/>
      </w:pPr>
      <w:r/>
      <w:hyperlink r:id="rId11">
        <w:r>
          <w:rPr>
            <w:color w:val="0000EE"/>
            <w:u w:val="single"/>
          </w:rPr>
          <w:t>https://blackeventsla.substack.com/p/the-roundup-by-blk-events-la-630</w:t>
        </w:r>
      </w:hyperlink>
      <w:r>
        <w:t xml:space="preserve"> - The RoundUp by BLK Events LA™ for the week of June 30-July 5, 2026, features 46 events in Los Angeles. Categories include art exhibitions, live music, and community events. Each event is marked with symbols indicating its features, such as LGBTQ+ friendly, popular, or free. The publication encourages readers to stay connected for weekly event roundups, reviews, and more, and provides links to submit events, follow on TikTok and Instagram, and contact them directly.</w:t>
      </w:r>
      <w:r/>
    </w:p>
    <w:p>
      <w:pPr>
        <w:pStyle w:val="ListNumber"/>
        <w:spacing w:line="240" w:lineRule="auto"/>
        <w:ind w:left="720"/>
      </w:pPr>
      <w:r/>
      <w:hyperlink r:id="rId12">
        <w:r>
          <w:rPr>
            <w:color w:val="0000EE"/>
            <w:u w:val="single"/>
          </w:rPr>
          <w:t>https://blackeventsla.substack.com/p/the-roundup-by-blk-events-la-421</w:t>
        </w:r>
      </w:hyperlink>
      <w:r>
        <w:t xml:space="preserve"> - The RoundUp by BLK Events LA™ for the week of April 21-26, 2026, features 73 events in Los Angeles. Categories include art exhibitions, live music, and community events. Each event is marked with symbols indicating its features, such as LGBTQ+ friendly, popular, or free. The publication encourages readers to stay connected for weekly event roundups, reviews, and more, and provides links to submit events, follow on TikTok and Instagram, and contact them directly.</w:t>
      </w:r>
      <w:r/>
    </w:p>
    <w:p>
      <w:pPr>
        <w:pStyle w:val="ListNumber"/>
        <w:spacing w:line="240" w:lineRule="auto"/>
        <w:ind w:left="720"/>
      </w:pPr>
      <w:r/>
      <w:hyperlink r:id="rId13">
        <w:r>
          <w:rPr>
            <w:color w:val="0000EE"/>
            <w:u w:val="single"/>
          </w:rPr>
          <w:t>https://blackeventsla.substack.com/p/the-roundup-by-blk-events-la-413</w:t>
        </w:r>
      </w:hyperlink>
      <w:r>
        <w:t xml:space="preserve"> - The RoundUp by BLK Events LA™ for the week of April 13-20, 2026, features 83 events in Los Angeles. Categories include art exhibitions, live music, and community events. Each event is marked with symbols indicating its features, such as LGBTQ+ friendly, popular, or free. The publication encourages readers to stay connected for weekly event roundups, reviews, and more, and provides links to submit events, follow on TikTok and Instagram, and contact them directly.</w:t>
      </w:r>
      <w:r/>
    </w:p>
    <w:p>
      <w:pPr>
        <w:pStyle w:val="ListNumber"/>
        <w:spacing w:line="240" w:lineRule="auto"/>
        <w:ind w:left="720"/>
      </w:pPr>
      <w:r/>
      <w:hyperlink r:id="rId14">
        <w:r>
          <w:rPr>
            <w:color w:val="0000EE"/>
            <w:u w:val="single"/>
          </w:rPr>
          <w:t>https://blackeventsla.substack.com/p/the-roundup-by-blk-events-la-623</w:t>
        </w:r>
      </w:hyperlink>
      <w:r>
        <w:t xml:space="preserve"> - The RoundUp by BLK Events LA™ for the week of June 23-30, 2026, features 100 events in Los Angeles. Categories include art exhibitions, live music, and community events. Each event is marked with symbols indicating its features, such as LGBTQ+ friendly, popular, or free. The publication encourages readers to stay connected for weekly event roundups, reviews, and more, and provides links to submit events, follow on TikTok and Instagram, and contact them directly.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lackeventsla.substack.com/p/the-roundup-by-blk-events-la-august-c07" TargetMode="External"/><Relationship Id="rId10" Type="http://schemas.openxmlformats.org/officeDocument/2006/relationships/hyperlink" Target="https://blackeventsla.substack.com/p/the-roundup-by-blk-events-la-721" TargetMode="External"/><Relationship Id="rId11" Type="http://schemas.openxmlformats.org/officeDocument/2006/relationships/hyperlink" Target="https://blackeventsla.substack.com/p/the-roundup-by-blk-events-la-630" TargetMode="External"/><Relationship Id="rId12" Type="http://schemas.openxmlformats.org/officeDocument/2006/relationships/hyperlink" Target="https://blackeventsla.substack.com/p/the-roundup-by-blk-events-la-421" TargetMode="External"/><Relationship Id="rId13" Type="http://schemas.openxmlformats.org/officeDocument/2006/relationships/hyperlink" Target="https://blackeventsla.substack.com/p/the-roundup-by-blk-events-la-413" TargetMode="External"/><Relationship Id="rId14" Type="http://schemas.openxmlformats.org/officeDocument/2006/relationships/hyperlink" Target="https://blackeventsla.substack.com/p/the-roundup-by-blk-events-la-62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