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Liverpool Pride 2026 Moments: What to Expect at This Year’s Citywide Celebration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Bursting with colour and music, Liverpool Pride 2026 is back , and it’s bigger and more community-focused than ever, with a Sugababes-headlined opening party, a city-centre march, waterfront stages and a fresh partnership putting LGBTQ+ groups front and centre. Here’s what to know and how to make the most of the weekend.</w:t>
      </w:r>
      <w:r/>
    </w:p>
    <w:p>
      <w:r/>
      <w:r>
        <w:t>Essential Takeaways</w:t>
      </w:r>
      <w:r/>
      <w:r/>
    </w:p>
    <w:p>
      <w:pPr>
        <w:pStyle w:val="ListBullet"/>
        <w:spacing w:line="240" w:lineRule="auto"/>
        <w:ind w:left="720"/>
      </w:pPr>
      <w:r/>
      <w:r>
        <w:rPr>
          <w:b/>
        </w:rPr>
        <w:t>Big opening:</w:t>
      </w:r>
      <w:r>
        <w:t xml:space="preserve"> Sugababes headlined the official opening party, setting an upbeat tone with a lively, polished set.</w:t>
      </w:r>
      <w:r/>
    </w:p>
    <w:p>
      <w:pPr>
        <w:pStyle w:val="ListBullet"/>
        <w:spacing w:line="240" w:lineRule="auto"/>
        <w:ind w:left="720"/>
      </w:pPr>
      <w:r/>
      <w:r>
        <w:rPr>
          <w:b/>
        </w:rPr>
        <w:t>Citywide route:</w:t>
      </w:r>
      <w:r>
        <w:t xml:space="preserve"> Hundreds are expected to join the Pride march through Liverpool city centre before events shift to the waterfront and Pride Quarter.</w:t>
      </w:r>
      <w:r/>
    </w:p>
    <w:p>
      <w:pPr>
        <w:pStyle w:val="ListBullet"/>
        <w:spacing w:line="240" w:lineRule="auto"/>
        <w:ind w:left="720"/>
      </w:pPr>
      <w:r/>
      <w:r>
        <w:rPr>
          <w:b/>
        </w:rPr>
        <w:t>New partnership:</w:t>
      </w:r>
      <w:r>
        <w:t xml:space="preserve"> Sahir and LCR Pride Foundation are co-delivering this year’s festival, prioritising local communities.</w:t>
      </w:r>
      <w:r/>
    </w:p>
    <w:p>
      <w:pPr>
        <w:pStyle w:val="ListBullet"/>
        <w:spacing w:line="240" w:lineRule="auto"/>
        <w:ind w:left="720"/>
      </w:pPr>
      <w:r/>
      <w:r>
        <w:rPr>
          <w:b/>
        </w:rPr>
        <w:t>Community fundraising:</w:t>
      </w:r>
      <w:r>
        <w:t xml:space="preserve"> A GoFundMe campaign and local engagement help keep the event inclusive and accessible.</w:t>
      </w:r>
      <w:r/>
    </w:p>
    <w:p>
      <w:pPr>
        <w:pStyle w:val="ListBullet"/>
        <w:spacing w:line="240" w:lineRule="auto"/>
        <w:ind w:left="720"/>
      </w:pPr>
      <w:r/>
      <w:r>
        <w:rPr>
          <w:b/>
        </w:rPr>
        <w:t>Practical vibes:</w:t>
      </w:r>
      <w:r>
        <w:t xml:space="preserve"> Expect diverse stages, family-friendly pockets, and a festival atmosphere that’s loud, colourful and proud.</w:t>
      </w:r>
      <w:r/>
      <w:r/>
    </w:p>
    <w:p>
      <w:pPr>
        <w:pStyle w:val="Heading2"/>
      </w:pPr>
      <w:r>
        <w:t>A bright start: Sugababes kick things off with a polished pop set</w:t>
      </w:r>
      <w:r/>
    </w:p>
    <w:p>
      <w:r/>
      <w:r>
        <w:t>Liverpool Pride launched with a proper pop moment as Sugababes headlined the opening party, giving the weekend an immediate lift and a few singalong memories. The arena crowd felt tight and celebratory, with the familiar harmonies hitting that comforting, festival-anthem sweet spot. Organisers wanted a strong, accessible headline to signal this year’s upbeat tone, and they delivered.</w:t>
      </w:r>
      <w:r/>
    </w:p>
    <w:p>
      <w:r/>
      <w:r>
        <w:t>Putting a well-known act first helps draw in a broad crowd , families, older fans and younger festival-goers , so expect a similar mix across the weekend. If you’re heading to an evening stage, arrive early to soak up the atmosphere and grab a good spot.</w:t>
      </w:r>
      <w:r/>
    </w:p>
    <w:p>
      <w:pPr>
        <w:pStyle w:val="Heading2"/>
      </w:pPr>
      <w:r>
        <w:t>The march: hundreds on the streets, pride on parade</w:t>
      </w:r>
      <w:r/>
    </w:p>
    <w:p>
      <w:r/>
      <w:r>
        <w:t>Saturday’s Pride march through Liverpool city centre is the core public moment: colourful floats, banners, local community groups and plenty of confetti. Hundreds are expected to take part, turning familiar streets into a moving, joyful statement. It’s a vivid, emotional scene , your phone will be full of bright photos by lunchtime.</w:t>
      </w:r>
      <w:r/>
    </w:p>
    <w:p>
      <w:r/>
      <w:r>
        <w:t>This year’s route is designed to funnel the crowd towards the waterfront and Pride Quarter, so plan your meeting points and pick a clear spot for friends or family. If you need quieter space, look for designated family areas or companion hubs often listed on the festival map.</w:t>
      </w:r>
      <w:r/>
    </w:p>
    <w:p>
      <w:pPr>
        <w:pStyle w:val="Heading2"/>
      </w:pPr>
      <w:r>
        <w:t>A new chapter: Sahir and LCR Pride Foundation join forces</w:t>
      </w:r>
      <w:r/>
    </w:p>
    <w:p>
      <w:r/>
      <w:r>
        <w:t>After a year of community consultations, Sahir and LCR Pride Foundation announced they’ll co-organise Liverpool Pride 2026, promising a “bold, inclusive and community-first” festival. This formal partnership aims to centre the city region’s LGBTQ+ communities, from programming to access provisions.</w:t>
      </w:r>
      <w:r/>
    </w:p>
    <w:p>
      <w:r/>
      <w:r>
        <w:t>Community-driven planning tends to show up in practical details , more accessible facilities, clearer quiet zones and programming that reflects diverse identities. If inclusivity matters to you, this year’s festival looks designed to deliver it in tangible ways.</w:t>
      </w:r>
      <w:r/>
    </w:p>
    <w:p>
      <w:pPr>
        <w:pStyle w:val="Heading2"/>
      </w:pPr>
      <w:r>
        <w:t>Waterfront festival life: stages, food and quieter corners</w:t>
      </w:r>
      <w:r/>
    </w:p>
    <w:p>
      <w:r/>
      <w:r>
        <w:t>Once the march arrives at the waterfront and Pride Quarter, the city opens into a weekend of live music, drag, DJ sets and local traders. Expect a mix of high-energy stages and calmer pockets where you can sit, recharge and people-watch. The sensory palette is broad: bright outfits, basslines, scented street food and the occasional bubble machine.</w:t>
      </w:r>
      <w:r/>
    </w:p>
    <w:p>
      <w:r/>
      <w:r>
        <w:t>Bring layers and comfy shoes; the waterfront can be breezy after dark, and you’ll be standing or walking a lot. Keep water and phone battery power in mind , there are usually charging stations but queues form fast.</w:t>
      </w:r>
      <w:r/>
    </w:p>
    <w:p>
      <w:pPr>
        <w:pStyle w:val="Heading2"/>
      </w:pPr>
      <w:r>
        <w:t>How the community keeps it going: fundraising and local support</w:t>
      </w:r>
      <w:r/>
    </w:p>
    <w:p>
      <w:r/>
      <w:r>
        <w:t>The festival’s organisers have been running a GoFundMe and wider fundraising efforts to keep Pride accessible and community-led. Local businesses, charities and volunteers also pitch in, which lets the event offer free spaces, outreach and safety measures. That grassroots support is what keeps Pride feeling local rather than fully commercial.</w:t>
      </w:r>
      <w:r/>
    </w:p>
    <w:p>
      <w:r/>
      <w:r>
        <w:t>If you want to contribute, look for official fundraising stalls or the verified campaign online. Volunteering on the day is another way to join in , you get a hands-on view and a neat, warm sense of doing something useful.</w:t>
      </w:r>
      <w:r/>
    </w:p>
    <w:p>
      <w:r/>
      <w:r>
        <w:t>Closing line It’s a weekend of music, marchers and community , small choices like where you stand or how you give can make the whole festival feel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13">
        <w:r>
          <w:rPr>
            <w:color w:val="0000EE"/>
            <w:u w:val="single"/>
          </w:rPr>
          <w:t>[3]</w:t>
        </w:r>
      </w:hyperlink>
      <w:r>
        <w:t xml:space="preserve">, </w:t>
      </w:r>
      <w:hyperlink r:id="rId9">
        <w:r>
          <w:rPr>
            <w:color w:val="0000EE"/>
            <w:u w:val="single"/>
          </w:rPr>
          <w:t>[1]</w:t>
        </w:r>
      </w:hyperlink>
      <w:r>
        <w:t xml:space="preserve">- Paragraph 4: </w:t>
      </w:r>
      <w:hyperlink r:id="rId12">
        <w:r>
          <w:rPr>
            <w:color w:val="0000EE"/>
            <w:u w:val="single"/>
          </w:rPr>
          <w:t>[4]</w:t>
        </w:r>
      </w:hyperlink>
      <w:r>
        <w:t xml:space="preserve">, </w:t>
      </w:r>
      <w:hyperlink r:id="rId14">
        <w:r>
          <w:rPr>
            <w:color w:val="0000EE"/>
            <w:u w:val="single"/>
          </w:rPr>
          <w:t>[7]</w:t>
        </w:r>
      </w:hyperlink>
      <w:r>
        <w:t xml:space="preserve">- Paragraph 5: </w:t>
      </w:r>
      <w:hyperlink r:id="rId15">
        <w:r>
          <w:rPr>
            <w:color w:val="0000EE"/>
            <w:u w:val="single"/>
          </w:rPr>
          <w:t>[5]</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https://www.liverpoolecho.co.uk/whats-on/whats-on-news/liverpool-pride-live-updates-hundreds-34334168</w:t>
        </w:r>
      </w:hyperlink>
      <w:r>
        <w:t xml:space="preserve"> - Please view link - unable to able to access data</w:t>
      </w:r>
      <w:r/>
    </w:p>
    <w:p>
      <w:pPr>
        <w:pStyle w:val="ListNumber"/>
        <w:spacing w:line="240" w:lineRule="auto"/>
        <w:ind w:left="720"/>
      </w:pPr>
      <w:r/>
      <w:hyperlink r:id="rId10">
        <w:r>
          <w:rPr>
            <w:color w:val="0000EE"/>
            <w:u w:val="single"/>
          </w:rPr>
          <w:t>https://www.sahir.org.uk/pride-2026/</w:t>
        </w:r>
      </w:hyperlink>
      <w:r>
        <w:t xml:space="preserve"> - Sahir and LCR Pride Foundation have announced a collaboration to deliver a bold and inclusive Pride festival in Liverpool in 2026, on and around the weekend of Saturday 25th July 2026. The festival will take place under the banner Liverpool’s Pride, continuing the identity and theme that Sahir established through community engagement undertaken in 2025. The name reflects a shift back towards the roots of Pride and a clear commitment to a community first approach, shaped by and for LGBTQ+ people in Liverpool and across the wider city region.</w:t>
      </w:r>
      <w:r/>
    </w:p>
    <w:p>
      <w:pPr>
        <w:pStyle w:val="ListNumber"/>
        <w:spacing w:line="240" w:lineRule="auto"/>
        <w:ind w:left="720"/>
      </w:pPr>
      <w:r/>
      <w:hyperlink r:id="rId13">
        <w:r>
          <w:rPr>
            <w:color w:val="0000EE"/>
            <w:u w:val="single"/>
          </w:rPr>
          <w:t>https://www.sahir.org.uk/sahir-and-lcr-pride-foundation-to-work-together-to-deliver-liverpools-pride-in-2026/</w:t>
        </w:r>
      </w:hyperlink>
      <w:r>
        <w:t xml:space="preserve"> - Sahir and LCR Pride Foundation have announced a collaboration to deliver a bold and inclusive Pride festival in Liverpool in 2026, on and around the weekend of Saturday 25th July 2026. The festival will take place under the banner Liverpool’s Pride, continuing the identity and theme that Sahir established through community engagement undertaken in 2025. The name reflects a shift back towards the roots of Pride and a clear commitment to a community first approach, shaped by and for LGBTQ+ people in Liverpool and across the wider city region.</w:t>
      </w:r>
      <w:r/>
    </w:p>
    <w:p>
      <w:pPr>
        <w:pStyle w:val="ListNumber"/>
        <w:spacing w:line="240" w:lineRule="auto"/>
        <w:ind w:left="720"/>
      </w:pPr>
      <w:r/>
      <w:hyperlink r:id="rId12">
        <w:r>
          <w:rPr>
            <w:color w:val="0000EE"/>
            <w:u w:val="single"/>
          </w:rPr>
          <w:t>https://ra.co/events/2452258</w:t>
        </w:r>
      </w:hyperlink>
      <w:r>
        <w:t xml:space="preserve"> - Liverpool’s Pride 2026 kicks off in spectacular style with the Official Opening Party at the M&amp;S Bank Arena – a bold, high-energy celebration of unity, inclusion and community. Featuring world-class artists, iconic LGBTQ+ performers and a powerful opening ceremony showcasing local talent, this is set to be one of the most unforgettable Pride launch events the city has ever seen. Featuring Sugababes, Beth Ditto, Tia Kofi and more, alongside local stars Tyler DaClaire, Pam Sandwich &amp; Debbie Darling, plus an Opening Ceremony featuring dozens of Liverpool LGBTQ+ community performers.</w:t>
      </w:r>
      <w:r/>
    </w:p>
    <w:p>
      <w:pPr>
        <w:pStyle w:val="ListNumber"/>
        <w:spacing w:line="240" w:lineRule="auto"/>
        <w:ind w:left="720"/>
      </w:pPr>
      <w:r/>
      <w:hyperlink r:id="rId15">
        <w:r>
          <w:rPr>
            <w:color w:val="0000EE"/>
            <w:u w:val="single"/>
          </w:rPr>
          <w:t>https://www.sahir.org.uk/liverpools-pride-2026-gofundme-is-now-live/</w:t>
        </w:r>
      </w:hyperlink>
      <w:r>
        <w:t xml:space="preserve"> - Sahir and LCR Pride Foundation have joined forces to deliver Liverpool’s Pride 2026, taking place on and around Saturday 25th July 2026. Together, they are building something that truly belongs to the LGBTQ+ communities of Liverpool and the wider city region: a Pride that is inclusive, accessible, joyful, and rooted in the lives of the people it celebrates. The GoFundMe campaign aims to support the vital work of Sahir House for the LGBTQ+ community and contribute to Liverpool’s Pride Saturday programme – a vibrant, community-led celebration taking place across the city, bringing together organisations, performers and audiences from across the region.</w:t>
      </w:r>
      <w:r/>
    </w:p>
    <w:p>
      <w:pPr>
        <w:pStyle w:val="ListNumber"/>
        <w:spacing w:line="240" w:lineRule="auto"/>
        <w:ind w:left="720"/>
      </w:pPr>
      <w:r/>
      <w:hyperlink r:id="rId11">
        <w:r>
          <w:rPr>
            <w:color w:val="0000EE"/>
            <w:u w:val="single"/>
          </w:rPr>
          <w:t>https://www.mandsbankarena.com/whats-on/liverpools-pride-opening-party/</w:t>
        </w:r>
      </w:hyperlink>
      <w:r>
        <w:t xml:space="preserve"> - Liverpool Pride 2026 begins with an unforgettable opening night celebration featuring chart-topping artists, drag icons, local performers and a spectacular community-led opening ceremony. The line-up includes Sugababes, Beth Ditto, Tia Kofi, Bimini, Harrsn &amp; House Gospel Choir, Horse Meat Disco, and more. Hosted by Tyler DaClaire, Debbie Darling and Pam Sandwich, the event promises a high-energy, inclusive and unforgettable start to Liverpool’s Pride weekend.</w:t>
      </w:r>
      <w:r/>
    </w:p>
    <w:p>
      <w:pPr>
        <w:pStyle w:val="ListNumber"/>
        <w:spacing w:line="240" w:lineRule="auto"/>
        <w:ind w:left="720"/>
      </w:pPr>
      <w:r/>
      <w:hyperlink r:id="rId14">
        <w:r>
          <w:rPr>
            <w:color w:val="0000EE"/>
            <w:u w:val="single"/>
          </w:rPr>
          <w:t>https://www.sahir.org.uk/liverpools-pride-2026-opening-party/</w:t>
        </w:r>
      </w:hyperlink>
      <w:r>
        <w:t xml:space="preserve"> - Hosting the night is Liverpool’s very own inimitable Tyler DaClaire, joined by beloved scouse Queens Debbie Darling and Pam Sandwich, who will both host and themselves perform across the evening. The night will begin with a Liverpool’s Pride Opening Ceremony, curated by Debbie Darling herself, bringing together dozens of LGBTQ+ performers and voices from across Liverpool in a powerful, unifying moment on the city’s biggest stage. The Opening Party marks the official launch of what promises to be Liverpool’s most exciting Pride in years, setting the tone for a full weekend of celebration including the Liverpool’s Pride March, community-led events, and an expansive city-wide cultural programme to be announced in the coming weeks.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verpoolecho.co.uk/whats-on/whats-on-news/liverpool-pride-live-updates-hundreds-34334168" TargetMode="External"/><Relationship Id="rId10" Type="http://schemas.openxmlformats.org/officeDocument/2006/relationships/hyperlink" Target="https://www.sahir.org.uk/pride-2026/" TargetMode="External"/><Relationship Id="rId11" Type="http://schemas.openxmlformats.org/officeDocument/2006/relationships/hyperlink" Target="https://www.mandsbankarena.com/whats-on/liverpools-pride-opening-party/" TargetMode="External"/><Relationship Id="rId12" Type="http://schemas.openxmlformats.org/officeDocument/2006/relationships/hyperlink" Target="https://ra.co/events/2452258" TargetMode="External"/><Relationship Id="rId13" Type="http://schemas.openxmlformats.org/officeDocument/2006/relationships/hyperlink" Target="https://www.sahir.org.uk/sahir-and-lcr-pride-foundation-to-work-together-to-deliver-liverpools-pride-in-2026/" TargetMode="External"/><Relationship Id="rId14" Type="http://schemas.openxmlformats.org/officeDocument/2006/relationships/hyperlink" Target="https://www.sahir.org.uk/liverpools-pride-2026-opening-party/" TargetMode="External"/><Relationship Id="rId15" Type="http://schemas.openxmlformats.org/officeDocument/2006/relationships/hyperlink" Target="https://www.sahir.org.uk/liverpools-pride-2026-gofundme-is-now-li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