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Lanarkshire Pride 2026: Hamilton’s colourful return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Don’t miss Hamilton’s big celebration , Lanarkshire Pride returns to Quarry Street on Saturday, August 1 with a free, family-friendly day of entertainment, an energetic march, market stalls and headline drag performances that bring visibility and community spirit to the town centre.</w:t>
      </w:r>
      <w:r/>
    </w:p>
    <w:p>
      <w:r/>
      <w:r>
        <w:t>Essential Takeaways</w:t>
      </w:r>
      <w:r/>
      <w:r/>
    </w:p>
    <w:p>
      <w:pPr>
        <w:pStyle w:val="ListBullet"/>
        <w:spacing w:line="240" w:lineRule="auto"/>
        <w:ind w:left="720"/>
      </w:pPr>
      <w:r/>
      <w:r>
        <w:rPr>
          <w:b/>
        </w:rPr>
        <w:t>When and where:</w:t>
      </w:r>
      <w:r>
        <w:t xml:space="preserve"> Quarry Street, Hamilton, from 10am–4pm; Pride march forms at 1pm and steps off at 2pm. </w:t>
      </w:r>
      <w:r/>
    </w:p>
    <w:p>
      <w:pPr>
        <w:pStyle w:val="ListBullet"/>
        <w:spacing w:line="240" w:lineRule="auto"/>
        <w:ind w:left="720"/>
      </w:pPr>
      <w:r/>
      <w:r>
        <w:rPr>
          <w:b/>
        </w:rPr>
        <w:t>Headline act:</w:t>
      </w:r>
      <w:r>
        <w:t xml:space="preserve"> Cheryl The Queen, a RuPaul’s Drag Race UK alum, appears when the march returns at around 3.15pm , lively, theatrical and selfie-friendly. </w:t>
      </w:r>
      <w:r/>
    </w:p>
    <w:p>
      <w:pPr>
        <w:pStyle w:val="ListBullet"/>
        <w:spacing w:line="240" w:lineRule="auto"/>
        <w:ind w:left="720"/>
      </w:pPr>
      <w:r/>
      <w:r>
        <w:rPr>
          <w:b/>
        </w:rPr>
        <w:t>What’s on:</w:t>
      </w:r>
      <w:r>
        <w:t xml:space="preserve"> Live stage entertainment from 11.30am, outdoor bar, traders’ market, community and information stalls, speeches and family-friendly activities. </w:t>
      </w:r>
      <w:r/>
    </w:p>
    <w:p>
      <w:pPr>
        <w:pStyle w:val="ListBullet"/>
        <w:spacing w:line="240" w:lineRule="auto"/>
        <w:ind w:left="720"/>
      </w:pPr>
      <w:r/>
      <w:r>
        <w:rPr>
          <w:b/>
        </w:rPr>
        <w:t>Community focus:</w:t>
      </w:r>
      <w:r>
        <w:t xml:space="preserve"> Organised by Lanarkshire Pride CIC, which runs year-round support including Pride Connect for LGBTQ+ young people and adults. </w:t>
      </w:r>
      <w:r/>
    </w:p>
    <w:p>
      <w:pPr>
        <w:pStyle w:val="ListBullet"/>
        <w:spacing w:line="240" w:lineRule="auto"/>
        <w:ind w:left="720"/>
      </w:pPr>
      <w:r/>
      <w:r>
        <w:rPr>
          <w:b/>
        </w:rPr>
        <w:t>Practical vibe:</w:t>
      </w:r>
      <w:r>
        <w:t xml:space="preserve"> The event is free, locally sponsored, and designed to be accessible , expect a busy, colourful street atmosphere and useful information stalls.</w:t>
      </w:r>
      <w:r/>
      <w:r/>
    </w:p>
    <w:p>
      <w:pPr>
        <w:pStyle w:val="Heading2"/>
      </w:pPr>
      <w:r>
        <w:t>Why Hamilton again? The heartbeat of Lanarkshire Pride</w:t>
      </w:r>
      <w:r/>
    </w:p>
    <w:p>
      <w:r/>
      <w:r>
        <w:t>Hamilton’s Quarry Street has become the comfortable stage for this grassroots celebration, and the tone is upbeat and welcoming. The town centre route gives the march visibility where shoppers and visitors can join in, and the atmosphere usually hums with colour and music.</w:t>
      </w:r>
      <w:r/>
    </w:p>
    <w:p>
      <w:r/>
      <w:r>
        <w:t>Organisers say the event is as much about being visible as it is about celebration, and that community roots matter , Lanarkshire Pride CIC runs activities all year, not just on one Saturday. If you’ve never been to a town-centre Pride, expect people of all ages, banners, loud music and that warm, inclusive buzz.</w:t>
      </w:r>
      <w:r/>
    </w:p>
    <w:p>
      <w:pPr>
        <w:pStyle w:val="Heading2"/>
      </w:pPr>
      <w:r>
        <w:t>Who’s headlining and why it matters</w:t>
      </w:r>
      <w:r/>
    </w:p>
    <w:p>
      <w:r/>
      <w:r>
        <w:t>Cheryl The Queen, who made her name on RuPaul’s Drag Race UK, will perform after the march returns to the main stage. Drag performers bring theatre, humour and sometimes sharp social commentary, so her slot usually draws a big crowd and lots of camera phones.</w:t>
      </w:r>
      <w:r/>
    </w:p>
    <w:p>
      <w:r/>
      <w:r>
        <w:t>Drag talent has become a staple of British Pride events because it’s entertaining and inclusive; it also helps attract wider attention and footfall for community stalls and charities. If you want a good spot for photos, arrive early and stake out a place near the stage.</w:t>
      </w:r>
      <w:r/>
    </w:p>
    <w:p>
      <w:pPr>
        <w:pStyle w:val="Heading2"/>
      </w:pPr>
      <w:r>
        <w:t>What you’ll find on Quarry Street , food, stalls and practicalities</w:t>
      </w:r>
      <w:r/>
    </w:p>
    <w:p>
      <w:r/>
      <w:r>
        <w:t>Stalls open from 10am and the stage programme starts at 11.30am, so there’s time to browse before the march forms. Expect market traders selling crafts and Pride gear, information tents from local support groups, an outdoor bar and family-friendly activities scattered along the route.</w:t>
      </w:r>
      <w:r/>
    </w:p>
    <w:p>
      <w:r/>
      <w:r>
        <w:t>A few tips: wear comfortable shoes for walking the route, bring a reusable bottle (stall water points are often available), and check social channels for last-minute weather updates. If you need quiet or calmer spaces, ask at the information stalls , organisers usually plan with accessibility in mind.</w:t>
      </w:r>
      <w:r/>
    </w:p>
    <w:p>
      <w:pPr>
        <w:pStyle w:val="Heading2"/>
      </w:pPr>
      <w:r>
        <w:t>Pride Connect and the wider impact beyond the day</w:t>
      </w:r>
      <w:r/>
    </w:p>
    <w:p>
      <w:r/>
      <w:r>
        <w:t>Lanarkshire Pride isn’t just a one-off party. The organisers highlight Pride Connect, a programme offering social support and safe meetup spaces for LGBTQ+ people across the area. That continuity is the reason many local people find real benefit , it’s visibility plus ongoing connection.</w:t>
      </w:r>
      <w:r/>
    </w:p>
    <w:p>
      <w:r/>
      <w:r>
        <w:t>Local sponsorships, like the one from Specsavers Hamilton this year, show how town businesses can back social events while practical volunteers and funders make the logistics happen. The result is both celebratory and purposeful: a day that strengthens networks as well as lifts spirits.</w:t>
      </w:r>
      <w:r/>
    </w:p>
    <w:p>
      <w:pPr>
        <w:pStyle w:val="Heading2"/>
      </w:pPr>
      <w:r>
        <w:t>How to make the most of the day , practical advice</w:t>
      </w:r>
      <w:r/>
    </w:p>
    <w:p>
      <w:r/>
      <w:r>
        <w:t>Arrive early if you want to catch the full entertainment line-up and avoid the busiest post-march crowds. Bring cash and card , stalls vary , and layer up for Scottish weather, which can flip between sun and showers. If you’re coming with kids, plan a meeting point beforehand in case of separation; main stage areas are good landmarks.</w:t>
      </w:r>
      <w:r/>
    </w:p>
    <w:p>
      <w:r/>
      <w:r>
        <w:t>If you want to support beyond attendance, look for volunteer opportunities or donate to local LGBTQ+ services promoted on the day. Small gestures help keep year-round programmes like Pride Connect running.</w:t>
      </w:r>
      <w:r/>
    </w:p>
    <w:p>
      <w:r/>
      <w:r>
        <w:t>It's a small change that can make every visit to Pride a kinder, more connected experience.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https://www.dailyrecord.co.uk/in-your-area/lanarkshire/lanarkshire-pride-return-hamilton-fourth-37481986</w:t>
        </w:r>
      </w:hyperlink>
      <w:r>
        <w:t xml:space="preserve"> - Please view link - unable to able to access data</w:t>
      </w:r>
      <w:r/>
    </w:p>
    <w:p>
      <w:pPr>
        <w:pStyle w:val="ListNumber"/>
        <w:spacing w:line="240" w:lineRule="auto"/>
        <w:ind w:left="720"/>
      </w:pPr>
      <w:r/>
      <w:hyperlink r:id="rId10">
        <w:r>
          <w:rPr>
            <w:color w:val="0000EE"/>
            <w:u w:val="single"/>
          </w:rPr>
          <w:t>https://www.whatsonlanarkshire.co.uk/event/118752-pride-south-lanarkshire/</w:t>
        </w:r>
      </w:hyperlink>
      <w:r>
        <w:t xml:space="preserve"> - Lanarkshire Pride is set to return to Hamilton Town Centre on Saturday, 1st August 2026. The event will commence at 11:30 am, featuring a Pride March through the town centre at 2:00 pm, and conclude at 4:00 pm. Organised by Lanarkshire Pride CIC, the celebration aims to bring together the community, allies, and organisations for a day of visibility, connection, and celebration. The event is free to attend and will include live entertainment and a warm, inclusive atmosphere. For more details, visit the event website.</w:t>
      </w:r>
      <w:r/>
    </w:p>
    <w:p>
      <w:pPr>
        <w:pStyle w:val="ListNumber"/>
        <w:spacing w:line="240" w:lineRule="auto"/>
        <w:ind w:left="720"/>
      </w:pPr>
      <w:r/>
      <w:hyperlink r:id="rId11">
        <w:r>
          <w:rPr>
            <w:color w:val="0000EE"/>
            <w:u w:val="single"/>
          </w:rPr>
          <w:t>https://www.cheryldragqueen.com/about</w:t>
        </w:r>
      </w:hyperlink>
      <w:r>
        <w:t xml:space="preserve"> - Cheryl, the self-proclaimed 'Mediocre' queen of Essex, is far from mediocre. After reaching the Top 4 on RuPaul’s Drag Race UK in 2019, Cheryl has been unstoppable, performing across the country and entertaining globally on her social media platforms. She has been featured in Virgin Media’s Christmas campaign, appeared regularly on Netflix’s 'I Like To Watch' YouTube series, and hosts the 'Girl Group Gossip' podcast. Cheryl has also participated in MTV’s 'Celebs on The Farm' and other TV credits such as Celebrity Juice and BBC’s Strictly Frocked Up.</w:t>
      </w:r>
      <w:r/>
    </w:p>
    <w:p>
      <w:pPr>
        <w:pStyle w:val="ListNumber"/>
        <w:spacing w:line="240" w:lineRule="auto"/>
        <w:ind w:left="720"/>
      </w:pPr>
      <w:r/>
      <w:hyperlink r:id="rId13">
        <w:r>
          <w:rPr>
            <w:color w:val="0000EE"/>
            <w:u w:val="single"/>
          </w:rPr>
          <w:t>https://en.wikipedia.org/wiki/RuPaul%27s_Drag_Race_UK</w:t>
        </w:r>
      </w:hyperlink>
      <w:r>
        <w:t xml:space="preserve"> - RuPaul's Drag Race UK is a British reality competition television series based on the American series RuPaul's Drag Race. The show features drag queens competing in various challenges, including fashion, performance, and acting. The first series premiered in 2019, with subsequent series continuing to showcase the talents of drag performers from across the UK. The series has been praised for its diverse representation and has gained a significant following both in the UK and internationally.</w:t>
      </w:r>
      <w:r/>
    </w:p>
    <w:p>
      <w:pPr>
        <w:pStyle w:val="ListNumber"/>
        <w:spacing w:line="240" w:lineRule="auto"/>
        <w:ind w:left="720"/>
      </w:pPr>
      <w:r/>
      <w:hyperlink r:id="rId12">
        <w:r>
          <w:rPr>
            <w:color w:val="0000EE"/>
            <w:u w:val="single"/>
          </w:rPr>
          <w:t>https://en.wikipedia.org/wiki/Cheryl_%28drag_queen%29</w:t>
        </w:r>
      </w:hyperlink>
      <w:r>
        <w:t xml:space="preserve"> - Cheryl, born George Underwood-Bleach, is a British drag performer known for competing on the first series of RuPaul's Drag Race UK in 2019. She reached the Top 4 and was known for her impersonation of Cheryl Cole. After the show, Cheryl embarked on a UK tour, appeared in Virgin Media's Christmas campaign, and started the 'Girl Group Gossip' podcast. She has also appeared on BBC's Celebrity MasterChef and participated in Canada's Drag Race: Canada vs. the World, placing in the Top 4.</w:t>
      </w:r>
      <w:r/>
    </w:p>
    <w:p>
      <w:pPr>
        <w:pStyle w:val="ListNumber"/>
        <w:spacing w:line="240" w:lineRule="auto"/>
        <w:ind w:left="720"/>
      </w:pPr>
      <w:r/>
      <w:hyperlink r:id="rId14">
        <w:r>
          <w:rPr>
            <w:color w:val="0000EE"/>
            <w:u w:val="single"/>
          </w:rPr>
          <w:t>https://en.wikipedia.org/wiki/RuPaul%27s_Drag_Race:UK_vs._the_World_series_1</w:t>
        </w:r>
      </w:hyperlink>
      <w:r>
        <w:t xml:space="preserve"> - RuPaul's Drag Race: UK vs. the World is a spin-off of RuPaul's Drag Race, featuring contestants from various international versions competing against each other. The first series aired in 2022, with Blu Hydrangea emerging as the winner. The series showcased the talents of drag performers from different countries, providing a platform for international collaboration and competition within the drag community.</w:t>
      </w:r>
      <w:r/>
    </w:p>
    <w:p>
      <w:pPr>
        <w:pStyle w:val="ListNumber"/>
        <w:spacing w:line="240" w:lineRule="auto"/>
        <w:ind w:left="720"/>
      </w:pPr>
      <w:r/>
      <w:hyperlink r:id="rId15">
        <w:r>
          <w:rPr>
            <w:color w:val="0000EE"/>
            <w:u w:val="single"/>
          </w:rPr>
          <w:t>https://www.dazeddigital.com/film-tv/article/46897/1/the-five-shadiest-moments-on-rupaul-s-drag-race-uk</w:t>
        </w:r>
      </w:hyperlink>
      <w:r>
        <w:t xml:space="preserve"> - An article from Dazed highlights the five shadiest moments on RuPaul’s Drag Race UK. The piece delves into the drama and conflicts that unfolded during the series, providing insights into the dynamics between contestants and the challenges they faced. It offers a retrospective look at the most memorable and controversial moments that left viewers captivated and discussing long after the episodes aired.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record.co.uk/in-your-area/lanarkshire/lanarkshire-pride-return-hamilton-fourth-37481986" TargetMode="External"/><Relationship Id="rId10" Type="http://schemas.openxmlformats.org/officeDocument/2006/relationships/hyperlink" Target="https://www.whatsonlanarkshire.co.uk/event/118752-pride-south-lanarkshire/" TargetMode="External"/><Relationship Id="rId11" Type="http://schemas.openxmlformats.org/officeDocument/2006/relationships/hyperlink" Target="https://www.cheryldragqueen.com/about" TargetMode="External"/><Relationship Id="rId12" Type="http://schemas.openxmlformats.org/officeDocument/2006/relationships/hyperlink" Target="https://en.wikipedia.org/wiki/Cheryl_%28drag_queen%29" TargetMode="External"/><Relationship Id="rId13" Type="http://schemas.openxmlformats.org/officeDocument/2006/relationships/hyperlink" Target="https://en.wikipedia.org/wiki/RuPaul%27s_Drag_Race_UK" TargetMode="External"/><Relationship Id="rId14" Type="http://schemas.openxmlformats.org/officeDocument/2006/relationships/hyperlink" Target="https://en.wikipedia.org/wiki/RuPaul%27s_Drag_Race:UK_vs._the_World_series_1" TargetMode="External"/><Relationship Id="rId15" Type="http://schemas.openxmlformats.org/officeDocument/2006/relationships/hyperlink" Target="https://www.dazeddigital.com/film-tv/article/46897/1/the-five-shadiest-moments-on-rupaul-s-drag-race-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