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Indoor Events at Fierté Montreal Pride 2026: Tickets, Parties and Shows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are lining up for Montreal’s big Pride anniversary , Fierté Montreal Pride turns 20 with 10 days of indoor music, comedy, dance and community events that matter. From raves and waacking battles to two‑spirit shows and daytime BBQs, here’s a compact guide to the ticketed highlights and what to expect.</w:t>
      </w:r>
      <w:r/>
    </w:p>
    <w:p>
      <w:r/>
      <w:r>
        <w:t>Essential Takeaways</w:t>
      </w:r>
      <w:r/>
      <w:r/>
    </w:p>
    <w:p>
      <w:pPr>
        <w:pStyle w:val="ListBullet"/>
        <w:spacing w:line="240" w:lineRule="auto"/>
        <w:ind w:left="720"/>
      </w:pPr>
      <w:r/>
      <w:r>
        <w:rPr>
          <w:b/>
        </w:rPr>
        <w:t>Big anniversary:</w:t>
      </w:r>
      <w:r>
        <w:t xml:space="preserve"> Fierté Montreal Pride runs July 31–Aug 9 with a packed slate of indoor ticketed events alongside free outdoor programming.</w:t>
      </w:r>
      <w:r/>
    </w:p>
    <w:p>
      <w:pPr>
        <w:pStyle w:val="ListBullet"/>
        <w:spacing w:line="240" w:lineRule="auto"/>
        <w:ind w:left="720"/>
      </w:pPr>
      <w:r/>
      <w:r>
        <w:rPr>
          <w:b/>
        </w:rPr>
        <w:t>Music and two‑spirit spotlight:</w:t>
      </w:r>
      <w:r>
        <w:t xml:space="preserve"> Indigenous and two‑spirit artists headline a Le National concert that mixes stirring vocals and poetry.</w:t>
      </w:r>
      <w:r/>
    </w:p>
    <w:p>
      <w:pPr>
        <w:pStyle w:val="ListBullet"/>
        <w:spacing w:line="240" w:lineRule="auto"/>
        <w:ind w:left="720"/>
      </w:pPr>
      <w:r/>
      <w:r>
        <w:rPr>
          <w:b/>
        </w:rPr>
        <w:t>Late‑night clubbing:</w:t>
      </w:r>
      <w:r>
        <w:t xml:space="preserve"> Multiple raves and immersive parties at Club Soda and SAT promise trancey DJs, drag performances and high production visuals.</w:t>
      </w:r>
      <w:r/>
    </w:p>
    <w:p>
      <w:pPr>
        <w:pStyle w:val="ListBullet"/>
        <w:spacing w:line="240" w:lineRule="auto"/>
        <w:ind w:left="720"/>
      </w:pPr>
      <w:r/>
      <w:r>
        <w:rPr>
          <w:b/>
        </w:rPr>
        <w:t>Varied vibes:</w:t>
      </w:r>
      <w:r>
        <w:t xml:space="preserve"> Expect everything from a sensual dome party to a playful naked reading, plus queer comedy and a daytime Pride BBQ.</w:t>
      </w:r>
      <w:r/>
    </w:p>
    <w:p>
      <w:pPr>
        <w:pStyle w:val="ListBullet"/>
        <w:spacing w:line="240" w:lineRule="auto"/>
        <w:ind w:left="720"/>
      </w:pPr>
      <w:r/>
      <w:r>
        <w:rPr>
          <w:b/>
        </w:rPr>
        <w:t>Practical:</w:t>
      </w:r>
      <w:r>
        <w:t xml:space="preserve"> Tickets range broadly , plan ahead for popular nights and check community discounts for Indigenous and 2Spirit attendees.</w:t>
      </w:r>
      <w:r/>
      <w:r/>
    </w:p>
    <w:p>
      <w:pPr>
        <w:pStyle w:val="Heading2"/>
      </w:pPr>
      <w:r>
        <w:t>A headline concert that centres Indigenous and two‑spirit voices</w:t>
      </w:r>
      <w:r/>
    </w:p>
    <w:p>
      <w:r/>
      <w:r>
        <w:t>If you want something soulful and unforgettable, the Le National evening featuring Laura Niquay and Jeremy Dutcher is the pick. Dutcher’s voice and storytelling can still stop a room, and Niquay brings a full‑band energy that’s warm and immersive. Organisers have framed this as a cultural highlight of the festival, a reminder that Pride programming isn’t just parties but also vital art and history. Buy tickets early, and note there are concessions for Indigenous and 2Spirit attendees.</w:t>
      </w:r>
      <w:r/>
    </w:p>
    <w:p>
      <w:pPr>
        <w:pStyle w:val="Heading2"/>
      </w:pPr>
      <w:r>
        <w:t>Waacking battles and queer dance culture are front and centre</w:t>
      </w:r>
      <w:r/>
    </w:p>
    <w:p>
      <w:r/>
      <w:r>
        <w:t>One of Pride’s recurring joys is how it showcases dance styles with deep cultural roots; the waacking battle returns with top talents ready to throw down. The event is billed as Canada’s biggest waacking showdown, so expect theatrical costume, dramatic arm work and fierce crowd engagement. For dancers and curious spectators alike, it’s a chance to see technique and personality collide , arrive early to grab a good spot and soak up the electric atmosphere.</w:t>
      </w:r>
      <w:r/>
    </w:p>
    <w:p>
      <w:pPr>
        <w:pStyle w:val="Heading2"/>
      </w:pPr>
      <w:r>
        <w:t>Club Soda nights: raves, drag and late‑night energy</w:t>
      </w:r>
      <w:r/>
    </w:p>
    <w:p>
      <w:r/>
      <w:r>
        <w:t>Club Soda’s slate looks built for those who love to dance until dawn. From an immersive rave hosted by Sisi Superstar to the La Soirée 100% Drag afterparty, the venue will host both international DJs and homegrown performers. These nights lean into high‑energy production and playful staging, with drag interludes keeping the mood theatrical. If you’re picking between club nights, check the lineups and door times , some run past 3 a.m., so plan your transport.</w:t>
      </w:r>
      <w:r/>
    </w:p>
    <w:p>
      <w:pPr>
        <w:pStyle w:val="Heading2"/>
      </w:pPr>
      <w:r>
        <w:t>Pleasuredome at SAT: a sensual, cinematic dome experience</w:t>
      </w:r>
      <w:r/>
    </w:p>
    <w:p>
      <w:r/>
      <w:r>
        <w:t>The Satosphere‑based Pleasuredome promises one of the festival’s most visually striking nights, with trancey sets under a dome of visuals and lighting. Promoters are leaning into a hedonistic, immersive vibe , think late‑night, pulsing beats and a club crowd that’s there for the full sensory trip. It’s pricier than some other events, but if you enjoy layered production and DJs from different cities, it’s worth the splurge. Dress for the club and expect a warm, packed room.</w:t>
      </w:r>
      <w:r/>
    </w:p>
    <w:p>
      <w:pPr>
        <w:pStyle w:val="Heading2"/>
      </w:pPr>
      <w:r>
        <w:t>Quirky, intimate and daytime options: poetry, comedy and the Pride BBQ</w:t>
      </w:r>
      <w:r/>
    </w:p>
    <w:p>
      <w:r/>
      <w:r>
        <w:t>Not everything is after dark. A naked reading night offers a quirky, intimate theatre experience for those curious about bold performance art, while the festival’s queer comedy showcase brings local stand‑up talent for a guaranteed laugh. On the more relaxed side, the Pride BBQ on Terrasse Nacarat is a daytime ticketed event with DJs and drag , great if you want sun, food and a more social pace. These options are perfect for festivalgoers who prefer conversation and performance over late‑night hedonics.</w:t>
      </w:r>
      <w:r/>
    </w:p>
    <w:p>
      <w:pPr>
        <w:pStyle w:val="Heading2"/>
      </w:pPr>
      <w:r>
        <w:t>How to pick events and practical tips</w:t>
      </w:r>
      <w:r/>
    </w:p>
    <w:p>
      <w:r/>
      <w:r>
        <w:t>With a 10‑day window and ticket prices that vary, a little planning pays off. Prioritise headline or limited‑capacity shows first, watch for community ticketing options, and layer in one late‑night club night with a daytime event so you don’t burn out. For transport, note some parties end in the early hours; rideshares and late public transit routes will be your friends. And if you care about representation, look for events explicitly supporting Indigenous, two‑spirit and grassroots community groups.</w:t>
      </w:r>
      <w:r/>
    </w:p>
    <w:p>
      <w:r/>
      <w:r>
        <w:t>It’s a festival that balances spectacle with community care , pick a few nights that match your vibe and enjoy the range.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4">
        <w:r>
          <w:rPr>
            <w:color w:val="0000EE"/>
            <w:u w:val="single"/>
          </w:rPr>
          <w:t>[3]</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5">
        <w:r>
          <w:rPr>
            <w:color w:val="0000EE"/>
            <w:u w:val="single"/>
          </w:rPr>
          <w:t>[4]</w:t>
        </w:r>
      </w:hyperlink>
      <w:r>
        <w:t xml:space="preserve">- Paragraph 6: </w:t>
      </w:r>
      <w:hyperlink r:id="rId11">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https://cultmtl.com/2026/07/all-the-parties-plays-comedy-dance-shows-other-indoor-events-fierte-montreal-pride-2026/</w:t>
        </w:r>
      </w:hyperlink>
      <w:r>
        <w:t xml:space="preserve"> - Please view link - unable to able to access data</w:t>
      </w:r>
      <w:r/>
    </w:p>
    <w:p>
      <w:pPr>
        <w:pStyle w:val="ListNumber"/>
        <w:spacing w:line="240" w:lineRule="auto"/>
        <w:ind w:left="720"/>
      </w:pPr>
      <w:r/>
      <w:hyperlink r:id="rId10">
        <w:r>
          <w:rPr>
            <w:color w:val="0000EE"/>
            <w:u w:val="single"/>
          </w:rPr>
          <w:t>https://fiertemontreal.com/en/festival/events?eventType=party</w:t>
        </w:r>
      </w:hyperlink>
      <w:r>
        <w:t xml:space="preserve"> - The official Fierté Montréal website provides a comprehensive list of events for the 2026 festival, including parties, performances, and community gatherings. Notable events include the Pride Parade on August 9, 2026, and Community Days on August 7 and 8, 2026. The festival features a diverse lineup of artists and activities, celebrating 2SLGBTQIA+ communities and their rights. The website offers detailed information on event schedules, ticketing, and venues, ensuring attendees can plan their participation effectively. For the most accurate and up-to-date information, visiting the official website is recommended.</w:t>
      </w:r>
      <w:r/>
    </w:p>
    <w:p>
      <w:pPr>
        <w:pStyle w:val="ListNumber"/>
        <w:spacing w:line="240" w:lineRule="auto"/>
        <w:ind w:left="720"/>
      </w:pPr>
      <w:r/>
      <w:hyperlink r:id="rId14">
        <w:r>
          <w:rPr>
            <w:color w:val="0000EE"/>
            <w:u w:val="single"/>
          </w:rPr>
          <w:t>https://sat.qc.ca/en/events/pleasuredome-vol-4-edition-fierte-montreal-presente-par-apretude/</w:t>
        </w:r>
      </w:hyperlink>
      <w:r>
        <w:t xml:space="preserve"> - The Société des arts technologiques (SAT) presents Pleasuredome Vol. 4 Édition Fierté Montréal, an immersive event held on August 1 and 2, 2026. The event transforms the SAT dome, known as the Satosphère, into a vibrant space celebrating sensuality and sexual diversity. Attendees can expect DJ sets from William Francis, Delicious, DJ Hermano, and West End Gays, accompanied by captivating visual effects. The event is presented by ViiV Healthcare and is open to individuals aged 18 and over. Tickets are available in early bird, general admission, and last chance categories.</w:t>
      </w:r>
      <w:r/>
    </w:p>
    <w:p>
      <w:pPr>
        <w:pStyle w:val="ListNumber"/>
        <w:spacing w:line="240" w:lineRule="auto"/>
        <w:ind w:left="720"/>
      </w:pPr>
      <w:r/>
      <w:hyperlink r:id="rId15">
        <w:r>
          <w:rPr>
            <w:color w:val="0000EE"/>
            <w:u w:val="single"/>
          </w:rPr>
          <w:t>https://ra.co/events/2483332</w:t>
        </w:r>
      </w:hyperlink>
      <w:r>
        <w:t xml:space="preserve"> - UNIKORN VOL. 4 | ÉDITION FIERTÉ MONTRÉAL is an underground rave event scheduled for August 1, 2026, at Club Soda in Montreal. The event features a lineup of artists including Sisi Superstar, Awwful, DJ OZA, Luna Dubois, KINGCHELLA, DJ Odile, and Serena Smith. The night promises an immersive experience with trance beats, club pop, and explosive drag performances. The event is presented in a standing format, with limited seating available on the balcony. Accessibility features are in place, and attendees with reduced mobility are encouraged to contact the organisers in advance.</w:t>
      </w:r>
      <w:r/>
    </w:p>
    <w:p>
      <w:pPr>
        <w:pStyle w:val="ListNumber"/>
        <w:spacing w:line="240" w:lineRule="auto"/>
        <w:ind w:left="720"/>
      </w:pPr>
      <w:r/>
      <w:hyperlink r:id="rId11">
        <w:r>
          <w:rPr>
            <w:color w:val="0000EE"/>
            <w:u w:val="single"/>
          </w:rPr>
          <w:t>https://pridepulse.ca/pride-events-in-montreal-2026-guide-with-dates-times/</w:t>
        </w:r>
      </w:hyperlink>
      <w:r>
        <w:t xml:space="preserve"> - Pride Pulse offers a guide to top Montreal Pride events for 2026, highlighting key festivities and their schedules. The Mega T-Dance, a signature event of Montreal Pride, is expected to take place on Sunday, August 9, 2026, following the Pride Parade. This event transforms Olympic Park into a giant outdoor dancefloor, featuring international DJs, electronic music, live performers, and thousands of attendees dancing late into the evening. The guide provides insights into various events, helping attendees plan their participation in Montreal's vibrant Pride celebrations.</w:t>
      </w:r>
      <w:r/>
    </w:p>
    <w:p>
      <w:pPr>
        <w:pStyle w:val="ListNumber"/>
        <w:spacing w:line="240" w:lineRule="auto"/>
        <w:ind w:left="720"/>
      </w:pPr>
      <w:r/>
      <w:hyperlink r:id="rId12">
        <w:r>
          <w:rPr>
            <w:color w:val="0000EE"/>
            <w:u w:val="single"/>
          </w:rPr>
          <w:t>https://montrealcentreville.ca/en/events/montreal-pride-festival-2026/</w:t>
        </w:r>
      </w:hyperlink>
      <w:r>
        <w:t xml:space="preserve"> - Montreal Centre-Ville provides information on the Montreal Pride Festival 2026, scheduled from July 31 to August 9, 2026. The festival transforms downtown Montreal into a vibrant celebration with performances, live shows, cultural events, and community gatherings that highlight 2SLGBTQIA+ communities. The theme for the 2026 edition is 'Shine Together!', celebrating the strength found in community and the importance of visibility for every identity. The festival includes concerts, cultural experiences, and moments of connection throughout the city, inviting everyone to celebrate diversity in all its forms.</w:t>
      </w:r>
      <w:r/>
    </w:p>
    <w:p>
      <w:pPr>
        <w:pStyle w:val="ListNumber"/>
        <w:spacing w:line="240" w:lineRule="auto"/>
        <w:ind w:left="720"/>
      </w:pPr>
      <w:r/>
      <w:hyperlink r:id="rId13">
        <w:r>
          <w:rPr>
            <w:color w:val="0000EE"/>
            <w:u w:val="single"/>
          </w:rPr>
          <w:t>https://ma.to/event/festival-fierte-montreal-31-jul-2026</w:t>
        </w:r>
      </w:hyperlink>
      <w:r>
        <w:t xml:space="preserve"> - Mato provides details on the Festival Fierté Montréal 2026, celebrating its 20th edition from July 31 to August 10, 2026. The festival features over 150 local and emerging artists across two main hubs: the Olympic Park esplanade and the Village. Highlights include the Cabaret Village, featuring spontaneous drag, burlesque, and draglesque performances from August 3 to 6 on Rue Sainte-Catherine Est. The festival aims to celebrate diversity and 2SLGBTQIA+ communities, offering a rich program of activities, events, and parties.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ultmtl.com/2026/07/all-the-parties-plays-comedy-dance-shows-other-indoor-events-fierte-montreal-pride-2026/" TargetMode="External"/><Relationship Id="rId10" Type="http://schemas.openxmlformats.org/officeDocument/2006/relationships/hyperlink" Target="https://fiertemontreal.com/en/festival/events?eventType=party" TargetMode="External"/><Relationship Id="rId11" Type="http://schemas.openxmlformats.org/officeDocument/2006/relationships/hyperlink" Target="https://pridepulse.ca/pride-events-in-montreal-2026-guide-with-dates-times/" TargetMode="External"/><Relationship Id="rId12" Type="http://schemas.openxmlformats.org/officeDocument/2006/relationships/hyperlink" Target="https://montrealcentreville.ca/en/events/montreal-pride-festival-2026/" TargetMode="External"/><Relationship Id="rId13" Type="http://schemas.openxmlformats.org/officeDocument/2006/relationships/hyperlink" Target="https://ma.to/event/festival-fierte-montreal-31-jul-2026" TargetMode="External"/><Relationship Id="rId14" Type="http://schemas.openxmlformats.org/officeDocument/2006/relationships/hyperlink" Target="https://sat.qc.ca/en/events/pleasuredome-vol-4-edition-fierte-montreal-presente-par-apretude/" TargetMode="External"/><Relationship Id="rId15" Type="http://schemas.openxmlformats.org/officeDocument/2006/relationships/hyperlink" Target="https://ra.co/events/24833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