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Heartstopper Moments That Help LGBTQ+ Fans Feel Seen and Hopeful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feel‑good queer stories: Heartstopper has become a touchstone for fans old and young, offering a gentle, joyful portrayal of LGBTQ+ life that many say heals, connects and restores hope , and its feature‑length finale, Heartstopper Forever, lands in July 2026.</w:t>
      </w:r>
      <w:r/>
    </w:p>
    <w:p>
      <w:r/>
      <w:r>
        <w:t>Essential Takeaways</w:t>
      </w:r>
      <w:r/>
      <w:r/>
    </w:p>
    <w:p>
      <w:pPr>
        <w:pStyle w:val="ListBullet"/>
        <w:spacing w:line="240" w:lineRule="auto"/>
        <w:ind w:left="720"/>
      </w:pPr>
      <w:r/>
      <w:r>
        <w:rPr>
          <w:b/>
        </w:rPr>
        <w:t>Broad appeal:</w:t>
      </w:r>
      <w:r>
        <w:t xml:space="preserve"> Heartstopper draws fans aged 18 to 74, showing its emotional reach across generations.</w:t>
      </w:r>
      <w:r/>
    </w:p>
    <w:p>
      <w:pPr>
        <w:pStyle w:val="ListBullet"/>
        <w:spacing w:line="240" w:lineRule="auto"/>
        <w:ind w:left="720"/>
      </w:pPr>
      <w:r/>
      <w:r>
        <w:rPr>
          <w:b/>
        </w:rPr>
        <w:t>Queer joy over trauma:</w:t>
      </w:r>
      <w:r>
        <w:t xml:space="preserve"> The show foregrounds gentle romance and community rather than trauma porn, creating an uplifting tone.</w:t>
      </w:r>
      <w:r/>
    </w:p>
    <w:p>
      <w:pPr>
        <w:pStyle w:val="ListBullet"/>
        <w:spacing w:line="240" w:lineRule="auto"/>
        <w:ind w:left="720"/>
      </w:pPr>
      <w:r/>
      <w:r>
        <w:rPr>
          <w:b/>
        </w:rPr>
        <w:t>Community substitute:</w:t>
      </w:r>
      <w:r>
        <w:t xml:space="preserve"> For some viewers, the on‑screen friend group functions as a temporary or lasting queer community.</w:t>
      </w:r>
      <w:r/>
    </w:p>
    <w:p>
      <w:pPr>
        <w:pStyle w:val="ListBullet"/>
        <w:spacing w:line="240" w:lineRule="auto"/>
        <w:ind w:left="720"/>
      </w:pPr>
      <w:r/>
      <w:r>
        <w:rPr>
          <w:b/>
        </w:rPr>
        <w:t>Cultural impact:</w:t>
      </w:r>
      <w:r>
        <w:t xml:space="preserve"> The series is credited with shifting mainstream appetite toward explicitly queer love stories.</w:t>
      </w:r>
      <w:r/>
    </w:p>
    <w:p>
      <w:pPr>
        <w:pStyle w:val="ListBullet"/>
        <w:spacing w:line="240" w:lineRule="auto"/>
        <w:ind w:left="720"/>
      </w:pPr>
      <w:r/>
      <w:r>
        <w:rPr>
          <w:b/>
        </w:rPr>
        <w:t>Practical comfort:</w:t>
      </w:r>
      <w:r>
        <w:t xml:space="preserve"> Fans report the show is calming , easy to watch, emotionally warm, and often rewatched.</w:t>
      </w:r>
      <w:r/>
      <w:r/>
    </w:p>
    <w:p>
      <w:pPr>
        <w:pStyle w:val="Heading2"/>
      </w:pPr>
      <w:r>
        <w:t>Why Heartstopper feels like a balm right now</w:t>
      </w:r>
      <w:r/>
    </w:p>
    <w:p>
      <w:r/>
      <w:r>
        <w:t>Heartstopper hits like a warm, reassuring hug , soft colours, careful pacing, and characters who cheer each other on. According to interviews with more than 50 fans, that's exactly what many viewers needed: a break from harsher queer narratives and from the political storms buffeting LGBTQ+ visibility. UPI and reporting republished from academic interviews both highlight how fans use the show as emotional medicine after bad days, politics or personal setbacks, replaying favourite scenes until they feel steadier.</w:t>
      </w:r>
      <w:r/>
    </w:p>
    <w:p>
      <w:r/>
      <w:r>
        <w:t>The creators chose to centre queer joy, not endless suffering, and that choice is vivid in every frame. Fans have described the series as healing, imagining alternate, kinder adolescent experiences for themselves, a phenomenon researchers call wishful reprocessing. That emotional safety makes the show not just entertainment but a resource for wellbeing.</w:t>
      </w:r>
      <w:r/>
    </w:p>
    <w:p>
      <w:r/>
      <w:r>
        <w:t>If you need something restorative tonight, pick an episode that focuses on small victories , first kisses, friendships, laughs. Those quiet scenes are exactly why people come back.</w:t>
      </w:r>
      <w:r/>
    </w:p>
    <w:p>
      <w:pPr>
        <w:pStyle w:val="Heading2"/>
      </w:pPr>
      <w:r>
        <w:t>How Heartstopper builds a believable queer community on screen</w:t>
      </w:r>
      <w:r/>
    </w:p>
    <w:p>
      <w:r/>
      <w:r>
        <w:t>One of the show's strengths is its ensemble: a messy, diverse friend group that feels lived‑in and reassuring. Fans say that community on screen can stand in for an absent real‑world network, helping them feel less alone while they search for local groups or simply need company. The Guardian and Time profiles note how viewers connect with not only the leads but the supporting cast, whose own discoveries mirror viewers’ lives.</w:t>
      </w:r>
      <w:r/>
    </w:p>
    <w:p>
      <w:r/>
      <w:r>
        <w:t>That community depiction matters because representation often does double duty: it validates identity and supplies a template for connection. If you’re choosing what to watch, look for shows that let side characters breathe , they’re often the ones who make a series feel like a town you want to live in.</w:t>
      </w:r>
      <w:r/>
    </w:p>
    <w:p>
      <w:pPr>
        <w:pStyle w:val="Heading2"/>
      </w:pPr>
      <w:r>
        <w:t>Why older viewers are tuning in , nostalgia, healing and curiosity</w:t>
      </w:r>
      <w:r/>
    </w:p>
    <w:p>
      <w:r/>
      <w:r>
        <w:t>It's easy to assume a teen romance would only interest younger viewers, but Heartstopper’s adult fanbase tells a different story. People in their 50s, 60s and beyond say the series offers a bittersweet mirror to their youth, inviting them to revisit what might have been with tenderness rather than recrimination. The Conversation‑based interviews show fans using the show to process long‑buried memories and, in some cases, to reveal updated ways to present themselves in public or on dating profiles.</w:t>
      </w:r>
      <w:r/>
    </w:p>
    <w:p>
      <w:r/>
      <w:r>
        <w:t>For older viewers curious about modern queer life, this gentle narrative is a non‑threatening entry point. Try watching an episode with a younger friend or family member , it can make for meaningful conversation and bridge‑building.</w:t>
      </w:r>
      <w:r/>
    </w:p>
    <w:p>
      <w:pPr>
        <w:pStyle w:val="Heading2"/>
      </w:pPr>
      <w:r>
        <w:t>Heartstopper’s finale: what to expect and why it matters</w:t>
      </w:r>
      <w:r/>
    </w:p>
    <w:p>
      <w:r/>
      <w:r>
        <w:t>Heartstopper Forever arrives as a feature‑length capstone to three seasons, and reviews suggest it keeps the series’ warm tone while tying up character arcs. CinemaBlend and other outlets report that production changes and thoughtful casting choices aimed to preserve the integrity of the characters fans love. Critics have described the finale as a "warm, fuzzy" send‑off, which is precisely the emotional punch many viewers wanted.</w:t>
      </w:r>
      <w:r/>
    </w:p>
    <w:p>
      <w:r/>
      <w:r>
        <w:t>This matters beyond fandom. In a TV landscape where only a small percentage of characters are identified as LGBTQ+, the commercial and cultural success of a hopeful tale sends a signal to networks and streamers: there is appetite for queer stories that centre joy as much as struggle.</w:t>
      </w:r>
      <w:r/>
    </w:p>
    <w:p>
      <w:pPr>
        <w:pStyle w:val="Heading2"/>
      </w:pPr>
      <w:r>
        <w:t>Practical tips for getting more from Heartstopper and similar shows</w:t>
      </w:r>
      <w:r/>
    </w:p>
    <w:p>
      <w:r/>
      <w:r>
        <w:t>Watch with intention: pick times when you want comfort rather than heavy drama. Share episodes with people you want to connect to , family, friends, or a local queer group. If you’re seeking community, use the show as a conversation starter on social platforms or in meetups; many fans have formed local friendships this way. Finally, balance: look for other titles that explore different queer experiences so your media diet reflects complexity as well as joy.</w:t>
      </w:r>
      <w:r/>
    </w:p>
    <w:p>
      <w:r/>
      <w:r>
        <w:t>If you love the finale, explore other queer‑centred series praised for hopeful storytelling , they’re out there and gaining traction.</w:t>
      </w:r>
      <w:r/>
    </w:p>
    <w:p>
      <w:r/>
      <w:r>
        <w:t>It's a small change that can make every watch feel a little more hopeful.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13">
        <w:r>
          <w:rPr>
            <w:color w:val="0000EE"/>
            <w:u w:val="single"/>
          </w:rPr>
          <w:t>[3]</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https://ca.news.yahoo.com/heartstopper-helping-lgbtq-fans-hope-135218797.html</w:t>
        </w:r>
      </w:hyperlink>
      <w:r>
        <w:t xml:space="preserve"> - Please view link - unable to able to access data</w:t>
      </w:r>
      <w:r/>
    </w:p>
    <w:p>
      <w:pPr>
        <w:pStyle w:val="ListNumber"/>
        <w:spacing w:line="240" w:lineRule="auto"/>
        <w:ind w:left="720"/>
      </w:pPr>
      <w:r/>
      <w:hyperlink r:id="rId10">
        <w:r>
          <w:rPr>
            <w:color w:val="0000EE"/>
            <w:u w:val="single"/>
          </w:rPr>
          <w:t>https://www.upi.com/Entertainment_News/2026/07/27/Heartstopper-helping-fans-find-community-LGBTQ/5491785159504/</w:t>
        </w:r>
      </w:hyperlink>
      <w:r>
        <w:t xml:space="preserve"> - This article discusses the impact of the Netflix series 'Heartstopper' on LGBTQ+ fans, highlighting its positive portrayal of queer love and its role in fostering hope and community. It notes that only 9.3% of characters on American TV were identified as LGBTQ+ in the 2024-25 season, with 41% of those characters not returning for subsequent seasons, raising concerns about representation during politically uncertain times. The piece emphasizes 'Heartstopper's' significance in providing a rich, explicitly queer-focused narrative that resonates with viewers.</w:t>
      </w:r>
      <w:r/>
    </w:p>
    <w:p>
      <w:pPr>
        <w:pStyle w:val="ListNumber"/>
        <w:spacing w:line="240" w:lineRule="auto"/>
        <w:ind w:left="720"/>
      </w:pPr>
      <w:r/>
      <w:hyperlink r:id="rId13">
        <w:r>
          <w:rPr>
            <w:color w:val="0000EE"/>
            <w:u w:val="single"/>
          </w:rPr>
          <w:t>https://www.theguardian.com/tv-and-radio/2026/jul/23/heartstopper-netflix-end</w:t>
        </w:r>
      </w:hyperlink>
      <w:r>
        <w:t xml:space="preserve"> - This article reflects on the conclusion of 'Heartstopper,' a Netflix adaptation of Alice Oseman's young adult LGBTQ+ graphic novel series. It discusses the show's cultural impact, noting its role in providing a lifeline for LGBTQ+ viewers, especially older generations who lacked such representation in their youth. The piece also touches on the show's handling of serious topics like mental health, self-harm, and disordered eating, and its balance between realistic portrayal and hopeful messaging.</w:t>
      </w:r>
      <w:r/>
    </w:p>
    <w:p>
      <w:pPr>
        <w:pStyle w:val="ListNumber"/>
        <w:spacing w:line="240" w:lineRule="auto"/>
        <w:ind w:left="720"/>
      </w:pPr>
      <w:r/>
      <w:hyperlink r:id="rId12">
        <w:r>
          <w:rPr>
            <w:color w:val="0000EE"/>
            <w:u w:val="single"/>
          </w:rPr>
          <w:t>https://www.denofgeek.com/tv/heartstopper-tackles-lgbtq-bullying/</w:t>
        </w:r>
      </w:hyperlink>
      <w:r>
        <w:t xml:space="preserve"> - This article examines how 'Heartstopper' addresses LGBTQ+ bullying with sensitivity and grace. It highlights the series' optimistic portrayal of young love and its impact on the LGBTQ+ community. The piece discusses the characters of Nick and Charlie, emphasizing their contrasting personalities and the challenges they face, including bullying and self-discovery. It praises the show's ability to depict these issues in a way that feels both authentic and hopeful.</w:t>
      </w:r>
      <w:r/>
    </w:p>
    <w:p>
      <w:pPr>
        <w:pStyle w:val="ListNumber"/>
        <w:spacing w:line="240" w:lineRule="auto"/>
        <w:ind w:left="720"/>
      </w:pPr>
      <w:r/>
      <w:hyperlink r:id="rId11">
        <w:r>
          <w:rPr>
            <w:color w:val="0000EE"/>
            <w:u w:val="single"/>
          </w:rPr>
          <w:t>https://www.time.com/6301556/heartstopper-netflix-season-2-fans/</w:t>
        </w:r>
      </w:hyperlink>
      <w:r>
        <w:t xml:space="preserve"> - This article explores how 'Heartstopper' has helped young fans worldwide come to terms with their sexuality. It features personal accounts from viewers in Brazil and Hungary who felt less alone and more understood by watching the show. The piece highlights the series' representation of queer relationships and characters, including asexual and aromantic identities, and its positive influence in challenging the often negative narratives associated with queer media.</w:t>
      </w:r>
      <w:r/>
    </w:p>
    <w:p>
      <w:pPr>
        <w:pStyle w:val="ListNumber"/>
        <w:spacing w:line="240" w:lineRule="auto"/>
        <w:ind w:left="720"/>
      </w:pPr>
      <w:r/>
      <w:hyperlink r:id="rId14">
        <w:r>
          <w:rPr>
            <w:color w:val="0000EE"/>
            <w:u w:val="single"/>
          </w:rPr>
          <w:t>https://www.cinemablend.com/streaming-news/heartstopper-forever-replaced-key-cast-member-after-reading-book-i-get-it-olivia-colman</w:t>
        </w:r>
      </w:hyperlink>
      <w:r>
        <w:t xml:space="preserve"> - This article discusses the casting change in the final installment of the Netflix series 'Heartstopper,' titled 'Heartstopper Forever.' It addresses the recasting of Olivia Colman's role as Sarah Nelson with Anna Maxwell Martin, explaining that Colman was unavailable due to scheduling conflicts. The piece notes that the role's importance in the storyline's closure justifies the recast, and praises 'Heartstopper Forever' as a satisfying finale currently streaming on Netflix.</w:t>
      </w:r>
      <w:r/>
    </w:p>
    <w:p>
      <w:pPr>
        <w:pStyle w:val="ListNumber"/>
        <w:spacing w:line="240" w:lineRule="auto"/>
        <w:ind w:left="720"/>
      </w:pPr>
      <w:r/>
      <w:hyperlink r:id="rId15">
        <w:r>
          <w:rPr>
            <w:color w:val="0000EE"/>
            <w:u w:val="single"/>
          </w:rPr>
          <w:t>https://www.cinemablend.com/streaming-news/heartstopper-forever-reviews-warm-fuzzy-series-finale</w:t>
        </w:r>
      </w:hyperlink>
      <w:r>
        <w:t xml:space="preserve"> - This article reviews 'Heartstopper Forever,' the feature-length film finale of the Netflix series 'Heartstopper.' It highlights the film's emotional depth and fitting conclusion, noting that critics generally praise the finale as a 'warm, fuzzy' end to the series. The piece mentions some critiques, such as rushed pacing and sidelined supporting characters, but overall commends the film for its heartfelt farewell. 'Heartstopper Forever' is available for streaming on Netflix.</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heartstopper-helping-lgbtq-fans-hope-135218797.html" TargetMode="External"/><Relationship Id="rId10" Type="http://schemas.openxmlformats.org/officeDocument/2006/relationships/hyperlink" Target="https://www.upi.com/Entertainment_News/2026/07/27/Heartstopper-helping-fans-find-community-LGBTQ/5491785159504/" TargetMode="External"/><Relationship Id="rId11" Type="http://schemas.openxmlformats.org/officeDocument/2006/relationships/hyperlink" Target="https://www.time.com/6301556/heartstopper-netflix-season-2-fans/" TargetMode="External"/><Relationship Id="rId12" Type="http://schemas.openxmlformats.org/officeDocument/2006/relationships/hyperlink" Target="https://www.denofgeek.com/tv/heartstopper-tackles-lgbtq-bullying/" TargetMode="External"/><Relationship Id="rId13" Type="http://schemas.openxmlformats.org/officeDocument/2006/relationships/hyperlink" Target="https://www.theguardian.com/tv-and-radio/2026/jul/23/heartstopper-netflix-end" TargetMode="External"/><Relationship Id="rId14" Type="http://schemas.openxmlformats.org/officeDocument/2006/relationships/hyperlink" Target="https://www.cinemablend.com/streaming-news/heartstopper-forever-replaced-key-cast-member-after-reading-book-i-get-it-olivia-colman" TargetMode="External"/><Relationship Id="rId15" Type="http://schemas.openxmlformats.org/officeDocument/2006/relationships/hyperlink" Target="https://www.cinemablend.com/streaming-news/heartstopper-forever-reviews-warm-fuzzy-series-fina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