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Liverpool Pride’s Opening Party: Sugababes, Beth Ditto and Big Night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Bust out the sequins: Liverpool Pride’s opening party has landed, bringing Sugababes, Beth Ditto and a carnival of drag, disco and local talent to The Auditorium for a bold, celebratory start to Pride Week that promises inclusivity, big tunes and plenty of sparkle.</w:t>
      </w:r>
      <w:r/>
    </w:p>
    <w:p>
      <w:r/>
      <w:r>
        <w:t>Essential Takeaways</w:t>
      </w:r>
      <w:r/>
      <w:r/>
    </w:p>
    <w:p>
      <w:pPr>
        <w:pStyle w:val="ListBullet"/>
        <w:spacing w:line="240" w:lineRule="auto"/>
        <w:ind w:left="720"/>
      </w:pPr>
      <w:r/>
      <w:r>
        <w:rPr>
          <w:b/>
        </w:rPr>
        <w:t>Headline acts:</w:t>
      </w:r>
      <w:r>
        <w:t xml:space="preserve"> Sugababes top the bill, joined by Beth Ditto’s first solo Liverpool show. </w:t>
      </w:r>
      <w:r/>
    </w:p>
    <w:p>
      <w:pPr>
        <w:pStyle w:val="ListBullet"/>
        <w:spacing w:line="240" w:lineRule="auto"/>
        <w:ind w:left="720"/>
      </w:pPr>
      <w:r/>
      <w:r>
        <w:rPr>
          <w:b/>
        </w:rPr>
        <w:t>Plus a vibrant line-up:</w:t>
      </w:r>
      <w:r>
        <w:t xml:space="preserve"> RuPaul’s Drag Race stars Bimini and Tia Kofi, Horse Meat Disco, Harrsn and the House Gospel Choir. </w:t>
      </w:r>
      <w:r/>
    </w:p>
    <w:p>
      <w:pPr>
        <w:pStyle w:val="ListBullet"/>
        <w:spacing w:line="240" w:lineRule="auto"/>
        <w:ind w:left="720"/>
      </w:pPr>
      <w:r/>
      <w:r>
        <w:rPr>
          <w:b/>
        </w:rPr>
        <w:t>Venue update:</w:t>
      </w:r>
      <w:r>
        <w:t xml:space="preserve"> The party is now at The Auditorium, a short walk from the M&amp;S Bank Arena. </w:t>
      </w:r>
      <w:r/>
    </w:p>
    <w:p>
      <w:pPr>
        <w:pStyle w:val="ListBullet"/>
        <w:spacing w:line="240" w:lineRule="auto"/>
        <w:ind w:left="720"/>
      </w:pPr>
      <w:r/>
      <w:r>
        <w:rPr>
          <w:b/>
        </w:rPr>
        <w:t>Local focus:</w:t>
      </w:r>
      <w:r>
        <w:t xml:space="preserve"> The night opens with performances from Liverpool LGBTQ+ artists before the headline sets. </w:t>
      </w:r>
      <w:r/>
    </w:p>
    <w:p>
      <w:pPr>
        <w:pStyle w:val="ListBullet"/>
        <w:spacing w:line="240" w:lineRule="auto"/>
        <w:ind w:left="720"/>
      </w:pPr>
      <w:r/>
      <w:r>
        <w:rPr>
          <w:b/>
        </w:rPr>
        <w:t>Party vibe:</w:t>
      </w:r>
      <w:r>
        <w:t xml:space="preserve"> Expect disco energy, flamboyant drag, singalong pop and a joyful, community-centred atmosphere.</w:t>
      </w:r>
      <w:r/>
      <w:r/>
    </w:p>
    <w:p>
      <w:pPr>
        <w:pStyle w:val="Heading2"/>
      </w:pPr>
      <w:r>
        <w:t>Why this opening night feels like a fresh Pride moment</w:t>
      </w:r>
      <w:r/>
    </w:p>
    <w:p>
      <w:r/>
      <w:r>
        <w:t>This year’s opening party has been framed as a landmark: a bigger, bolder statement of unity and inclusion with proper festival-sized flair. Sugababes bring instant recognition and pop nostalgia, while Beth Ditto offers a raw, soulful counterpoint in her first-ever solo Liverpool appearance. It’s the kind of line-up that gives you both instant singalong hits and a chance to discover an artist new to the city, and that contrast helps set a celebratory tone.</w:t>
      </w:r>
      <w:r/>
    </w:p>
    <w:p>
      <w:pPr>
        <w:pStyle w:val="Heading2"/>
      </w:pPr>
      <w:r>
        <w:t>Who’s onstage and what to expect</w:t>
      </w:r>
      <w:r/>
    </w:p>
    <w:p>
      <w:r/>
      <w:r>
        <w:t>Alongside the headliners, expect crisp drag performances from Bimini and Tia Kofi, who’ll lift the energy between bands. Horse Meat Disco are back to deliver a Glitterbox-style disco set , think big beats, bigger smiles. House Gospel Choir and DJs like Harrsn will keep the dancefloor moving. If you love a varied night that mixes pop, club anthems and theatrical moments, this one’s built around that exact recipe.</w:t>
      </w:r>
      <w:r/>
    </w:p>
    <w:p>
      <w:pPr>
        <w:pStyle w:val="Heading2"/>
      </w:pPr>
      <w:r>
        <w:t>Practicalities: where to go and what’s changed</w:t>
      </w:r>
      <w:r/>
    </w:p>
    <w:p>
      <w:r/>
      <w:r>
        <w:t>Organisers originally earmarked the M&amp;S Bank Arena but the opening party has been relocated to The Auditorium, just a short walk away. That matters for travel and meeting points: give yourself a little extra time to find entrances and cloakroom queues, and plan transport home in advance. Tickets and event listings are live on the arena and local ticket platforms, so double-check your booking and arrival time before heading out.</w:t>
      </w:r>
      <w:r/>
    </w:p>
    <w:p>
      <w:pPr>
        <w:pStyle w:val="Heading2"/>
      </w:pPr>
      <w:r>
        <w:t>Local roots and the bigger purpose</w:t>
      </w:r>
      <w:r/>
    </w:p>
    <w:p>
      <w:r/>
      <w:r>
        <w:t>Sahir House trustees and Pride organisers have emphasised growth and sustainability, aiming to build on last year’s momentum and strengthen partnerships. That local commitment means the night isn’t just about headline glamour; it opens with homegrown LGBTQ+ acts, spotlighting community talent before national names take over. It’s a reminder that Pride in Liverpool balances celebration with cultural support and advocacy.</w:t>
      </w:r>
      <w:r/>
    </w:p>
    <w:p>
      <w:pPr>
        <w:pStyle w:val="Heading2"/>
      </w:pPr>
      <w:r>
        <w:t>Tips to make the most of the night</w:t>
      </w:r>
      <w:r/>
    </w:p>
    <w:p>
      <w:r/>
      <w:r>
        <w:t>Arrive early to catch the local artists and avoid last-minute queues, and dress for dancing , expect disco lights, loud bass and lots of colour. If you’re heading with friends, pick a meet-up spot outside the venue in case phone signals get patchy. Bring a small portable charger, check transport links in advance, and pack a lightweight layer for the walk between venues or to late-night transport.</w:t>
      </w:r>
      <w:r/>
    </w:p>
    <w:p>
      <w:r/>
      <w:r>
        <w:t>It's a small change that can make every moment of Pride feel more inclusive and unforgettable.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https://www.liverpoolecho.co.uk/whats-on/whats-on-news/gallery/25-stylish-arrivals-iconic-00s-34345852</w:t>
        </w:r>
      </w:hyperlink>
      <w:r>
        <w:t xml:space="preserve"> - Please view link - unable to able to access data</w:t>
      </w:r>
      <w:r/>
    </w:p>
    <w:p>
      <w:pPr>
        <w:pStyle w:val="ListNumber"/>
        <w:spacing w:line="240" w:lineRule="auto"/>
        <w:ind w:left="720"/>
      </w:pPr>
      <w:r/>
      <w:hyperlink r:id="rId10">
        <w:r>
          <w:rPr>
            <w:color w:val="0000EE"/>
            <w:u w:val="single"/>
          </w:rPr>
          <w:t>https://www.mandsbankarena.com/whats-on/liverpools-pride-opening-party/</w:t>
        </w:r>
      </w:hyperlink>
      <w:r>
        <w:t xml:space="preserve"> - Liverpool's Pride 2026 Official Opening Party is set to take place on Friday, 24 July 2026, at the M&amp;S Bank Arena. The event will feature headline performances by Sugababes and Beth Ditto, marking her first solo show in Liverpool. The lineup also includes Tia Kofi, Bimini, Harrsn &amp; House Gospel Choir, and Horse Meat Disco. The evening will be hosted by Tyler DaClaire, Debbie Darling, and Pam Sandwich. The event aims to celebrate LGBTQ+ culture, inclusion, and community, with proceeds supporting the vital work of Sahir House.</w:t>
      </w:r>
      <w:r/>
    </w:p>
    <w:p>
      <w:pPr>
        <w:pStyle w:val="ListNumber"/>
        <w:spacing w:line="240" w:lineRule="auto"/>
        <w:ind w:left="720"/>
      </w:pPr>
      <w:r/>
      <w:hyperlink r:id="rId12">
        <w:r>
          <w:rPr>
            <w:color w:val="0000EE"/>
            <w:u w:val="single"/>
          </w:rPr>
          <w:t>https://www.clickliverpool.com/culture/64530-sugababes-to-kick-off-liverpools-pride-2026/</w:t>
        </w:r>
      </w:hyperlink>
      <w:r>
        <w:t xml:space="preserve"> - Sugababes are set to headline Liverpool's Pride 2026 opening party on 24 July 2026 at the M&amp;S Bank Arena. The event will also feature Beth Ditto, performing her first solo show in Liverpool, along with drag stars Bimini and Tia Kofi. The Pride dancefloor will be energised by Harrsn featuring the House Gospel Choir, and Horse Meat Disco will deliver a special Pride disco set. The event is organised by Sahir House and aims to build on last year's celebration by strengthening partnerships and securing sustainable support for the LGBTQ+ community.</w:t>
      </w:r>
      <w:r/>
    </w:p>
    <w:p>
      <w:pPr>
        <w:pStyle w:val="ListNumber"/>
        <w:spacing w:line="240" w:lineRule="auto"/>
        <w:ind w:left="720"/>
      </w:pPr>
      <w:r/>
      <w:hyperlink r:id="rId11">
        <w:r>
          <w:rPr>
            <w:color w:val="0000EE"/>
            <w:u w:val="single"/>
          </w:rPr>
          <w:t>https://www.liverpooltheatres.com/event/liverpool%27s-pride-opening-party-_-sugababes--beth-ditto</w:t>
        </w:r>
      </w:hyperlink>
      <w:r>
        <w:t xml:space="preserve"> - Liverpool's Pride 2026 kicks off with the Official Opening Party at the M&amp;S Bank Arena on 24 July 2026. The event features Sugababes, Beth Ditto, Tia Kofi, Bimini, Harrsn &amp; House Gospel Choir, and Horse Meat Disco. The evening includes an Opening Ceremony showcasing local LGBTQ+ community performers. The event is organised by Sahir House and aims to be a bold, celebratory statement of unity and inclusion, supporting the vital work of Sahir House for the LGBTQ+ community.</w:t>
      </w:r>
      <w:r/>
    </w:p>
    <w:p>
      <w:pPr>
        <w:pStyle w:val="ListNumber"/>
        <w:spacing w:line="240" w:lineRule="auto"/>
        <w:ind w:left="720"/>
      </w:pPr>
      <w:r/>
      <w:hyperlink r:id="rId13">
        <w:r>
          <w:rPr>
            <w:color w:val="0000EE"/>
            <w:u w:val="single"/>
          </w:rPr>
          <w:t>https://www.skiddle.com/whats-on/Liverpool/The-Auditorium/Liverpools-Pride-Opening-Party/42405276/</w:t>
        </w:r>
      </w:hyperlink>
      <w:r>
        <w:t xml:space="preserve"> - Liverpool's Pride Opening Party is scheduled for Friday, 24 July 2026, at The Auditorium in Liverpool. The event features performances by Sugababes, House Gospel Choir, Horse Meat Disco, and Bimini. The evening aims to celebrate LGBTQ+ culture and community, with tickets available for purchase. The event is organised by Sahir House and aims to be a bold, celebratory statement of unity and inclusion.</w:t>
      </w:r>
      <w:r/>
    </w:p>
    <w:p>
      <w:pPr>
        <w:pStyle w:val="ListNumber"/>
        <w:spacing w:line="240" w:lineRule="auto"/>
        <w:ind w:left="720"/>
      </w:pPr>
      <w:r/>
      <w:hyperlink r:id="rId14">
        <w:r>
          <w:rPr>
            <w:color w:val="0000EE"/>
            <w:u w:val="single"/>
          </w:rPr>
          <w:t>https://www.koobit.com/liverpools-pride-opening-party-e201548</w:t>
        </w:r>
      </w:hyperlink>
      <w:r>
        <w:t xml:space="preserve"> - Liverpool's Pride Opening Party is set for 24 July 2026 at the M&amp;S Bank Arena in Liverpool. The event features performances by Sugababes, House Gospel Choir, Horse Meat Disco, and Bimini. The evening aims to celebrate LGBTQ+ culture and community, with tickets available for purchase. The event is organised by Sahir House and aims to be a bold, celebratory statement of unity and inclusion.</w:t>
      </w:r>
      <w:r/>
    </w:p>
    <w:p>
      <w:pPr>
        <w:pStyle w:val="ListNumber"/>
        <w:spacing w:line="240" w:lineRule="auto"/>
        <w:ind w:left="720"/>
      </w:pPr>
      <w:r/>
      <w:hyperlink r:id="rId15">
        <w:r>
          <w:rPr>
            <w:color w:val="0000EE"/>
            <w:u w:val="single"/>
          </w:rPr>
          <w:t>https://www.gaytravel4u.com/event/liverpool-pride/</w:t>
        </w:r>
      </w:hyperlink>
      <w:r>
        <w:t xml:space="preserve"> - Liverpool's Pride 2026 is set to begin with a grand opening party on 24 July 2026 at the M&amp;S Bank Arena. The event features Sugababes, Beth Ditto, Bimini, Tia Kofi, Harrsn ft. House Gospel Choir, and Horse Meat Disco. The main parade will take place on Saturday, 25 July 2026, starting at the city's Pier Head and ending at the M&amp;S Bank Arena. The route is designed to be fully accessible, step-free, and wheelchair-friendly to ensure the whole community can participate in the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gallery/25-stylish-arrivals-iconic-00s-34345852" TargetMode="External"/><Relationship Id="rId10" Type="http://schemas.openxmlformats.org/officeDocument/2006/relationships/hyperlink" Target="https://www.mandsbankarena.com/whats-on/liverpools-pride-opening-party/" TargetMode="External"/><Relationship Id="rId11" Type="http://schemas.openxmlformats.org/officeDocument/2006/relationships/hyperlink" Target="https://www.liverpooltheatres.com/event/liverpool%27s-pride-opening-party-_-sugababes--beth-ditto" TargetMode="External"/><Relationship Id="rId12" Type="http://schemas.openxmlformats.org/officeDocument/2006/relationships/hyperlink" Target="https://www.clickliverpool.com/culture/64530-sugababes-to-kick-off-liverpools-pride-2026/" TargetMode="External"/><Relationship Id="rId13" Type="http://schemas.openxmlformats.org/officeDocument/2006/relationships/hyperlink" Target="https://www.skiddle.com/whats-on/Liverpool/The-Auditorium/Liverpools-Pride-Opening-Party/42405276/" TargetMode="External"/><Relationship Id="rId14" Type="http://schemas.openxmlformats.org/officeDocument/2006/relationships/hyperlink" Target="https://www.koobit.com/liverpools-pride-opening-party-e201548" TargetMode="External"/><Relationship Id="rId15" Type="http://schemas.openxmlformats.org/officeDocument/2006/relationships/hyperlink" Target="https://www.gaytravel4u.com/event/liverpool-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