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Berlin’s First Drag March: Protest, Pride and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sightseers paused as drag queens, kings and supporters turned central Berlin into a stage, blending protest and party on the eve of Christopher Street Day; the new drag march is a vivid, noisy opening act that matters because it reframes Pride as both resistance and celebration.</w:t>
      </w:r>
      <w:r/>
    </w:p>
    <w:p>
      <w:r/>
      <w:r>
        <w:t>Essential Takeaways</w:t>
      </w:r>
      <w:r/>
      <w:r/>
    </w:p>
    <w:p>
      <w:pPr>
        <w:pStyle w:val="ListBullet"/>
        <w:spacing w:line="240" w:lineRule="auto"/>
        <w:ind w:left="720"/>
      </w:pPr>
      <w:r/>
      <w:r>
        <w:rPr>
          <w:b/>
        </w:rPr>
        <w:t>Mass turnout:</w:t>
      </w:r>
      <w:r>
        <w:t xml:space="preserve"> Hundreds of performers and thousands of spectators transformed central Berlin into a colourful, lively scene; organisers say the march kicked off wider CSD weekend events.</w:t>
      </w:r>
      <w:r/>
    </w:p>
    <w:p>
      <w:pPr>
        <w:pStyle w:val="ListBullet"/>
        <w:spacing w:line="240" w:lineRule="auto"/>
        <w:ind w:left="720"/>
      </w:pPr>
      <w:r/>
      <w:r>
        <w:rPr>
          <w:b/>
        </w:rPr>
        <w:t>Mix of mood:</w:t>
      </w:r>
      <w:r>
        <w:t xml:space="preserve"> The march combined political messages with carnival energy , protest slogans, brass-band anthems and glittering costumes side by side.</w:t>
      </w:r>
      <w:r/>
    </w:p>
    <w:p>
      <w:pPr>
        <w:pStyle w:val="ListBullet"/>
        <w:spacing w:line="240" w:lineRule="auto"/>
        <w:ind w:left="720"/>
      </w:pPr>
      <w:r/>
      <w:r>
        <w:rPr>
          <w:b/>
        </w:rPr>
        <w:t>Historic soundtrack:</w:t>
      </w:r>
      <w:r>
        <w:t xml:space="preserve"> Performers marched to “Das lila Lied,” a 1920s queer anthem, giving the event a layered, historic feel.</w:t>
      </w:r>
      <w:r/>
    </w:p>
    <w:p>
      <w:pPr>
        <w:pStyle w:val="ListBullet"/>
        <w:spacing w:line="240" w:lineRule="auto"/>
        <w:ind w:left="720"/>
      </w:pPr>
      <w:r/>
      <w:r>
        <w:rPr>
          <w:b/>
        </w:rPr>
        <w:t>Practical note:</w:t>
      </w:r>
      <w:r>
        <w:t xml:space="preserve"> Major streets around the Reichstag and Brandenburg Gate were used and local traffic saw closures; public transport users should plan ahead.</w:t>
      </w:r>
      <w:r/>
    </w:p>
    <w:p>
      <w:pPr>
        <w:pStyle w:val="ListBullet"/>
        <w:spacing w:line="240" w:lineRule="auto"/>
        <w:ind w:left="720"/>
      </w:pPr>
      <w:r/>
      <w:r>
        <w:rPr>
          <w:b/>
        </w:rPr>
        <w:t>Sensory moments:</w:t>
      </w:r>
      <w:r>
        <w:t xml:space="preserve"> Expect high heels, glitter, bold makeup, loud music and a communal, celebratory roar , this is Pride you can hear and feel.</w:t>
      </w:r>
      <w:r/>
      <w:r/>
    </w:p>
    <w:p>
      <w:pPr>
        <w:pStyle w:val="Heading2"/>
      </w:pPr>
      <w:r>
        <w:t>A bold opener that looks and sounds like a party</w:t>
      </w:r>
      <w:r/>
    </w:p>
    <w:p>
      <w:r/>
      <w:r>
        <w:t>Berlin’s first drag march arrived like a theatrical blessing , long lashes, bright wigs and a leader who raised her hands and addressed the crowd. The scene was loud, tactile and joyous; you could practically taste the sequins. According to eyewitnesses and coverage of the weekend, organisers designed the march as an opener for one of Europe’s largest Pride celebrations, setting the tone for days of events.</w:t>
      </w:r>
      <w:r/>
    </w:p>
    <w:p>
      <w:r/>
      <w:r>
        <w:t>This is not a walk in the park, more a staged procession that blends performance with protest. The mix matters because it reframes Pride not only as a celebration of identity but as ongoing resistance against discrimination. For visitors, that means you’re not just watching a show , you’re witnessing a civic statement dressed in high drama.</w:t>
      </w:r>
      <w:r/>
    </w:p>
    <w:p>
      <w:pPr>
        <w:pStyle w:val="Heading2"/>
      </w:pPr>
      <w:r>
        <w:t>Protest and party: why Berlin keeps both in the same parade</w:t>
      </w:r>
      <w:r/>
    </w:p>
    <w:p>
      <w:r/>
      <w:r>
        <w:t>Organisers made a conscious choice to marry protest slogans with the revelry of drag culture, and it paid off in atmosphere. Marchers danced past the Reichstag and towards the Brandenburg Gate, carrying messages while a brass band played queer anthems. That contrast , fierce politics in glitter , is a Berlin speciality, and it’s deliberate.</w:t>
      </w:r>
      <w:r/>
    </w:p>
    <w:p>
      <w:r/>
      <w:r>
        <w:t>This approach echoes broader trends in Pride events across Europe, where demonstrations increasingly combine cultural spectacle with policy demands. If you care about the message, look for banners and speakers. If you came for the costumes, bring comfortable shoes and a camera.</w:t>
      </w:r>
      <w:r/>
    </w:p>
    <w:p>
      <w:pPr>
        <w:pStyle w:val="Heading2"/>
      </w:pPr>
      <w:r>
        <w:t>History on the march: anthems, symbolism and the queer past</w:t>
      </w:r>
      <w:r/>
    </w:p>
    <w:p>
      <w:r/>
      <w:r>
        <w:t>One striking detail was the choice of music. The Transophonix brass band played “Das lila Lied,” a song with roots in the 1920s gay rights movement, which lent the march a sense of continuity. That link to history reminded attendees that queer culture in Germany has deep, sometimes hidden, roots.</w:t>
      </w:r>
      <w:r/>
    </w:p>
    <w:p>
      <w:r/>
      <w:r>
        <w:t>Context helps here: Christopher Street Day has long been the outlet for both celebration and remembrance in Berlin. The drag march’s use of historical references was a quiet but potent reminder that today’s glitter stands on older struggles.</w:t>
      </w:r>
      <w:r/>
    </w:p>
    <w:p>
      <w:pPr>
        <w:pStyle w:val="Heading2"/>
      </w:pPr>
      <w:r>
        <w:t>Practicalities for anyone heading to CSD weekend</w:t>
      </w:r>
      <w:r/>
    </w:p>
    <w:p>
      <w:r/>
      <w:r>
        <w:t>If you’re planning to join the main parade or the new drag march next time, expect big crowds. Local reports warned of road closures near major landmarks like the Reichstag and Brandenburg Gate, and public transport can be busier than usual. Pack water, wear comfy shoes, and pick a clear meeting point if you’re with a group.</w:t>
      </w:r>
      <w:r/>
    </w:p>
    <w:p>
      <w:r/>
      <w:r>
        <w:t>Safety notes: while the mood is festive, these events are also demonstrations; listen to stewards, respect cordons, and be mindful of personal belongings. If you want close-up photos, arrive early , the best vantage points fill fast.</w:t>
      </w:r>
      <w:r/>
    </w:p>
    <w:p>
      <w:pPr>
        <w:pStyle w:val="Heading2"/>
      </w:pPr>
      <w:r>
        <w:t>Why this matters beyond a single city spectacle</w:t>
      </w:r>
      <w:r/>
    </w:p>
    <w:p>
      <w:r/>
      <w:r>
        <w:t>Berlin’s drag march did more than open a festival; it signalled a shift in how Pride can look and feel. Combining theatrical glamour with explicit protest broadens appeal and makes political points harder to ignore. That model may influence other cities looking to energise their Pride line-ups.</w:t>
      </w:r>
      <w:r/>
    </w:p>
    <w:p>
      <w:r/>
      <w:r>
        <w:t>And for anyone watching from afar, the spectacle is a reminder: queer visibility is inventive and evolving. Expect future iterations to grow louder, prouder and perhaps even more theatrical.</w:t>
      </w:r>
      <w:r/>
    </w:p>
    <w:p>
      <w:r/>
      <w:r>
        <w:t>It's a small change that can make every step of Pride feel both joyful and purposeful.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https://www.semissourian.com/world/berlins-first-drag-march-brings-protest-pride-and-flamboyant-celebration-to-the-streets-e4b74ca2</w:t>
        </w:r>
      </w:hyperlink>
      <w:r>
        <w:t xml:space="preserve"> - Please view link - unable to able to access data</w:t>
      </w:r>
      <w:r/>
    </w:p>
    <w:p>
      <w:pPr>
        <w:pStyle w:val="ListNumber"/>
        <w:spacing w:line="240" w:lineRule="auto"/>
        <w:ind w:left="720"/>
      </w:pPr>
      <w:r/>
      <w:hyperlink r:id="rId10">
        <w:r>
          <w:rPr>
            <w:color w:val="0000EE"/>
            <w:u w:val="single"/>
          </w:rPr>
          <w:t>https://apnews.com/article/ae19e8d8152e0034fcc520bdaadcc37b</w:t>
        </w:r>
      </w:hyperlink>
      <w:r>
        <w:t xml:space="preserve"> - Berlin hosted its inaugural drag march on Friday, launching one of Europe's largest LGBTQ+ events, ahead of the city's Christopher Street Day pride parade. The march, led by Sister Daphne OSPI from the Sisters of Perpetual Indulgence, combined flamboyant celebration with protest, drawing around 500 participants—including drag queens, kings, and LGBTQ+ allies. Marchers dressed in glittering costumes and vibrant makeup made their way from the Reichstag to the Brandenburg Gate, accompanied by live music, notably “The Lavender Song,” a 1920s gay rights anthem. Sister Daphne emphasized the movement’s spirit of joyful resistance, stating that each aspect of drag is a form of activism. The drag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w:t>
      </w:r>
      <w:r/>
    </w:p>
    <w:p>
      <w:pPr>
        <w:pStyle w:val="ListNumber"/>
        <w:spacing w:line="240" w:lineRule="auto"/>
        <w:ind w:left="720"/>
      </w:pPr>
      <w:r/>
      <w:hyperlink r:id="rId12">
        <w:r>
          <w:rPr>
            <w:color w:val="0000EE"/>
            <w:u w:val="single"/>
          </w:rPr>
          <w:t>https://www.zeit.de/news/2023-07/22/queer-beauftragter-der-berliner-csd-hat-weite-strahlkraft</w:t>
        </w:r>
      </w:hyperlink>
      <w:r>
        <w:t xml:space="preserve"> - The Christopher Street Day (CSD) in Berlin was celebrated with vibrant and peaceful festivities, drawing hundreds of thousands of participants. The demonstration featured approximately 75 vehicles and around 100 groups of participants, many in imaginative costumes, marching along a 7.4-kilometre route through various city districts. In the evening, the band Tokio Hotel performed on the main stage at the Brandenburg Gate, adding to the celebratory atmosphere.</w:t>
      </w:r>
      <w:r/>
    </w:p>
    <w:p>
      <w:pPr>
        <w:pStyle w:val="ListNumber"/>
        <w:spacing w:line="240" w:lineRule="auto"/>
        <w:ind w:left="720"/>
      </w:pPr>
      <w:r/>
      <w:hyperlink r:id="rId11">
        <w:r>
          <w:rPr>
            <w:color w:val="0000EE"/>
            <w:u w:val="single"/>
          </w:rPr>
          <w:t>https://www.zeit.de/news/2023-07/22/christopher-street-day-in-berlin-ist-gestartet</w:t>
        </w:r>
      </w:hyperlink>
      <w:r>
        <w:t xml:space="preserve"> - The 45th Berlin Pride Parade for Christopher Street Day (CSD) commenced with a colourful and loud demonstration, attracting hundreds of thousands of people to the streets. The procession, featuring approximately 75 vehicles and around 100 groups of participants in imaginative costumes, traversed a 7.4-kilometre route through several Berlin districts. The event's theme was 'Be their voice – and ours!'</w:t>
      </w:r>
      <w:r/>
    </w:p>
    <w:p>
      <w:pPr>
        <w:pStyle w:val="ListNumber"/>
        <w:spacing w:line="240" w:lineRule="auto"/>
        <w:ind w:left="720"/>
      </w:pPr>
      <w:r/>
      <w:hyperlink r:id="rId14">
        <w:r>
          <w:rPr>
            <w:color w:val="0000EE"/>
            <w:u w:val="single"/>
          </w:rPr>
          <w:t>https://www.swp.de/panorama/csd-2023-berlin-termin-route-programm-71150095.html</w:t>
        </w:r>
      </w:hyperlink>
      <w:r>
        <w:t xml:space="preserve"> - The Christopher Street Day (CSD) in Berlin took place on July 22, 2023, under the motto 'Be their voice – and ours!' The parade commenced at 12:00 PM from Leipziger Straße/Spittelmarkt in Berlin-Mitte. The route included landmarks such as the Bundesrat, Potsdamer Platz, Nollendorfplatz, Lützowplatz, Klingelhöferstraße, Hofjägerallee, and the Siegessäule, culminating at the Brandenburg Gate. The event featured 75 trucks, each with its own motto, playing music and providing platforms for various speeches.</w:t>
      </w:r>
      <w:r/>
    </w:p>
    <w:p>
      <w:pPr>
        <w:pStyle w:val="ListNumber"/>
        <w:spacing w:line="240" w:lineRule="auto"/>
        <w:ind w:left="720"/>
      </w:pPr>
      <w:r/>
      <w:hyperlink r:id="rId13">
        <w:r>
          <w:rPr>
            <w:color w:val="0000EE"/>
            <w:u w:val="single"/>
          </w:rPr>
          <w:t>https://www.ffh.de/nachrichten/top-meldungen/371008-500000-menschen-auf-der-strasse-berlin-feiert-csd.html</w:t>
        </w:r>
      </w:hyperlink>
      <w:r>
        <w:t xml:space="preserve"> - The 45th Christopher Street Day (CSD) in Berlin was celebrated with vibrant and loud festivities, drawing around 500,000 people to the streets. The demonstration featured approximately 77 vehicles, fewer than the previous year, and around 100 foot groups from around the world. The event's theme was 'Be their voice – and ours! For more empathy and solidarity!'</w:t>
      </w:r>
      <w:r/>
    </w:p>
    <w:p>
      <w:pPr>
        <w:pStyle w:val="ListNumber"/>
        <w:spacing w:line="240" w:lineRule="auto"/>
        <w:ind w:left="720"/>
      </w:pPr>
      <w:r/>
      <w:hyperlink r:id="rId15">
        <w:r>
          <w:rPr>
            <w:color w:val="0000EE"/>
            <w:u w:val="single"/>
          </w:rPr>
          <w:t>https://www.berliner-zeitung.de/news/verkehr-sperrungen-in-berlin-am-christopher-street-day-csd-2023-diese-strassen-sind-betroffen-li.371042</w:t>
        </w:r>
      </w:hyperlink>
      <w:r>
        <w:t xml:space="preserve"> - The Christopher Street Day (CSD) in Berlin took place on Saturday, with around half a million visitors expected. Due to the festivities, several streets in Berlin were closed. The parade started at Leipziger Straße/Spittelmarkt in Berlin-Mitte and moved through various city districts to the Brandenburg Gate, where a stage programme was planned to last into the late evening hours. The event's theme was 'Be their voice – and ours! For more empathy and solidarity!'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emissourian.com/world/berlins-first-drag-march-brings-protest-pride-and-flamboyant-celebration-to-the-streets-e4b74ca2" TargetMode="External"/><Relationship Id="rId10" Type="http://schemas.openxmlformats.org/officeDocument/2006/relationships/hyperlink" Target="https://apnews.com/article/ae19e8d8152e0034fcc520bdaadcc37b" TargetMode="External"/><Relationship Id="rId11" Type="http://schemas.openxmlformats.org/officeDocument/2006/relationships/hyperlink" Target="https://www.zeit.de/news/2023-07/22/christopher-street-day-in-berlin-ist-gestartet" TargetMode="External"/><Relationship Id="rId12" Type="http://schemas.openxmlformats.org/officeDocument/2006/relationships/hyperlink" Target="https://www.zeit.de/news/2023-07/22/queer-beauftragter-der-berliner-csd-hat-weite-strahlkraft" TargetMode="External"/><Relationship Id="rId13" Type="http://schemas.openxmlformats.org/officeDocument/2006/relationships/hyperlink" Target="https://www.ffh.de/nachrichten/top-meldungen/371008-500000-menschen-auf-der-strasse-berlin-feiert-csd.html" TargetMode="External"/><Relationship Id="rId14" Type="http://schemas.openxmlformats.org/officeDocument/2006/relationships/hyperlink" Target="https://www.swp.de/panorama/csd-2023-berlin-termin-route-programm-71150095.html" TargetMode="External"/><Relationship Id="rId15" Type="http://schemas.openxmlformats.org/officeDocument/2006/relationships/hyperlink" Target="https://www.berliner-zeitung.de/news/verkehr-sperrungen-in-berlin-am-christopher-street-day-csd-2023-diese-strassen-sind-betroffen-li.3710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