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Romcoms and Love Stories Queer Readers Can’t Stop Recommending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revisiting queer love stories, from refashioned Greek tragedies to cheeky romcoms, because representation now gives gay audiences happy endings, and the feels matter. Here’s a lively look at the fan favourites readers say made them laugh, cry, and fall in love.</w:t>
      </w:r>
      <w:r/>
    </w:p>
    <w:p>
      <w:r/>
      <w:r>
        <w:t>Essential Takeaways</w:t>
      </w:r>
      <w:r/>
      <w:r/>
    </w:p>
    <w:p>
      <w:pPr>
        <w:pStyle w:val="ListBullet"/>
        <w:spacing w:line="240" w:lineRule="auto"/>
        <w:ind w:left="720"/>
      </w:pPr>
      <w:r/>
      <w:r>
        <w:rPr>
          <w:b/>
        </w:rPr>
        <w:t>Wide tastes:</w:t>
      </w:r>
      <w:r>
        <w:t xml:space="preserve"> Readers named everything from Madeline Miller’s Song of Achilles to romcoms like Heated Rivalry and A Beautiful Thing. </w:t>
      </w:r>
      <w:r/>
    </w:p>
    <w:p>
      <w:pPr>
        <w:pStyle w:val="ListBullet"/>
        <w:spacing w:line="240" w:lineRule="auto"/>
        <w:ind w:left="720"/>
      </w:pPr>
      <w:r/>
      <w:r>
        <w:rPr>
          <w:b/>
        </w:rPr>
        <w:t>Happy endings matter:</w:t>
      </w:r>
      <w:r>
        <w:t xml:space="preserve"> Many pick joyful conclusions over tragic ones, praising films and books that let queer love thrive. </w:t>
      </w:r>
      <w:r/>
    </w:p>
    <w:p>
      <w:pPr>
        <w:pStyle w:val="ListBullet"/>
        <w:spacing w:line="240" w:lineRule="auto"/>
        <w:ind w:left="720"/>
      </w:pPr>
      <w:r/>
      <w:r>
        <w:rPr>
          <w:b/>
        </w:rPr>
        <w:t>Sexy and soft:</w:t>
      </w:r>
      <w:r>
        <w:t xml:space="preserve"> Several recent hits, including Heartstopper Forever and Heated Rivalry, mix intimacy with tender storytelling. </w:t>
      </w:r>
      <w:r/>
    </w:p>
    <w:p>
      <w:pPr>
        <w:pStyle w:val="ListBullet"/>
        <w:spacing w:line="240" w:lineRule="auto"/>
        <w:ind w:left="720"/>
      </w:pPr>
      <w:r/>
      <w:r>
        <w:rPr>
          <w:b/>
        </w:rPr>
        <w:t>Underrated finds:</w:t>
      </w:r>
      <w:r>
        <w:t xml:space="preserve"> Older, lesser-known titles like Trick and Sunday Bloody Sunday show up as cult favourites with emotional depth.</w:t>
      </w:r>
      <w:r/>
      <w:r/>
    </w:p>
    <w:p>
      <w:pPr>
        <w:pStyle w:val="Heading2"/>
      </w:pPr>
      <w:r>
        <w:t>Why readers are picking romcoms and novels again</w:t>
      </w:r>
      <w:r/>
    </w:p>
    <w:p>
      <w:r/>
      <w:r>
        <w:t>Queer audiences are hungry for stories where the couple survives and grows, not just suffers for drama; that’s the first thing you notice when you look at the list. According to readers, the appeal is partly nostalgic, some picks are classic films and books they discovered young, and partly celebratory, because today’s releases can actually depict queer intimacy without relegating it to tragedy. If you want a pick-me-up, aim for the romcoms on this list; they tend to prioritise warmth and goofy chemistry over soul-crushing endings.</w:t>
      </w:r>
      <w:r/>
    </w:p>
    <w:p>
      <w:pPr>
        <w:pStyle w:val="Heading2"/>
      </w:pPr>
      <w:r>
        <w:t>Heated Rivalry and Heartstopper Forever: sexy scenes that sparked conversation</w:t>
      </w:r>
      <w:r/>
    </w:p>
    <w:p>
      <w:r/>
      <w:r>
        <w:t>Two contemporary titles keep cropping up for their frankness about sex and desire. Heated Rivalry, a saucy hockey-themed saga, gets props for unapologetic eroticism and swoony send-offs, while Heartstopper Forever nudges TV boundaries with more intimate moments, though critics note the show keeps things fairly sanitised for a broad audience. If you’re choosing between them, decide how explicit you want the romance to be: one is full-tilt smut, the other is tender, emoji-soft sex scenes that still feel meaningful.</w:t>
      </w:r>
      <w:r/>
    </w:p>
    <w:p>
      <w:pPr>
        <w:pStyle w:val="Heading2"/>
      </w:pPr>
      <w:r>
        <w:t>Classics and quiet favourites that still hit hard</w:t>
      </w:r>
      <w:r/>
    </w:p>
    <w:p>
      <w:r/>
      <w:r>
        <w:t>Not all beloved stories are new or glossy. Maurice and Brokeback Mountain remain emotional touchstones, two very different takes on forbidden love and loss, and Song of Achilles keeps turning up for its ache-filled retelling of mythic devotion. Then you’ve got quieter treasures like Pryor Rendering or Gary Reed’s rural coming-of-age tale, which readers recommend for its low-key intimacy and slow bloom. These are the titles that stick because they feel honest, whether they end in joy or in heartbreak.</w:t>
      </w:r>
      <w:r/>
    </w:p>
    <w:p>
      <w:pPr>
        <w:pStyle w:val="Heading2"/>
      </w:pPr>
      <w:r>
        <w:t>The romcoms you might have missed (but should watch)</w:t>
      </w:r>
      <w:r/>
    </w:p>
    <w:p>
      <w:r/>
      <w:r>
        <w:t>A Beautiful Thing, Trick and All Over the Guy are the kind of films that get pinned as “ahead of their time” because they blended humour and tenderness when queer stories were scarce. Latter Days and the Italian Marscapone series earn shout-outs for mixing cultural specificity with romantic plotting. If you like something that’s equal parts silly and sincere, seek out these under-the-radar romcoms; they often deliver the best balance of laughs and warm, lived-in feeling.</w:t>
      </w:r>
      <w:r/>
    </w:p>
    <w:p>
      <w:pPr>
        <w:pStyle w:val="Heading2"/>
      </w:pPr>
      <w:r>
        <w:t>How to choose what to watch or read for your mood</w:t>
      </w:r>
      <w:r/>
    </w:p>
    <w:p>
      <w:r/>
      <w:r>
        <w:t>Pick by tone, not label. Want cathartic sobbing? Reach for Song of Achilles or Brokeback Mountain. Need something wholesome and cosy? Heartstopper Forever or Red, White &amp; Royal Blue-style romcoms fit the bill. Craving spice? Heated Rivalry or Trick will satisfy. And don’t ignore older, quieter titles, if you like character work and texture, those slow burns will linger longer than flashier releases. Size up runtime, explicitness, and whether you need a happy ending before deciding.</w:t>
      </w:r>
      <w:r/>
    </w:p>
    <w:p>
      <w:r/>
      <w:r>
        <w:t>It’s a small change that can make every watch or read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https://www.queerty.com/obscure-romcoms-speedo-clad-hubbies-steamy-smut-gays-reveal-their-all-time-favorite-love-stories-20260726/</w:t>
        </w:r>
      </w:hyperlink>
      <w:r>
        <w:t xml:space="preserve"> - Please view link - unable to able to access data</w:t>
      </w:r>
      <w:r/>
    </w:p>
    <w:p>
      <w:pPr>
        <w:pStyle w:val="ListNumber"/>
        <w:spacing w:line="240" w:lineRule="auto"/>
        <w:ind w:left="720"/>
      </w:pPr>
      <w:r/>
      <w:hyperlink r:id="rId9">
        <w:r>
          <w:rPr>
            <w:color w:val="0000EE"/>
            <w:u w:val="single"/>
          </w:rPr>
          <w:t>https://www.queerty.com/obscure-romcoms-speedo-clad-hubbies-steamy-smut-gays-reveal-their-all-time-favorite-love-stories-20260726/</w:t>
        </w:r>
      </w:hyperlink>
      <w:r>
        <w:t xml:space="preserve"> - Queerty readers share their favourite romantic tearjerkers, highlighting works like 'The Song of Achilles' by Madeline Miller, which reimagines the Trojan War from Patroclus's perspective, focusing on his relationship with Achilles. The novel portrays their love as fully realised, despite maintaining the tragic ending. While it has faced some criticism, it has sold millions of copies worldwide.</w:t>
      </w:r>
      <w:r/>
    </w:p>
    <w:p>
      <w:pPr>
        <w:pStyle w:val="ListNumber"/>
        <w:spacing w:line="240" w:lineRule="auto"/>
        <w:ind w:left="720"/>
      </w:pPr>
      <w:r/>
      <w:hyperlink r:id="rId11">
        <w:r>
          <w:rPr>
            <w:color w:val="0000EE"/>
            <w:u w:val="single"/>
          </w:rPr>
          <w:t>https://www.elitedaily.com/entertainment/heartstopper-forever-sex-scenes-why-joe-locke-kit-connor</w:t>
        </w:r>
      </w:hyperlink>
      <w:r>
        <w:t xml:space="preserve"> - In 'Heartstopper Forever', the feature-length finale to Netflix's 'Heartstopper' series, the relationship between Charlie and Nick is depicted with increased intimacy, featuring four prominent sex scenes. The film explores their journey in becoming comfortable with physical intimacy, marking a significant evolution from the series' previous focus on sweetness and innocence.</w:t>
      </w:r>
      <w:r/>
    </w:p>
    <w:p>
      <w:pPr>
        <w:pStyle w:val="ListNumber"/>
        <w:spacing w:line="240" w:lineRule="auto"/>
        <w:ind w:left="720"/>
      </w:pPr>
      <w:r/>
      <w:hyperlink r:id="rId12">
        <w:r>
          <w:rPr>
            <w:color w:val="0000EE"/>
            <w:u w:val="single"/>
          </w:rPr>
          <w:t>https://www.them.us/entertainment/heartstopper-forever-sex-scenes</w:t>
        </w:r>
      </w:hyperlink>
      <w:r>
        <w:t xml:space="preserve"> - The article discusses the four prominent sex scenes in 'Heartstopper Forever', the finale of the 'Heartstopper' series. These scenes depict the main characters, Nick and Charlie, as they navigate their love life in adulthood. The film maintains the series' wholesome nature while introducing more mature themes, including Nick's exploration of his sexuality.</w:t>
      </w:r>
      <w:r/>
    </w:p>
    <w:p>
      <w:pPr>
        <w:pStyle w:val="ListNumber"/>
        <w:spacing w:line="240" w:lineRule="auto"/>
        <w:ind w:left="720"/>
      </w:pPr>
      <w:r/>
      <w:hyperlink r:id="rId14">
        <w:r>
          <w:rPr>
            <w:color w:val="0000EE"/>
            <w:u w:val="single"/>
          </w:rPr>
          <w:t>https://en.wikipedia.org/wiki/Heartstopper_Forever</w:t>
        </w:r>
      </w:hyperlink>
      <w:r>
        <w:t xml:space="preserve"> - 'Heartstopper Forever' is a television film and the feature-length series finale of the romantic comedy series 'Heartstopper'. Written by Alice Oseman and directed by Wash Westmoreland, it adapts the sixth volume of Oseman's graphic novel series. Kit Connor and Joe Locke reprise their roles as Nick Nelson and Charlie Spring, respectively. The film was released on Netflix on 17 July 2026.</w:t>
      </w:r>
      <w:r/>
    </w:p>
    <w:p>
      <w:pPr>
        <w:pStyle w:val="ListNumber"/>
        <w:spacing w:line="240" w:lineRule="auto"/>
        <w:ind w:left="720"/>
      </w:pPr>
      <w:r/>
      <w:hyperlink r:id="rId13">
        <w:r>
          <w:rPr>
            <w:color w:val="0000EE"/>
            <w:u w:val="single"/>
          </w:rPr>
          <w:t>https://en.wikipedia.org/wiki/Heated_Rivalry_%28novel%29</w:t>
        </w:r>
      </w:hyperlink>
      <w:r>
        <w:t xml:space="preserve"> - 'Heated Rivalry' is a 2019 romantic sports novel by Canadian author Rachel Reid. It narrates the secret romantic relationship between rival ice hockey stars Shane Hollander and Ilya Rozanov. The novel is the second in Reid's 'Game Changers' series, a collection of gay-themed ice hockey romance novels. A television adaptation of the novel premiered in November 2025.</w:t>
      </w:r>
      <w:r/>
    </w:p>
    <w:p>
      <w:pPr>
        <w:pStyle w:val="ListNumber"/>
        <w:spacing w:line="240" w:lineRule="auto"/>
        <w:ind w:left="720"/>
      </w:pPr>
      <w:r/>
      <w:hyperlink r:id="rId10">
        <w:r>
          <w:rPr>
            <w:color w:val="0000EE"/>
            <w:u w:val="single"/>
          </w:rPr>
          <w:t>https://www.apnews.com/article/801f41aec6cc476a12fe1a670ea68a22</w:t>
        </w:r>
      </w:hyperlink>
      <w:r>
        <w:t xml:space="preserve"> - The article discusses the success of the television series 'Heated Rivalry', adapted from Rachel Reid’s 2019 novel. Premiering on HBO Max, the show centres on a decade-long secret romance between hockey players Shane Hollander and Ilya Rozanov. Blending intense sports drama with explicit queer romance, the series has captivated audiences, rising to the platform’s No. 1 spot and driving renewed interest in Reid’s six-book 'Game Changers' series, which has sold over 650,000 copies.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obscure-romcoms-speedo-clad-hubbies-steamy-smut-gays-reveal-their-all-time-favorite-love-stories-20260726/" TargetMode="External"/><Relationship Id="rId10" Type="http://schemas.openxmlformats.org/officeDocument/2006/relationships/hyperlink" Target="https://www.apnews.com/article/801f41aec6cc476a12fe1a670ea68a22" TargetMode="External"/><Relationship Id="rId11" Type="http://schemas.openxmlformats.org/officeDocument/2006/relationships/hyperlink" Target="https://www.elitedaily.com/entertainment/heartstopper-forever-sex-scenes-why-joe-locke-kit-connor" TargetMode="External"/><Relationship Id="rId12" Type="http://schemas.openxmlformats.org/officeDocument/2006/relationships/hyperlink" Target="https://www.them.us/entertainment/heartstopper-forever-sex-scenes" TargetMode="External"/><Relationship Id="rId13" Type="http://schemas.openxmlformats.org/officeDocument/2006/relationships/hyperlink" Target="https://en.wikipedia.org/wiki/Heated_Rivalry_%28novel%29" TargetMode="External"/><Relationship Id="rId14" Type="http://schemas.openxmlformats.org/officeDocument/2006/relationships/hyperlink" Target="https://en.wikipedia.org/wiki/Heartstopper_Fore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