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Fayette Pride Moments: How a New Festival Builds Belonging in Georgia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to Fayetteville this weekend as the town hosts its first Fayette Pride , a family-friendly celebration where vendors, performers and local leaders gather to show queer residents and allies that they belong in the heart of the community.</w:t>
      </w:r>
      <w:r/>
    </w:p>
    <w:p>
      <w:r/>
      <w:r>
        <w:t>Essential Takeaways</w:t>
      </w:r>
      <w:r/>
      <w:r/>
    </w:p>
    <w:p>
      <w:pPr>
        <w:pStyle w:val="ListBullet"/>
        <w:spacing w:line="240" w:lineRule="auto"/>
        <w:ind w:left="720"/>
      </w:pPr>
      <w:r/>
      <w:r>
        <w:rPr>
          <w:b/>
        </w:rPr>
        <w:t>Local turnout strong:</w:t>
      </w:r>
      <w:r>
        <w:t xml:space="preserve"> All 40 vendor spaces sold out roughly 10 weeks before the event, signalling high interest and community support.</w:t>
      </w:r>
      <w:r/>
    </w:p>
    <w:p>
      <w:pPr>
        <w:pStyle w:val="ListBullet"/>
        <w:spacing w:line="240" w:lineRule="auto"/>
        <w:ind w:left="720"/>
      </w:pPr>
      <w:r/>
      <w:r>
        <w:rPr>
          <w:b/>
        </w:rPr>
        <w:t>Family focus:</w:t>
      </w:r>
      <w:r>
        <w:t xml:space="preserve"> Organisers and vendors emphasise belonging, with parents and kids welcomed as part of a broader community celebration.</w:t>
      </w:r>
      <w:r/>
    </w:p>
    <w:p>
      <w:pPr>
        <w:pStyle w:val="ListBullet"/>
        <w:spacing w:line="240" w:lineRule="auto"/>
        <w:ind w:left="720"/>
      </w:pPr>
      <w:r/>
      <w:r>
        <w:rPr>
          <w:b/>
        </w:rPr>
        <w:t>Events and attractions:</w:t>
      </w:r>
      <w:r>
        <w:t xml:space="preserve"> Pride Market, a parade, performance stages, food trucks and a Trans Joy art installation provide varied, inclusive programming.</w:t>
      </w:r>
      <w:r/>
    </w:p>
    <w:p>
      <w:pPr>
        <w:pStyle w:val="ListBullet"/>
        <w:spacing w:line="240" w:lineRule="auto"/>
        <w:ind w:left="720"/>
      </w:pPr>
      <w:r/>
      <w:r>
        <w:rPr>
          <w:b/>
        </w:rPr>
        <w:t>Small-business spotlight:</w:t>
      </w:r>
      <w:r>
        <w:t xml:space="preserve"> Vendors include local entrepreneurs such as Haunted Botanicals, offering handmade pots, rare plants and a warm, approachable stall vibe.</w:t>
      </w:r>
      <w:r/>
    </w:p>
    <w:p>
      <w:pPr>
        <w:pStyle w:val="ListBullet"/>
        <w:spacing w:line="240" w:lineRule="auto"/>
        <w:ind w:left="720"/>
      </w:pPr>
      <w:r/>
      <w:r>
        <w:rPr>
          <w:b/>
        </w:rPr>
        <w:t>After-parties nearby:</w:t>
      </w:r>
      <w:r>
        <w:t xml:space="preserve"> Several local bars and breweries will host official after-parties, keeping the community spirit going into the evening.</w:t>
      </w:r>
      <w:r/>
      <w:r/>
    </w:p>
    <w:p>
      <w:pPr>
        <w:pStyle w:val="Heading2"/>
      </w:pPr>
      <w:r>
        <w:t>Why this first Fayette Pride matters to families</w:t>
      </w:r>
      <w:r/>
    </w:p>
    <w:p>
      <w:r/>
      <w:r>
        <w:t>Fayetteville’s inaugural Pride is less about spectacle and more about making people feel at home, and you can sense that in the conversations with organisers and vendors. Joshua Tarro of Haunted Botanicals put it plainly: for many queer families, belonging is the point.</w:t>
      </w:r>
      <w:r/>
    </w:p>
    <w:p>
      <w:r/>
      <w:r>
        <w:t>The festival organisers worked to make the day feel like a neighbourhood gathering, not a distant city parade, inviting parents, allies and children to participate. That family-first framing helps normalise visibility in small towns and gives younger attendees a concrete moment of acceptance.</w:t>
      </w:r>
      <w:r/>
    </w:p>
    <w:p>
      <w:r/>
      <w:r>
        <w:t>If you’re bringing little ones, expect a relaxed, low-key atmosphere during the daytime hours. Plan to arrive early for the market and parade, and bring water and sunscreen; outdoor festivals in Georgia get warm fast.</w:t>
      </w:r>
      <w:r/>
    </w:p>
    <w:p>
      <w:pPr>
        <w:pStyle w:val="Heading2"/>
      </w:pPr>
      <w:r>
        <w:t>What to see: market stalls, performers and a trans art project</w:t>
      </w:r>
      <w:r/>
    </w:p>
    <w:p>
      <w:r/>
      <w:r>
        <w:t>Fayette Pride features a 40-vendor market with everything from handmade ceramics to rare plants and local crafts, plus four food trucks and King of Pops on a summer afternoon. The entertainment mix is intentionally broad , vocalists, a women’s chorus, dance groups, runway and dance contests , so there’s always something that will catch your ear or eye.</w:t>
      </w:r>
      <w:r/>
    </w:p>
    <w:p>
      <w:r/>
      <w:r>
        <w:t>A standout is Trans Joy’s interactive art project, Showcasing Our Superpowers, which will later be digitised and projected in November for Trans Day of Remembrance, giving the installation a life beyond the festival. That blend of immediate delight and ongoing visibility reflects a thoughtful approach to representation.</w:t>
      </w:r>
      <w:r/>
    </w:p>
    <w:p>
      <w:r/>
      <w:r>
        <w:t>Pro tip: build your route around the market first, then find a shady spot for performances and the parade at about 1:20pm so you don’t miss the procession along Stonewall Avenue.</w:t>
      </w:r>
      <w:r/>
    </w:p>
    <w:p>
      <w:pPr>
        <w:pStyle w:val="Heading2"/>
      </w:pPr>
      <w:r>
        <w:t>Small businesses and community entrepreneurs take centre stage</w:t>
      </w:r>
      <w:r/>
    </w:p>
    <w:p>
      <w:r/>
      <w:r>
        <w:t>Vendors snapped up spots quickly, and small-business stories are woven through the festival. Haunted Botanicals began as a pandemic hobby rescuing discarded office plants and has grown into a business with more than 600 varieties of hoyas and handmade plantware.</w:t>
      </w:r>
      <w:r/>
    </w:p>
    <w:p>
      <w:r/>
      <w:r>
        <w:t>That arc , from pastime to livelihood , mirrors what many local makers hope for: a space to meet customers, test products and be part of a supportive community. For shoppers, it’s an opportunity to buy unique goods while directly supporting local entrepreneurs.</w:t>
      </w:r>
      <w:r/>
    </w:p>
    <w:p>
      <w:r/>
      <w:r>
        <w:t>If you run a small business and missed the market, take note: festivals like this are a practical place to experiment with customer demand and to network with allies and collaborators in your own backyard.</w:t>
      </w:r>
      <w:r/>
    </w:p>
    <w:p>
      <w:pPr>
        <w:pStyle w:val="Heading2"/>
      </w:pPr>
      <w:r>
        <w:t>Parade, politics and community allies</w:t>
      </w:r>
      <w:r/>
    </w:p>
    <w:p>
      <w:r/>
      <w:r>
        <w:t>A mid-afternoon parade brings in an eclectic mix of participants, from civic leaders and marching bands to Friends of Fayette Humane Society and local churches. Having both Mayor Ed Johnson’s office and an Atlanta LGBTQ Affairs representative involved signals institutional support that matters to many attendees.</w:t>
      </w:r>
      <w:r/>
    </w:p>
    <w:p>
      <w:r/>
      <w:r>
        <w:t>That civic presence helps shift the perception of Pride from niche to mainstream community event. Expect friendly crowds and a visibly mixed audience of allies and LGBTQ+ residents, which makes the festival a good introduction for anyone curious about local activism or support groups.</w:t>
      </w:r>
      <w:r/>
    </w:p>
    <w:p>
      <w:r/>
      <w:r>
        <w:t>If you want to show active allyship, wave, cheer the performers and visit vendor stalls , small gestures go a long way for families who may still feel cautious about being visible.</w:t>
      </w:r>
      <w:r/>
    </w:p>
    <w:p>
      <w:pPr>
        <w:pStyle w:val="Heading2"/>
      </w:pPr>
      <w:r>
        <w:t>Practical tips for enjoying the day and after-parties</w:t>
      </w:r>
      <w:r/>
    </w:p>
    <w:p>
      <w:r/>
      <w:r>
        <w:t>Arrive early to beat the heat and grab prime spots near the courthouse square; vendors filled up quickly, so everything will be bustling. Wear comfortable shoes for the parade route and bring a small folding chair or blanket for performances.</w:t>
      </w:r>
      <w:r/>
    </w:p>
    <w:p>
      <w:r/>
      <w:r>
        <w:t>After the market wraps at 5pm, official after-parties at local venues like Revival Wine Bar and Camp Brewing Company offer quieter ways to keep the conversation going. If you’re attending with kids, check times and family-friendly designations before heading to evening events.</w:t>
      </w:r>
      <w:r/>
    </w:p>
    <w:p>
      <w:r/>
      <w:r>
        <w:t>And remember: parking and street closures are common during inaugural festivals , allow extra time and consider carpooling or drop-off if you can.</w:t>
      </w:r>
      <w:r/>
    </w:p>
    <w:p>
      <w:r/>
      <w:r>
        <w:t>It's a small change that can make every family feel a little more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0">
        <w:r>
          <w:rPr>
            <w:color w:val="0000EE"/>
            <w:u w:val="single"/>
          </w:rPr>
          <w:t>[4]</w:t>
        </w:r>
      </w:hyperlink>
      <w:r>
        <w:t xml:space="preserve">, </w:t>
      </w:r>
      <w:hyperlink r:id="rId9">
        <w:r>
          <w:rPr>
            <w:color w:val="0000EE"/>
            <w:u w:val="single"/>
          </w:rPr>
          <w:t>[2]</w:t>
        </w:r>
      </w:hyperlink>
      <w:r>
        <w:t xml:space="preserve">- Paragraph 6: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https://thecitizen.com/2026/07/27/fayette-pride-offers-a-place-to-belong/</w:t>
        </w:r>
      </w:hyperlink>
      <w:r>
        <w:t xml:space="preserve"> - Please view link - unable to able to access data</w:t>
      </w:r>
      <w:r/>
    </w:p>
    <w:p>
      <w:pPr>
        <w:pStyle w:val="ListNumber"/>
        <w:spacing w:line="240" w:lineRule="auto"/>
        <w:ind w:left="720"/>
      </w:pPr>
      <w:r/>
      <w:hyperlink r:id="rId9">
        <w:r>
          <w:rPr>
            <w:color w:val="0000EE"/>
            <w:u w:val="single"/>
          </w:rPr>
          <w:t>https://thecitizen.com/2026/07/27/fayette-pride-offers-a-place-to-belong/</w:t>
        </w:r>
      </w:hyperlink>
      <w:r>
        <w:t xml:space="preserve"> - This article discusses the inaugural Fayette Pride celebration in downtown Fayetteville, Georgia, scheduled for August 1, 2026. The event aims to create a welcoming space for the LGBTQ+ community and its allies, featuring a parade, live entertainment, local vendors, and a focus on community building. Joshua Tarro, owner of Haunted Botanicals, shares his perspective on the significance of Pride events in fostering a sense of belonging and acceptance. The article highlights the event's mission to provide a joyful, non-partisan, family-friendly environment for all attendees.</w:t>
      </w:r>
      <w:r/>
    </w:p>
    <w:p>
      <w:pPr>
        <w:pStyle w:val="ListNumber"/>
        <w:spacing w:line="240" w:lineRule="auto"/>
        <w:ind w:left="720"/>
      </w:pPr>
      <w:r/>
      <w:hyperlink r:id="rId11">
        <w:r>
          <w:rPr>
            <w:color w:val="0000EE"/>
            <w:u w:val="single"/>
          </w:rPr>
          <w:t>https://fayettevillepride.org/</w:t>
        </w:r>
      </w:hyperlink>
      <w:r>
        <w:t xml:space="preserve"> - Fayetteville Pride is a 501(c)(3) non-profit organisation dedicated to celebrating, supporting, and advocating for the LGBTQ+ community and its allies. Their mission includes instilling pride, embracing diversity, and providing a support network and educational advocacy group to increase awareness and acceptance. The organisation aims to create visibility and promote full human and civil rights through education, celebrations, and networking. They also focus on serving as an educational resource to LGBTQ+ individuals and the community at large, advocating for increased awareness and acceptance within the Fayetteville area. (</w:t>
      </w:r>
      <w:hyperlink r:id="rId15">
        <w:r>
          <w:rPr>
            <w:color w:val="0000EE"/>
            <w:u w:val="single"/>
          </w:rPr>
          <w:t>fayettevillepride.org</w:t>
        </w:r>
      </w:hyperlink>
      <w:r>
        <w:t>)</w:t>
      </w:r>
      <w:r/>
    </w:p>
    <w:p>
      <w:pPr>
        <w:pStyle w:val="ListNumber"/>
        <w:spacing w:line="240" w:lineRule="auto"/>
        <w:ind w:left="720"/>
      </w:pPr>
      <w:r/>
      <w:hyperlink r:id="rId10">
        <w:r>
          <w:rPr>
            <w:color w:val="0000EE"/>
            <w:u w:val="single"/>
          </w:rPr>
          <w:t>https://fayettevillepride.org/pridefest-2026</w:t>
        </w:r>
      </w:hyperlink>
      <w:r>
        <w:t xml:space="preserve"> - PrideFest 2026 is an event organised by Fayetteville Pride, a 501(c)(3) non-profit organisation dedicated to celebrating, supporting, and advocating for the LGBTQ+ community and its allies. The event aims to instil pride, celebrate unity, and embrace diversity and inclusiveness in the LGBTQ+ community. Fayetteville Pride provides a support network and educational advocacy group dedicated to increasing awareness and acceptance. The organisation's mission includes creating visibility and promoting full human and civil rights through education, celebrations, and networking. They also serve as an educational resource to LGBTQ+ individuals and the community at large, advocating for increased awareness and acceptance within the Fayetteville area. (</w:t>
      </w:r>
      <w:hyperlink r:id="rId16">
        <w:r>
          <w:rPr>
            <w:color w:val="0000EE"/>
            <w:u w:val="single"/>
          </w:rPr>
          <w:t>fayettevillepride.org</w:t>
        </w:r>
      </w:hyperlink>
      <w:r>
        <w:t>)</w:t>
      </w:r>
      <w:r/>
    </w:p>
    <w:p>
      <w:pPr>
        <w:pStyle w:val="ListNumber"/>
        <w:spacing w:line="240" w:lineRule="auto"/>
        <w:ind w:left="720"/>
      </w:pPr>
      <w:r/>
      <w:hyperlink r:id="rId14">
        <w:r>
          <w:rPr>
            <w:color w:val="0000EE"/>
            <w:u w:val="single"/>
          </w:rPr>
          <w:t>https://www.fayettevilleresistancecoalition.org/events/80n73z4t5sfddaftfpfji2co029zji</w:t>
        </w:r>
      </w:hyperlink>
      <w:r>
        <w:t xml:space="preserve"> - The Fayetteville Resistance Coalition (FRC) is committed to nonviolent action and supports the Fayetteville Pride event. They expect all participants to seek to de-escalate any potential confrontation with those who disagree with their values and to act lawfully at these events. Weapons of any kind, including those legally permitted, should not be brought to events, as per North Carolina State Law and local ordinances throughout NC, including Fayetteville. (</w:t>
      </w:r>
      <w:hyperlink r:id="rId17">
        <w:r>
          <w:rPr>
            <w:color w:val="0000EE"/>
            <w:u w:val="single"/>
          </w:rPr>
          <w:t>fayettevilleresistancecoalition.org</w:t>
        </w:r>
      </w:hyperlink>
      <w:r>
        <w:t>)</w:t>
      </w:r>
      <w:r/>
    </w:p>
    <w:p>
      <w:pPr>
        <w:pStyle w:val="ListNumber"/>
        <w:spacing w:line="240" w:lineRule="auto"/>
        <w:ind w:left="720"/>
      </w:pPr>
      <w:r/>
      <w:hyperlink r:id="rId12">
        <w:r>
          <w:rPr>
            <w:color w:val="0000EE"/>
            <w:u w:val="single"/>
          </w:rPr>
          <w:t>https://www.experiencefayetteville.com/experience/nwa-pride-parade-festival</w:t>
        </w:r>
      </w:hyperlink>
      <w:r>
        <w:t xml:space="preserve"> - NWA Pride 2026 is the 22nd annual NWA Pride Parade and Festival, the largest LGBTQ+ Pride celebration in Arkansas, returning to Fayetteville from June 26 through June 28, 2026. The event transforms Dickson Street into a vibrant, inclusive celebration of love, equality, and community, featuring a full lineup of events, live entertainment, and experiences. The festival includes local vendors and artists, food trucks and drinks, community organisations, and live entertainment. The Main Stage Headliner on Saturday is dance music icon CeCe Peniston. The 22nd Annual NWA Pride Parade is the centerpiece of the weekend, featuring colourful floats, music and performances, community groups and allies, and a packed, high-energy crowd. Glitterville, one of Pride Weekend’s biggest parties, is headlined by Brooke Lynn Hytes, with music from DJ Sam Gee. Sunday's events wind down the weekend with an adults-only Hi Tea: Tea Dance &amp; Pool Party at the Mount Sequoyah Center in Fayetteville. (</w:t>
      </w:r>
      <w:hyperlink r:id="rId18">
        <w:r>
          <w:rPr>
            <w:color w:val="0000EE"/>
            <w:u w:val="single"/>
          </w:rPr>
          <w:t>experiencefayetteville.com</w:t>
        </w:r>
      </w:hyperlink>
      <w:r>
        <w:t>)</w:t>
      </w:r>
      <w:r/>
    </w:p>
    <w:p>
      <w:pPr>
        <w:pStyle w:val="ListNumber"/>
        <w:spacing w:line="240" w:lineRule="auto"/>
        <w:ind w:left="720"/>
      </w:pPr>
      <w:r/>
      <w:hyperlink r:id="rId13">
        <w:r>
          <w:rPr>
            <w:color w:val="0000EE"/>
            <w:u w:val="single"/>
          </w:rPr>
          <w:t>https://backwoodsterrorranch.com/</w:t>
        </w:r>
      </w:hyperlink>
      <w:r>
        <w:t xml:space="preserve"> - Backwoods Terror Ranch is a haunted attraction in Fayetteville, North Carolina, offering three terrifying haunted houses each October. The event features horrifying experiments of Dr. Surgeon through three terrifying haunted attractions. Each October, the Sweet Valley Ranch in Fayetteville, North Carolina, becomes The Backwoods Terror Ranch, offering three horrifying haunted houses right out of your nightmares. (</w:t>
      </w:r>
      <w:hyperlink r:id="rId19">
        <w:r>
          <w:rPr>
            <w:color w:val="0000EE"/>
            <w:u w:val="single"/>
          </w:rPr>
          <w:t>backwoodsterrorranch.com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citizen.com/2026/07/27/fayette-pride-offers-a-place-to-belong/" TargetMode="External"/><Relationship Id="rId10" Type="http://schemas.openxmlformats.org/officeDocument/2006/relationships/hyperlink" Target="https://fayettevillepride.org/pridefest-2026" TargetMode="External"/><Relationship Id="rId11" Type="http://schemas.openxmlformats.org/officeDocument/2006/relationships/hyperlink" Target="https://fayettevillepride.org/" TargetMode="External"/><Relationship Id="rId12" Type="http://schemas.openxmlformats.org/officeDocument/2006/relationships/hyperlink" Target="https://www.experiencefayetteville.com/experience/nwa-pride-parade-festival" TargetMode="External"/><Relationship Id="rId13" Type="http://schemas.openxmlformats.org/officeDocument/2006/relationships/hyperlink" Target="https://backwoodsterrorranch.com/" TargetMode="External"/><Relationship Id="rId14" Type="http://schemas.openxmlformats.org/officeDocument/2006/relationships/hyperlink" Target="https://www.fayettevilleresistancecoalition.org/events/80n73z4t5sfddaftfpfji2co029zji" TargetMode="External"/><Relationship Id="rId15" Type="http://schemas.openxmlformats.org/officeDocument/2006/relationships/hyperlink" Target="https://fayettevillepride.org/?utm_source=openai" TargetMode="External"/><Relationship Id="rId16" Type="http://schemas.openxmlformats.org/officeDocument/2006/relationships/hyperlink" Target="https://fayettevillepride.org/pridefest-2026?utm_source=openai" TargetMode="External"/><Relationship Id="rId17" Type="http://schemas.openxmlformats.org/officeDocument/2006/relationships/hyperlink" Target="https://www.fayettevilleresistancecoalition.org/events/80n73z4t5sfddaftfpfji2co029zji?utm_source=openai" TargetMode="External"/><Relationship Id="rId18" Type="http://schemas.openxmlformats.org/officeDocument/2006/relationships/hyperlink" Target="https://www.experiencefayetteville.com/experience/nwa-pride-parade-festival?utm_source=openai" TargetMode="External"/><Relationship Id="rId19" Type="http://schemas.openxmlformats.org/officeDocument/2006/relationships/hyperlink" Target="https://backwoodsterrorranch.co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