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DTLA Proud Weekend Guide: Free Community Picnic, SUMMERTRAMP &amp; More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Find your crew , DTLA Proud is back for an all-volunteer, big queer weekend in Downtown LA from 28–30 August, with free family-friendly events, nightlife openings and a splashy Sunday festival that funnels proceeds straight back into local LGBTQ+ arts and services.</w:t>
      </w:r>
      <w:r/>
    </w:p>
    <w:p>
      <w:r/>
      <w:r>
        <w:t>Essential Takeaways</w:t>
      </w:r>
      <w:r/>
      <w:r/>
    </w:p>
    <w:p>
      <w:pPr>
        <w:pStyle w:val="ListBullet"/>
        <w:spacing w:line="240" w:lineRule="auto"/>
        <w:ind w:left="720"/>
      </w:pPr>
      <w:r/>
      <w:r>
        <w:rPr>
          <w:b/>
        </w:rPr>
        <w:t>Dates and scope:</w:t>
      </w:r>
      <w:r>
        <w:t xml:space="preserve"> DTLA Proud runs Friday 28–Sunday 30 August 2026, across Downtown LA venues and parks. </w:t>
      </w:r>
      <w:r/>
    </w:p>
    <w:p>
      <w:pPr>
        <w:pStyle w:val="ListBullet"/>
        <w:spacing w:line="240" w:lineRule="auto"/>
        <w:ind w:left="720"/>
      </w:pPr>
      <w:r/>
      <w:r>
        <w:rPr>
          <w:b/>
        </w:rPr>
        <w:t>Volunteer-run:</w:t>
      </w:r>
      <w:r>
        <w:t xml:space="preserve"> The festival is 100% volunteer-led, so ticket and vendor revenue is reinvested into local LGBTQ+ programming. </w:t>
      </w:r>
      <w:r/>
    </w:p>
    <w:p>
      <w:pPr>
        <w:pStyle w:val="ListBullet"/>
        <w:spacing w:line="240" w:lineRule="auto"/>
        <w:ind w:left="720"/>
      </w:pPr>
      <w:r/>
      <w:r>
        <w:rPr>
          <w:b/>
        </w:rPr>
        <w:t>Family-friendly picnic:</w:t>
      </w:r>
      <w:r>
        <w:t xml:space="preserve"> Saturday’s Community Picnic in the Park at LA State Historic Park is free and all-ages, with music, food and art. </w:t>
      </w:r>
      <w:r/>
    </w:p>
    <w:p>
      <w:pPr>
        <w:pStyle w:val="ListBullet"/>
        <w:spacing w:line="240" w:lineRule="auto"/>
        <w:ind w:left="720"/>
      </w:pPr>
      <w:r/>
      <w:r>
        <w:rPr>
          <w:b/>
        </w:rPr>
        <w:t>Sunday highlights:</w:t>
      </w:r>
      <w:r>
        <w:t xml:space="preserve"> Main festival at LA Plaza de Cultura y Artes features drag, DJs, live sets, vendors and an “Activist Alley” of resources. </w:t>
      </w:r>
      <w:r/>
    </w:p>
    <w:p>
      <w:pPr>
        <w:pStyle w:val="ListBullet"/>
        <w:spacing w:line="240" w:lineRule="auto"/>
        <w:ind w:left="720"/>
      </w:pPr>
      <w:r/>
      <w:r>
        <w:rPr>
          <w:b/>
        </w:rPr>
        <w:t>Nightlife and market:</w:t>
      </w:r>
      <w:r>
        <w:t xml:space="preserve"> Friday opens with 21+ parties across DTLA nightlife; local markets and vendor shops run throughout the weekend.</w:t>
      </w:r>
      <w:r/>
      <w:r/>
    </w:p>
    <w:p>
      <w:r/>
      <w:r>
        <w:t>Opening hook: why this weekend matters DTLA Proud has quietly grown into one of Downtown Los Angeles’s liveliest queer weekends, and you can feel it in the air , the smile of a vendor, the glitter in a drag outfit, the upbeat thump from a DJ booth. The festival’s all-volunteer model means it’s as much about community care as it is celebration, with every penny cycled back into support for local artists and grassroots programming.</w:t>
      </w:r>
      <w:r/>
    </w:p>
    <w:p>
      <w:r/>
      <w:r>
        <w:t>Backstory and how it’s organised According to local coverage, this marks the event’s 11th year, and organisers stick to a simple principle: no paid staff, just committed volunteers. That DIY ethic keeps the weekend tightly rooted in neighbourhood needs and creative expression. Expect everything from intimate club openings to broad, free public programming , it’s the sort of festival that feels both grassroots and well-polished.</w:t>
      </w:r>
      <w:r/>
    </w:p>
    <w:p>
      <w:r/>
      <w:r>
        <w:t>What to expect Friday night: nightlife and openings Friday is the night for late energy. Dozens of 21+ opening parties will light up DTLA venues, giving you a chance to sample the city’s queer nightlife scene in one evening. If you like variety, hop around , sets range from pop and house to experimental DJs. Practical tip: check venue age and ticketing in advance, pace yourself, and pre-book where possible to avoid queues.</w:t>
      </w:r>
      <w:r/>
    </w:p>
    <w:p>
      <w:r/>
      <w:r>
        <w:t>Saturday’s Community Picnic: family-friendly, free, local flavour Saturday’s free Community Picnic at LA State Historic Park is the weekend’s warm-hearted centrepiece. It’s all-ages and low-pressure, with local food vendors, artists and community showcases on the lineup. Bring a blanket, sunscreen and some cash for artisans , the vibe is picnic-casual, with moments of performance and activism woven through. For families, this is the day to bring kids and older relatives who want a gentler Pride experience.</w:t>
      </w:r>
      <w:r/>
    </w:p>
    <w:p>
      <w:r/>
      <w:r>
        <w:t>Sunday’s main festival and SUMMERTRAMP water party Sunday shifts the energy into full festival mode at LA Plaza de Cultura y Artes, closing with SUMMERTRAMP, an outdoor water party , expect DJs, drag acts, live performance and a busy vendor lane. There’s also an “Activist Alley” where local organisations share resources, which is a reminder that the weekend serves social as well as celebratory needs. If you plan to stay for SUMMERTRAMP, pack swim-friendly layers and be ready for music-heavy, high-energy programming.</w:t>
      </w:r>
      <w:r/>
    </w:p>
    <w:p>
      <w:r/>
      <w:r>
        <w:t>How the money and impact work Because DTLA Proud is volunteer-run, organisers say 100% of proceeds go back into supporting local LGBTQ+ artists and year-round programming. That model matters: it keeps ticket revenue and vendor fees within the community rather than outward to corporate overheads. If you want to help beyond attending, look for donation options, volunteer sign-ups, or local vendor stalls , spending here has a clear, local impact.</w:t>
      </w:r>
      <w:r/>
    </w:p>
    <w:p>
      <w:r/>
      <w:r>
        <w:t>Tips for planning your weekend - Check dtlaproud.org for the latest schedule and ticket links. - Wear comfy shoes , events are spread across parks and plazas. - Hydrate and pack a small bag with sunscreen, ID and cash for vendors. - If you’re bringing kids, Saturday’s picnic is the gentlest fit. - Consider volunteering; the festival runs because people give time, not pay.</w:t>
      </w:r>
      <w:r/>
    </w:p>
    <w:p>
      <w:r/>
      <w:r>
        <w:t>Reaction and what’s next This weekend feels like a reminder that civic celebration doesn’t have to be corporatised to be joyful and effective. DTLA Proud keeps things rooted in community needs while serving serious fun. If the festival continues on this track, expect more artists, fuller markets and a growing sense of local ownership year after year.</w:t>
      </w:r>
      <w:r/>
    </w:p>
    <w:p>
      <w:r/>
      <w:r>
        <w:t>It’s a small change that can make every Pride weekend more local, lively and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1">
        <w:r>
          <w:rPr>
            <w:color w:val="0000EE"/>
            <w:u w:val="single"/>
          </w:rPr>
          <w:t>[4]</w:t>
        </w:r>
      </w:hyperlink>
      <w:r>
        <w:t xml:space="preserve">, </w:t>
      </w:r>
      <w:hyperlink r:id="rId11">
        <w:r>
          <w:rPr>
            <w:color w:val="0000EE"/>
            <w:u w:val="single"/>
          </w:rPr>
          <w:t>[6]</w:t>
        </w:r>
      </w:hyperlink>
      <w:r>
        <w:t xml:space="preserve">- Paragraph 3: </w:t>
      </w:r>
      <w:hyperlink r:id="rId10">
        <w:r>
          <w:rPr>
            <w:color w:val="0000EE"/>
            <w:u w:val="single"/>
          </w:rPr>
          <w:t>[2]</w:t>
        </w:r>
      </w:hyperlink>
      <w:r>
        <w:t xml:space="preserve">, </w:t>
      </w:r>
      <w:hyperlink r:id="rId12">
        <w:r>
          <w:rPr>
            <w:color w:val="0000EE"/>
            <w:u w:val="single"/>
          </w:rPr>
          <w:t>[3]</w:t>
        </w:r>
      </w:hyperlink>
      <w:r>
        <w:t xml:space="preserve">- Paragraph 4: </w:t>
      </w:r>
      <w:hyperlink r:id="rId13">
        <w:r>
          <w:rPr>
            <w:color w:val="0000EE"/>
            <w:u w:val="single"/>
          </w:rPr>
          <w:t>[5]</w:t>
        </w:r>
      </w:hyperlink>
      <w:r>
        <w:t xml:space="preserve">, </w:t>
      </w:r>
      <w:hyperlink r:id="rId13">
        <w:r>
          <w:rPr>
            <w:color w:val="0000EE"/>
            <w:u w:val="single"/>
          </w:rPr>
          <w:t>[7]</w:t>
        </w:r>
      </w:hyperlink>
      <w:r>
        <w:t xml:space="preserve">- Paragraph 5: </w:t>
      </w:r>
      <w:hyperlink r:id="rId11">
        <w:r>
          <w:rPr>
            <w:color w:val="0000EE"/>
            <w:u w:val="single"/>
          </w:rPr>
          <w:t>[4]</w:t>
        </w:r>
      </w:hyperlink>
      <w:r>
        <w:t xml:space="preserve">, </w:t>
      </w:r>
      <w:hyperlink r:id="rId11">
        <w:r>
          <w:rPr>
            <w:color w:val="0000EE"/>
            <w:u w:val="single"/>
          </w:rPr>
          <w:t>[6]</w:t>
        </w:r>
      </w:hyperlink>
      <w:r>
        <w:t xml:space="preserve">- Paragraph 6: </w:t>
      </w:r>
      <w:hyperlink r:id="rId12">
        <w:r>
          <w:rPr>
            <w:color w:val="0000EE"/>
            <w:u w:val="single"/>
          </w:rPr>
          <w:t>[3]</w:t>
        </w:r>
      </w:hyperlink>
      <w:r>
        <w:t xml:space="preserve">, </w:t>
      </w:r>
      <w:hyperlink r:id="rId13">
        <w:r>
          <w:rPr>
            <w:color w:val="0000EE"/>
            <w:u w:val="single"/>
          </w:rPr>
          <w:t>[5]</w:t>
        </w:r>
      </w:hyperlink>
      <w:r>
        <w:t xml:space="preserve">- Paragraph 7: </w:t>
      </w:r>
      <w:hyperlink r:id="rId10">
        <w:r>
          <w:rPr>
            <w:color w:val="0000EE"/>
            <w:u w:val="single"/>
          </w:rPr>
          <w:t>[2]</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https://thefightmag.com/2026/07/dtla-proud-2026/</w:t>
        </w:r>
      </w:hyperlink>
      <w:r>
        <w:t xml:space="preserve"> - Please view link - unable to able to access data</w:t>
      </w:r>
      <w:r/>
    </w:p>
    <w:p>
      <w:pPr>
        <w:pStyle w:val="ListNumber"/>
        <w:spacing w:line="240" w:lineRule="auto"/>
        <w:ind w:left="720"/>
      </w:pPr>
      <w:r/>
      <w:hyperlink r:id="rId10">
        <w:r>
          <w:rPr>
            <w:color w:val="0000EE"/>
            <w:u w:val="single"/>
          </w:rPr>
          <w:t>https://www.sickening.events/e/2026festival</w:t>
        </w:r>
      </w:hyperlink>
      <w:r>
        <w:t xml:space="preserve"> - The 11th DTLA Proud Festival and SUMMERTRAMP are scheduled from August 28 to August 30, 2026, in Los Angeles, CA. The event includes a Proud Weekend Kick-Off on Friday, a Community Picnic on Saturday, and the main Proud Festival with SUMMERTRAMP on Sunday. The festival is entirely volunteer-led, with all proceeds supporting local LGBTQ+ artists, performers, and community programming in Downtown LA. Tickets are available for presale, with options for general admission and VIP experiences. For more details, visit the official event page.</w:t>
      </w:r>
      <w:r/>
    </w:p>
    <w:p>
      <w:pPr>
        <w:pStyle w:val="ListNumber"/>
        <w:spacing w:line="240" w:lineRule="auto"/>
        <w:ind w:left="720"/>
      </w:pPr>
      <w:r/>
      <w:hyperlink r:id="rId12">
        <w:r>
          <w:rPr>
            <w:color w:val="0000EE"/>
            <w:u w:val="single"/>
          </w:rPr>
          <w:t>https://www.gaytravel4u.com/event/dtla-proud-festival-los-angeles/</w:t>
        </w:r>
      </w:hyperlink>
      <w:r>
        <w:t xml:space="preserve"> - The DTLA Proud Festival is an annual event held in August at Pershing Square in Downtown Los Angeles. The 2026 festival is set for August 28 to August 30 and features a weekend of celebrations, including a Proud Kick-Off Party, a Community Picnic in the Park, and the main Proud Festival with live entertainment, drag performances, and local vendors. The festival is organized by a grassroots group aiming to create an inclusive event representing the diverse LGBTQ+ population in Downtown LA. For more information, visit the event page.</w:t>
      </w:r>
      <w:r/>
    </w:p>
    <w:p>
      <w:pPr>
        <w:pStyle w:val="ListNumber"/>
        <w:spacing w:line="240" w:lineRule="auto"/>
        <w:ind w:left="720"/>
      </w:pPr>
      <w:r/>
      <w:hyperlink r:id="rId11">
        <w:r>
          <w:rPr>
            <w:color w:val="0000EE"/>
            <w:u w:val="single"/>
          </w:rPr>
          <w:t>https://www.laweekly.com/everything-you-need-to-know-about-this-weekends-dtla-proud-festival/</w:t>
        </w:r>
      </w:hyperlink>
      <w:r>
        <w:t xml:space="preserve"> - An article from LA Weekly provides comprehensive information about the DTLA Proud Festival, highlighting its origins, growth, and significance within the LGBTQ+ community. The festival is described as an all-inclusive, accessible event that represents the diverse LGBTQ+ population in Downtown LA. The article also discusses the SummerTramp water park component, emphasizing its role in the festival's expansion and community engagement. For more details, refer to the full article.</w:t>
      </w:r>
      <w:r/>
    </w:p>
    <w:p>
      <w:pPr>
        <w:pStyle w:val="ListNumber"/>
        <w:spacing w:line="240" w:lineRule="auto"/>
        <w:ind w:left="720"/>
      </w:pPr>
      <w:r/>
      <w:hyperlink r:id="rId13">
        <w:r>
          <w:rPr>
            <w:color w:val="0000EE"/>
            <w:u w:val="single"/>
          </w:rPr>
          <w:t>https://www.sickening.events/e/dtla-proud-market-shops-4th-main-2/tickets</w:t>
        </w:r>
      </w:hyperlink>
      <w:r>
        <w:t xml:space="preserve"> - The DTLA Proud Market at Shops 4th&amp;Main is a free, 21+ event featuring LGBTQ+ vendors as part of DTLA Proud's Public Safety and Economic Recovery initiatives. The market is scheduled from March 8 to March 16, 2026, at The Shops at 4th&amp;Main in Los Angeles, CA. The event aims to support local LGBTQ+ businesses and provide a platform for community engagement. For ticket information and more details, visit the event page.</w:t>
      </w:r>
      <w:r/>
    </w:p>
    <w:p>
      <w:pPr>
        <w:pStyle w:val="ListNumber"/>
        <w:spacing w:line="240" w:lineRule="auto"/>
        <w:ind w:left="720"/>
      </w:pPr>
      <w:r/>
      <w:hyperlink r:id="rId11">
        <w:r>
          <w:rPr>
            <w:color w:val="0000EE"/>
            <w:u w:val="single"/>
          </w:rPr>
          <w:t>https://www.laweekly.com/everything-you-need-to-know-about-this-weekends-dtla-proud-festival/</w:t>
        </w:r>
      </w:hyperlink>
      <w:r>
        <w:t xml:space="preserve"> - An article from LA Weekly provides comprehensive information about the DTLA Proud Festival, highlighting its origins, growth, and significance within the LGBTQ+ community. The festival is described as an all-inclusive, accessible event that represents the diverse LGBTQ+ population in Downtown LA. The article also discusses the SummerTramp water park component, emphasizing its role in the festival's expansion and community engagement. For more details, refer to the full article.</w:t>
      </w:r>
      <w:r/>
    </w:p>
    <w:p>
      <w:pPr>
        <w:pStyle w:val="ListNumber"/>
        <w:spacing w:line="240" w:lineRule="auto"/>
        <w:ind w:left="720"/>
      </w:pPr>
      <w:r/>
      <w:hyperlink r:id="rId13">
        <w:r>
          <w:rPr>
            <w:color w:val="0000EE"/>
            <w:u w:val="single"/>
          </w:rPr>
          <w:t>https://www.sickening.events/e/dtla-proud-market-shops-4th-main-2/tickets</w:t>
        </w:r>
      </w:hyperlink>
      <w:r>
        <w:t xml:space="preserve"> - The DTLA Proud Market at Shops 4th&amp;Main is a free, 21+ event featuring LGBTQ+ vendors as part of DTLA Proud's Public Safety and Economic Recovery initiatives. The market is scheduled from March 8 to March 16, 2026, at The Shops at 4th&amp;Main in Los Angeles, CA. The event aims to support local LGBTQ+ businesses and provide a platform for community engagement. For ticket information and more details, visit the event page.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fightmag.com/2026/07/dtla-proud-2026/" TargetMode="External"/><Relationship Id="rId10" Type="http://schemas.openxmlformats.org/officeDocument/2006/relationships/hyperlink" Target="https://www.sickening.events/e/2026festival" TargetMode="External"/><Relationship Id="rId11" Type="http://schemas.openxmlformats.org/officeDocument/2006/relationships/hyperlink" Target="https://www.laweekly.com/everything-you-need-to-know-about-this-weekends-dtla-proud-festival/" TargetMode="External"/><Relationship Id="rId12" Type="http://schemas.openxmlformats.org/officeDocument/2006/relationships/hyperlink" Target="https://www.gaytravel4u.com/event/dtla-proud-festival-los-angeles/" TargetMode="External"/><Relationship Id="rId13" Type="http://schemas.openxmlformats.org/officeDocument/2006/relationships/hyperlink" Target="https://www.sickening.events/e/dtla-proud-market-shops-4th-main-2/ticke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