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DTLA Proud Moments: Loghan Longoria Brings Queer Latino Joy to Downtown Los Angeles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the DTLA Proud stage this summer as Loghan Longoria brings his Baila Amor energy to Downtown Los Angeles; the rising queer Latino artist blends vivid LA visuals, danceable Latin-pop and activist heart, making his set both a celebration and a safe space for community.</w:t>
      </w:r>
      <w:r/>
    </w:p>
    <w:p>
      <w:r/>
      <w:r>
        <w:t>Essential Takeaways</w:t>
      </w:r>
      <w:r/>
      <w:r/>
    </w:p>
    <w:p>
      <w:pPr>
        <w:pStyle w:val="ListBullet"/>
        <w:spacing w:line="240" w:lineRule="auto"/>
        <w:ind w:left="720"/>
      </w:pPr>
      <w:r/>
      <w:r>
        <w:rPr>
          <w:b/>
        </w:rPr>
        <w:t>Headlining vibe:</w:t>
      </w:r>
      <w:r>
        <w:t xml:space="preserve"> Loghan Longoria’s Baila Amor EP informs a lively, colourful DTLA Proud set that feels celebratory and intimate.</w:t>
      </w:r>
      <w:r/>
    </w:p>
    <w:p>
      <w:pPr>
        <w:pStyle w:val="ListBullet"/>
        <w:spacing w:line="240" w:lineRule="auto"/>
        <w:ind w:left="720"/>
      </w:pPr>
      <w:r/>
      <w:r>
        <w:rPr>
          <w:b/>
        </w:rPr>
        <w:t>Roots and sound:</w:t>
      </w:r>
      <w:r>
        <w:t xml:space="preserve"> Raised in small-town Michigan, Longoria’s music mixes Tejano, pop, R&amp;B and film-score drama for a distinct, mixed-musical identity.</w:t>
      </w:r>
      <w:r/>
    </w:p>
    <w:p>
      <w:pPr>
        <w:pStyle w:val="ListBullet"/>
        <w:spacing w:line="240" w:lineRule="auto"/>
        <w:ind w:left="720"/>
      </w:pPr>
      <w:r/>
      <w:r>
        <w:rPr>
          <w:b/>
        </w:rPr>
        <w:t>Partnership power:</w:t>
      </w:r>
      <w:r>
        <w:t xml:space="preserve"> He performs as part of a creative team with husband Andio Jude, who co-runs the Love Heads podcast about relationships.</w:t>
      </w:r>
      <w:r/>
    </w:p>
    <w:p>
      <w:pPr>
        <w:pStyle w:val="ListBullet"/>
        <w:spacing w:line="240" w:lineRule="auto"/>
        <w:ind w:left="720"/>
      </w:pPr>
      <w:r/>
      <w:r>
        <w:rPr>
          <w:b/>
        </w:rPr>
        <w:t>Community focus:</w:t>
      </w:r>
      <w:r>
        <w:t xml:space="preserve"> Longoria tailors Pride performances to be inclusive, good for first-timers, families and longtime queer clubgoers.</w:t>
      </w:r>
      <w:r/>
    </w:p>
    <w:p>
      <w:pPr>
        <w:pStyle w:val="ListBullet"/>
        <w:spacing w:line="240" w:lineRule="auto"/>
        <w:ind w:left="720"/>
      </w:pPr>
      <w:r/>
      <w:r>
        <w:rPr>
          <w:b/>
        </w:rPr>
        <w:t>Look and feel:</w:t>
      </w:r>
      <w:r>
        <w:t xml:space="preserve"> Expect LA-nightlife visuals, palm-lined nostalgia and a tender, theatrical stage show that’s as much sanctuary as concert.</w:t>
      </w:r>
      <w:r/>
      <w:r/>
    </w:p>
    <w:p>
      <w:pPr>
        <w:pStyle w:val="Heading2"/>
      </w:pPr>
      <w:r>
        <w:t>Why DTLA Proud feels like a homecoming</w:t>
      </w:r>
      <w:r/>
    </w:p>
    <w:p>
      <w:r/>
      <w:r>
        <w:t>Longoria’s upcoming DTLA Proud performance is framed as a full-circle moment, and you can almost see it: the neon, the skyline, the crowd’s mix of friends and families. According to DTLA Proud’s own programming, the festival is built to centre local queer voices and community organisations, which makes it a natural stage for artists who see performance as activism. For Longoria, who first came to Los Angeles at 19 searching for a place to belong, the festival is more than a gig , it’s a returned promise to the city that helped him grow.</w:t>
      </w:r>
      <w:r/>
    </w:p>
    <w:p>
      <w:r/>
      <w:r>
        <w:t>How to think about it: if you want an entry-point Pride experience that’s uplifting without being performative, DTLA Proud and artists like Longoria aim for that middle ground. Bring comfortable shoes, a sense of curiosity, and a camera for the colourful visuals.</w:t>
      </w:r>
      <w:r/>
    </w:p>
    <w:p>
      <w:pPr>
        <w:pStyle w:val="Heading2"/>
      </w:pPr>
      <w:r>
        <w:t>Baila Amor: a short EP with a big, mixed identity</w:t>
      </w:r>
      <w:r/>
    </w:p>
    <w:p>
      <w:r/>
      <w:r>
        <w:t>Baila Amor’s songs , from the flirtatious to the anthemic , show Longoria’s claim that he’s “a mixed boy who makes mixed music.” His sound is an intentional mash-up: Tejano rhythms meet pop hooks, with occasional cinematic swells that nod to film-score training. That eclecticism keeps the set surprising, so even casual listeners feel invited.</w:t>
      </w:r>
      <w:r/>
    </w:p>
    <w:p>
      <w:r/>
      <w:r>
        <w:t>Practical note: if you like chorus-led tracks you can sing along to, or you enjoy genre-blending pop with a Latin flavour, Longoria’s EP is a tidy listen before the show. Events listing pages and EP parties confirm he’s been performing these songs live in intimate settings, which translates well to festival stages.</w:t>
      </w:r>
      <w:r/>
    </w:p>
    <w:p>
      <w:pPr>
        <w:pStyle w:val="Heading2"/>
      </w:pPr>
      <w:r>
        <w:t>Performance as sanctuary: crafting a Pride set</w:t>
      </w:r>
      <w:r/>
    </w:p>
    <w:p>
      <w:r/>
      <w:r>
        <w:t>Longoria approaches Pride shows differently than club nights, because the audience can include parents, first-time Pride-goers and allied neighbours. He deliberately curates a setlist that moves from joyous dance tracks to moments of quiet connection, giving people room to celebrate and to reflect. That mirrors a broader DTLA Proud ethos of blending parties with community programming.</w:t>
      </w:r>
      <w:r/>
    </w:p>
    <w:p>
      <w:r/>
      <w:r>
        <w:t>A tip for attendees: expect pockets of theatricality and moments designed for unity , sing-alongs, call-and-response, and choreography that invites audience participation. It’s less about spectacle for spectacle’s sake and more about making a space where people feel seen.</w:t>
      </w:r>
      <w:r/>
    </w:p>
    <w:p>
      <w:pPr>
        <w:pStyle w:val="Heading2"/>
      </w:pPr>
      <w:r>
        <w:t>Love Heads and the partnership behind the music</w:t>
      </w:r>
      <w:r/>
    </w:p>
    <w:p>
      <w:r/>
      <w:r>
        <w:t>Longoria’s creative life is intertwined with his husband Andio Jude; together they host Love Heads, a relationship podcast that dissects listener stories and offers practical tools. Their openness , “radical transparency,” as Longoria puts it , filters into the music, and into the way they present themselves onstage. That shared practice makes the performance feel not just polished, but grounded and humane.</w:t>
      </w:r>
      <w:r/>
    </w:p>
    <w:p>
      <w:r/>
      <w:r>
        <w:t>Why it matters: audiences increasingly want artists who stand for something beyond music. When a performer brings personal politics and relational honesty into their work, it deepens the connection and gives concerts more emotional resonance.</w:t>
      </w:r>
      <w:r/>
    </w:p>
    <w:p>
      <w:pPr>
        <w:pStyle w:val="Heading2"/>
      </w:pPr>
      <w:r>
        <w:t>What’s next: touring and a full-length album on the horizon</w:t>
      </w:r>
      <w:r/>
    </w:p>
    <w:p>
      <w:r/>
      <w:r>
        <w:t>Longoria plans to take Baila Amor on the road next year and is working on a full-length record that promises a balance of celebration and pointed commentary. In a political climate where queer and immigrant stories are under pressure, artists like Longoria are sharpening the case for music as shelter and a defiant joy. Expect bigger production values on tour, but the same tender, community-forward core.</w:t>
      </w:r>
      <w:r/>
    </w:p>
    <w:p>
      <w:r/>
      <w:r>
        <w:t>If you’re following his trajectory, keep an eye on local festival listings and community venues in LA , this is an artist who benefits from intimate stages and proud, packed crowds alike.</w:t>
      </w:r>
      <w:r/>
    </w:p>
    <w:p>
      <w:r/>
      <w:r>
        <w:t>It's a small change that can make every set feel like a safe, electrifying party.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https://thefightmag.com/2026/07/stronger-together-cover-feature/</w:t>
        </w:r>
      </w:hyperlink>
      <w:r>
        <w:t xml:space="preserve"> - Please view link - unable to able to access data</w:t>
      </w:r>
      <w:r/>
    </w:p>
    <w:p>
      <w:pPr>
        <w:pStyle w:val="ListNumber"/>
        <w:spacing w:line="240" w:lineRule="auto"/>
        <w:ind w:left="720"/>
      </w:pPr>
      <w:r/>
      <w:hyperlink r:id="rId11">
        <w:r>
          <w:rPr>
            <w:color w:val="0000EE"/>
            <w:u w:val="single"/>
          </w:rPr>
          <w:t>https://www.dtlaproud.org/</w:t>
        </w:r>
      </w:hyperlink>
      <w:r>
        <w:t xml:space="preserve"> - DTLA Proud is a non-profit organisation based in Downtown Los Angeles, dedicated to strengthening and empowering the local LGBTQ+ community. They organise the annual DTLA Proud Festival, which celebrates the culture, history, and diversity of the LGBTQ+ community in Los Angeles. The festival features live music, community booths, art installations, and more, providing a platform for local artists and fostering a sense of unity within the community.</w:t>
      </w:r>
      <w:r/>
    </w:p>
    <w:p>
      <w:pPr>
        <w:pStyle w:val="ListNumber"/>
        <w:spacing w:line="240" w:lineRule="auto"/>
        <w:ind w:left="720"/>
      </w:pPr>
      <w:r/>
      <w:hyperlink r:id="rId12">
        <w:r>
          <w:rPr>
            <w:color w:val="0000EE"/>
            <w:u w:val="single"/>
          </w:rPr>
          <w:t>https://www.lapl.org/whats-on/events/la-made-x-dtla-proud-presents-building-next-decade</w:t>
        </w:r>
      </w:hyperlink>
      <w:r>
        <w:t xml:space="preserve"> - In March 2026, DTLA Proud collaborated with the Los Angeles Public Library to present a panel discussion titled 'Building the Next Decade'. This event brought together key figures from Downtown LA's LGBTQ+ community to discuss the organisation's journey from a grassroots festival to a citywide force for economic recovery, public safety, and queer empowerment. The conversation highlighted the pivotal decisions and community ethos that have shaped a decade of impact.</w:t>
      </w:r>
      <w:r/>
    </w:p>
    <w:p>
      <w:pPr>
        <w:pStyle w:val="ListNumber"/>
        <w:spacing w:line="240" w:lineRule="auto"/>
        <w:ind w:left="720"/>
      </w:pPr>
      <w:r/>
      <w:hyperlink r:id="rId10">
        <w:r>
          <w:rPr>
            <w:color w:val="0000EE"/>
            <w:u w:val="single"/>
          </w:rPr>
          <w:t>https://www.laweekly.com/everything-you-need-to-know-about-this-weekends-dtla-proud-festival/</w:t>
        </w:r>
      </w:hyperlink>
      <w:r>
        <w:t xml:space="preserve"> - An article from August 2018 detailing the third annual DTLA Proud Festival, which expanded to a third night and featured a diverse lineup of local queer talent. The festival aimed to celebrate the LGBTQ+ community in Downtown Los Angeles, showcasing its growth and vibrancy. The event included live music, community booths, and art installations, reflecting the neighbourhood's increasing prominence as a 'gayborhood'.</w:t>
      </w:r>
      <w:r/>
    </w:p>
    <w:p>
      <w:pPr>
        <w:pStyle w:val="ListNumber"/>
        <w:spacing w:line="240" w:lineRule="auto"/>
        <w:ind w:left="720"/>
      </w:pPr>
      <w:r/>
      <w:hyperlink r:id="rId13">
        <w:r>
          <w:rPr>
            <w:color w:val="0000EE"/>
            <w:u w:val="single"/>
          </w:rPr>
          <w:t>https://happeningnext.com/event/baila-amor-ep-party-andamp-show-eid1ef0kwg5jc1r</w:t>
        </w:r>
      </w:hyperlink>
      <w:r>
        <w:t xml:space="preserve"> - An event listing for the 'Baila Amor EP Party &amp; Show' held on May 25, 2026, at Beaches Tropicana in West Hollywood. The event featured a live performance by Loghan Longoria, debuting his 'Baila Amor' EP. Attendees enjoyed a night of music, dancing, and celebration, marking the first live performance of Longoria's new material since its August 8th debut.</w:t>
      </w:r>
      <w:r/>
    </w:p>
    <w:p>
      <w:pPr>
        <w:pStyle w:val="ListNumber"/>
        <w:spacing w:line="240" w:lineRule="auto"/>
        <w:ind w:left="720"/>
      </w:pPr>
      <w:r/>
      <w:hyperlink r:id="rId14">
        <w:r>
          <w:rPr>
            <w:color w:val="0000EE"/>
            <w:u w:val="single"/>
          </w:rPr>
          <w:t>https://www.losangelesblade.com/2024/08/26/dtla-proud-festival-2024/</w:t>
        </w:r>
      </w:hyperlink>
      <w:r>
        <w:t xml:space="preserve"> - A report on the 9th annual DTLA Proud Festival held in August 2024 in Downtown Los Angeles. The event featured a pop-up waterpark dance party, stage performances from DJs and drag queens, and a mini ball with cash prizes. The festival was relocated to the historic DTLA 'gayborhood' at the 200 block of Spring Street, highlighting the area's significance as a queer safe space.</w:t>
      </w:r>
      <w:r/>
    </w:p>
    <w:p>
      <w:pPr>
        <w:pStyle w:val="ListNumber"/>
        <w:spacing w:line="240" w:lineRule="auto"/>
        <w:ind w:left="720"/>
      </w:pPr>
      <w:r/>
      <w:hyperlink r:id="rId15">
        <w:r>
          <w:rPr>
            <w:color w:val="0000EE"/>
            <w:u w:val="single"/>
          </w:rPr>
          <w:t>https://abc7.com/post/dtla-proud-festival-community-grand-park/12143687/</w:t>
        </w:r>
      </w:hyperlink>
      <w:r>
        <w:t xml:space="preserve"> - An announcement from September 2022 about DTLA Proud's plans to create a new LGBTQ+ community centre in partnership with The Bloc, an open-air urban centre. The centre, named A.R.T. (Accessibility, Representation, and Thrive), aims to provide a safe, supportive, and welcoming environment for the local LGBTQ+ community, offering year-round programming and resources.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7/stronger-together-cover-feature/" TargetMode="External"/><Relationship Id="rId10" Type="http://schemas.openxmlformats.org/officeDocument/2006/relationships/hyperlink" Target="https://www.laweekly.com/everything-you-need-to-know-about-this-weekends-dtla-proud-festival/" TargetMode="External"/><Relationship Id="rId11" Type="http://schemas.openxmlformats.org/officeDocument/2006/relationships/hyperlink" Target="https://www.dtlaproud.org/" TargetMode="External"/><Relationship Id="rId12" Type="http://schemas.openxmlformats.org/officeDocument/2006/relationships/hyperlink" Target="https://www.lapl.org/whats-on/events/la-made-x-dtla-proud-presents-building-next-decade" TargetMode="External"/><Relationship Id="rId13" Type="http://schemas.openxmlformats.org/officeDocument/2006/relationships/hyperlink" Target="https://happeningnext.com/event/baila-amor-ep-party-andamp-show-eid1ef0kwg5jc1r" TargetMode="External"/><Relationship Id="rId14" Type="http://schemas.openxmlformats.org/officeDocument/2006/relationships/hyperlink" Target="https://www.losangelesblade.com/2024/08/26/dtla-proud-festival-2024/" TargetMode="External"/><Relationship Id="rId15" Type="http://schemas.openxmlformats.org/officeDocument/2006/relationships/hyperlink" Target="https://abc7.com/post/dtla-proud-festival-community-grand-park/121436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