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Dortmund CSD Safety Plans After Berlin Attack: What’s Changing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marchers are watching closely as Dortmund reviews security for its Christopher Street Day; city leaders say the event on 5 September will go ahead, but precautions are being rechecked to keep thousands safe and send a clear message of solidarity.</w:t>
      </w:r>
      <w:r/>
      <w:r/>
    </w:p>
    <w:p>
      <w:pPr>
        <w:pStyle w:val="ListBullet"/>
        <w:spacing w:line="240" w:lineRule="auto"/>
        <w:ind w:left="720"/>
      </w:pPr>
      <w:r/>
      <w:r>
        <w:rPr>
          <w:b/>
        </w:rPr>
        <w:t>What’s happening:</w:t>
      </w:r>
      <w:r>
        <w:t xml:space="preserve"> Dortmund will reassess security for its CSD after the deadly attack in Berlin, city officials say , the parade is still planned for 5 September. </w:t>
      </w:r>
      <w:r/>
    </w:p>
    <w:p>
      <w:pPr>
        <w:pStyle w:val="ListBullet"/>
        <w:spacing w:line="240" w:lineRule="auto"/>
        <w:ind w:left="720"/>
      </w:pPr>
      <w:r/>
      <w:r>
        <w:rPr>
          <w:b/>
        </w:rPr>
        <w:t>Scale:</w:t>
      </w:r>
      <w:r>
        <w:t xml:space="preserve"> Around 3,000 participants are registered for a march from the main station to Friedensplatz, with police escort and protection. </w:t>
      </w:r>
      <w:r/>
    </w:p>
    <w:p>
      <w:pPr>
        <w:pStyle w:val="ListBullet"/>
        <w:spacing w:line="240" w:lineRule="auto"/>
        <w:ind w:left="720"/>
      </w:pPr>
      <w:r/>
      <w:r>
        <w:rPr>
          <w:b/>
        </w:rPr>
        <w:t>Priority:</w:t>
      </w:r>
      <w:r>
        <w:t xml:space="preserve"> City director Christian Uhr framed participant safety as the highest priority and stressed solidarity with the queer community. </w:t>
      </w:r>
      <w:r/>
    </w:p>
    <w:p>
      <w:pPr>
        <w:pStyle w:val="ListBullet"/>
        <w:spacing w:line="240" w:lineRule="auto"/>
        <w:ind w:left="720"/>
      </w:pPr>
      <w:r/>
      <w:r>
        <w:rPr>
          <w:b/>
        </w:rPr>
        <w:t>Tone:</w:t>
      </w:r>
      <w:r>
        <w:t xml:space="preserve"> Officials emphasise refusal to be intimidated , the CSD remains a visible statement for open, democratic society. </w:t>
      </w:r>
      <w:r/>
    </w:p>
    <w:p>
      <w:pPr>
        <w:pStyle w:val="ListBullet"/>
        <w:spacing w:line="240" w:lineRule="auto"/>
        <w:ind w:left="720"/>
      </w:pPr>
      <w:r/>
      <w:r>
        <w:rPr>
          <w:b/>
        </w:rPr>
        <w:t>Practical note:</w:t>
      </w:r>
      <w:r>
        <w:t xml:space="preserve"> Authorities and organisers will meet to examine whether extra measures, such as reinforced barriers or changes to the route, are needed.</w:t>
      </w:r>
      <w:r/>
      <w:r/>
    </w:p>
    <w:p>
      <w:pPr>
        <w:pStyle w:val="Heading2"/>
      </w:pPr>
      <w:r>
        <w:t>What happened and why Dortmund is rechecking plans</w:t>
      </w:r>
      <w:r/>
    </w:p>
    <w:p>
      <w:r/>
      <w:r>
        <w:t>Officials in Dortmund reacted quickly after a fatal attack at the Berlin CSD, where one person died and dozens were injured. City director Christian Uhr said the existing safety measures will be reviewed and adjusted if necessary. That immediate reassessment is meant to reassure participants and families, and it also acknowledges the heightened awareness across Germany after the Berlin incident.</w:t>
      </w:r>
      <w:r/>
    </w:p>
    <w:p>
      <w:r/>
      <w:r>
        <w:t>The Berlin attack has put every large public gathering under a microscope, especially pride events that draw big crowds and carry symbolic weight. Dortmund’s planners want to avoid last-minute panic, so they’re already coordinating with police and organisers to make changes calmly and deliberately.</w:t>
      </w:r>
      <w:r/>
    </w:p>
    <w:p>
      <w:pPr>
        <w:pStyle w:val="Heading2"/>
      </w:pPr>
      <w:r>
        <w:t>Who’s organising and how many will march</w:t>
      </w:r>
      <w:r/>
    </w:p>
    <w:p>
      <w:r/>
      <w:r>
        <w:t>The CSD in Dortmund is organised by SLADO, the umbrella group for lesbian, gay, bisexual and trans organisations in the city. According to police briefings, roughly 3,000 people have registered for the procession, which is planned to leave the main station’s north exit and finish at Friedensplatz.</w:t>
      </w:r>
      <w:r/>
    </w:p>
    <w:p>
      <w:r/>
      <w:r>
        <w:t>Knowing the expected size helps authorities model crowd flow and identify pinch points where extra stewarding or barriers would make sense. If you’re going, pick a meeting spot you can easily return to and note the nearest exit routes , it’s a small step that makes a big difference in crowded spaces.</w:t>
      </w:r>
      <w:r/>
    </w:p>
    <w:p>
      <w:pPr>
        <w:pStyle w:val="Heading2"/>
      </w:pPr>
      <w:r>
        <w:t>Which security measures are on the table</w:t>
      </w:r>
      <w:r/>
    </w:p>
    <w:p>
      <w:r/>
      <w:r>
        <w:t>Police have said they’ll accompany and protect the parade, and authorities will look at how other cities responded to the Berlin attack for lessons learned. That could mean more visible policing, temporary barriers, vehicle-borne protection at key points, or tightened access to staging areas.</w:t>
      </w:r>
      <w:r/>
    </w:p>
    <w:p>
      <w:r/>
      <w:r>
        <w:t>Practical advice for attendees: arrive early, carry minimal belongings, and keep your phone charged. If organisers announce bag checks or restricted areas, it’s usually to speed things up and reduce risk rather than to spoil the mood.</w:t>
      </w:r>
      <w:r/>
    </w:p>
    <w:p>
      <w:pPr>
        <w:pStyle w:val="Heading2"/>
      </w:pPr>
      <w:r>
        <w:t>The political message: solidarity, not fear</w:t>
      </w:r>
      <w:r/>
    </w:p>
    <w:p>
      <w:r/>
      <w:r>
        <w:t>Dortmund’s leadership has been clear , the response to hate is solidarity. Uhr offered condolences to victims of the Berlin attack and stressed the city’s commitment to backing the queer community. Christopher Street Days are framed as expressions of an open, democratic society, and letting fear drive cancellations would hand victory to extremists.</w:t>
      </w:r>
      <w:r/>
    </w:p>
    <w:p>
      <w:r/>
      <w:r>
        <w:t>There’s also the civic aspect: transparent communication from police and organisers helps prevent rumours and keeps the focus on celebration and remembrance rather than alarm.</w:t>
      </w:r>
      <w:r/>
    </w:p>
    <w:p>
      <w:pPr>
        <w:pStyle w:val="Heading2"/>
      </w:pPr>
      <w:r>
        <w:t>Looking ahead: what to expect closer to the day</w:t>
      </w:r>
      <w:r/>
    </w:p>
    <w:p>
      <w:r/>
      <w:r>
        <w:t>In the weeks before 5 September, expect authorities and SLADO to outline any adjustments to the route, staging areas or security checks. Organisers will likely step up communications so attendees know what to expect and how to prepare. Media coverage and official briefings will track how Dortmund balances openness with practical protections.</w:t>
      </w:r>
      <w:r/>
    </w:p>
    <w:p>
      <w:r/>
      <w:r>
        <w:t>For participants, the best approach is to stay informed, follow official guidance, and show up to support one another , the march is as much about community as it is about visibility.</w:t>
      </w:r>
      <w:r/>
    </w:p>
    <w:p>
      <w:r/>
      <w:r>
        <w:t>It's a small change that can make every march safer and keep the celebration strong.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10">
        <w:r>
          <w:rPr>
            <w:color w:val="0000EE"/>
            <w:u w:val="single"/>
          </w:rPr>
          <w:t>[3]</w:t>
        </w:r>
      </w:hyperlink>
      <w:r>
        <w:t xml:space="preserve">, </w:t>
      </w:r>
      <w:hyperlink r:id="rId11">
        <w:r>
          <w:rPr>
            <w:color w:val="0000EE"/>
            <w:u w:val="single"/>
          </w:rPr>
          <w:t>[4]</w:t>
        </w:r>
      </w:hyperlink>
      <w:r>
        <w:t xml:space="preserve">- Paragraph 5: </w:t>
      </w:r>
      <w:hyperlink r:id="rId9">
        <w:r>
          <w:rPr>
            <w:color w:val="0000EE"/>
            <w:u w:val="single"/>
          </w:rPr>
          <w:t>[2]</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https://www.ruhrnachrichten.de/dortmund/csd-dortmund-berlin-anschlag-sicherheit-polizei-slado-w1226626-2002163381/</w:t>
        </w:r>
      </w:hyperlink>
      <w:r>
        <w:t xml:space="preserve"> - Please view link - unable to able to access data</w:t>
      </w:r>
      <w:r/>
    </w:p>
    <w:p>
      <w:pPr>
        <w:pStyle w:val="ListNumber"/>
        <w:spacing w:line="240" w:lineRule="auto"/>
        <w:ind w:left="720"/>
      </w:pPr>
      <w:r/>
      <w:hyperlink r:id="rId9">
        <w:r>
          <w:rPr>
            <w:color w:val="0000EE"/>
            <w:u w:val="single"/>
          </w:rPr>
          <w:t>https://www.ruhrnachrichten.de/dortmund/csd-dortmund-berlin-anschlag-sicherheit-polizei-slado-w1226626-2002163381/</w:t>
        </w:r>
      </w:hyperlink>
      <w:r>
        <w:t xml:space="preserve"> - Following the attack at the Berlin Christopher Street Day (CSD), Dortmund's city director, Christian Uhr, announced a review of security measures for the upcoming CSD on September 5, 2026. The Berlin attack resulted in one death and 29 injuries, with authorities attributing it to Islamist motives. Dortmund's CSD is organized by SLADO, the umbrella association for LGBTQ+ organizations in the city. The planned demonstration will start at the main train station and end at Friedensplatz, with police protection.</w:t>
      </w:r>
      <w:r/>
    </w:p>
    <w:p>
      <w:pPr>
        <w:pStyle w:val="ListNumber"/>
        <w:spacing w:line="240" w:lineRule="auto"/>
        <w:ind w:left="720"/>
      </w:pPr>
      <w:r/>
      <w:hyperlink r:id="rId10">
        <w:r>
          <w:rPr>
            <w:color w:val="0000EE"/>
            <w:u w:val="single"/>
          </w:rPr>
          <w:t>https://www.tagesschau.de/inland/regional/nordrheinwestfalen/wdr-nach-anschlag-in-berlin-trauer-und-konsequenzen-bei-nrw-csds-100.html</w:t>
        </w:r>
      </w:hyperlink>
      <w:r>
        <w:t xml:space="preserve"> - In response to the Berlin CSD attack, the LGBTQ+ community in North Rhine-Westphalia held spontaneous memorials in cities like Cologne, Bochum, Wuppertal, and Duisburg. The incident has deeply shaken the community, leading to increased security measures at upcoming CSD events in the region.</w:t>
      </w:r>
      <w:r/>
    </w:p>
    <w:p>
      <w:pPr>
        <w:pStyle w:val="ListNumber"/>
        <w:spacing w:line="240" w:lineRule="auto"/>
        <w:ind w:left="720"/>
      </w:pPr>
      <w:r/>
      <w:hyperlink r:id="rId11">
        <w:r>
          <w:rPr>
            <w:color w:val="0000EE"/>
            <w:u w:val="single"/>
          </w:rPr>
          <w:t>https://www.ndr.de/nachrichten/niedersachsen/braunschweig_harz_goettingen/nach-csd-anschlag-veranstalter-schaerfen-bei-sicherheit-nach%2Ccsd-358.html</w:t>
        </w:r>
      </w:hyperlink>
      <w:r>
        <w:t xml:space="preserve"> - Following the Berlin CSD attack, organizers of major events in Lower Saxony, including the Maschsee Festival in Hannover and CSDs, are enhancing their security measures. In Hannover, additional security barriers are being implemented to ensure participant safety.</w:t>
      </w:r>
      <w:r/>
    </w:p>
    <w:p>
      <w:pPr>
        <w:pStyle w:val="ListNumber"/>
        <w:spacing w:line="240" w:lineRule="auto"/>
        <w:ind w:left="720"/>
      </w:pPr>
      <w:r/>
      <w:hyperlink r:id="rId14">
        <w:r>
          <w:rPr>
            <w:color w:val="0000EE"/>
            <w:u w:val="single"/>
          </w:rPr>
          <w:t>https://www.express.de/panorama/csd-todesfahrt-warum-versagten-die-sicherheits-poller-in-berlin-1334363</w:t>
        </w:r>
      </w:hyperlink>
      <w:r>
        <w:t xml:space="preserve"> - The Berlin CSD attack has raised questions about the effectiveness of security barriers. Despite extensive measures, a vehicle breached the area, resulting in fatalities and injuries. Investigations are underway to understand the security lapses.</w:t>
      </w:r>
      <w:r/>
    </w:p>
    <w:p>
      <w:pPr>
        <w:pStyle w:val="ListNumber"/>
        <w:spacing w:line="240" w:lineRule="auto"/>
        <w:ind w:left="720"/>
      </w:pPr>
      <w:r/>
      <w:hyperlink r:id="rId12">
        <w:r>
          <w:rPr>
            <w:color w:val="0000EE"/>
            <w:u w:val="single"/>
          </w:rPr>
          <w:t>https://www.wirindortmund.de/dortmund/christoper-street-day-2023-vorlaeufige-bilanz-der-dortmunder-polizei-203402</w:t>
        </w:r>
      </w:hyperlink>
      <w:r>
        <w:t xml:space="preserve"> - The 2023 Dortmund CSD saw approximately 3,500 participants. The event was peaceful, with two incidents involving the 'Hitler salute' leading to police reports. The demonstration began at the main train station and concluded at Friedensplatz.</w:t>
      </w:r>
      <w:r/>
    </w:p>
    <w:p>
      <w:pPr>
        <w:pStyle w:val="ListNumber"/>
        <w:spacing w:line="240" w:lineRule="auto"/>
        <w:ind w:left="720"/>
      </w:pPr>
      <w:r/>
      <w:hyperlink r:id="rId13">
        <w:r>
          <w:rPr>
            <w:color w:val="0000EE"/>
            <w:u w:val="single"/>
          </w:rPr>
          <w:t>https://www.presseportal.de/blaulicht/pm/4971/5593958</w:t>
        </w:r>
      </w:hyperlink>
      <w:r>
        <w:t xml:space="preserve"> - The Dortmund police reported that the 2023 CSD was peaceful, with around 3,500 participants. Two individuals were identified and reported for displaying the 'Hitler salute' during the event. The demonstration route included the main train station and Friedensplatz.</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ruhrnachrichten.de/dortmund/csd-dortmund-berlin-anschlag-sicherheit-polizei-slado-w1226626-2002163381/" TargetMode="External"/><Relationship Id="rId10" Type="http://schemas.openxmlformats.org/officeDocument/2006/relationships/hyperlink" Target="https://www.tagesschau.de/inland/regional/nordrheinwestfalen/wdr-nach-anschlag-in-berlin-trauer-und-konsequenzen-bei-nrw-csds-100.html" TargetMode="External"/><Relationship Id="rId11" Type="http://schemas.openxmlformats.org/officeDocument/2006/relationships/hyperlink" Target="https://www.ndr.de/nachrichten/niedersachsen/braunschweig_harz_goettingen/nach-csd-anschlag-veranstalter-schaerfen-bei-sicherheit-nach%2Ccsd-358.html" TargetMode="External"/><Relationship Id="rId12" Type="http://schemas.openxmlformats.org/officeDocument/2006/relationships/hyperlink" Target="https://www.wirindortmund.de/dortmund/christoper-street-day-2023-vorlaeufige-bilanz-der-dortmunder-polizei-203402" TargetMode="External"/><Relationship Id="rId13" Type="http://schemas.openxmlformats.org/officeDocument/2006/relationships/hyperlink" Target="https://www.presseportal.de/blaulicht/pm/4971/5593958" TargetMode="External"/><Relationship Id="rId14" Type="http://schemas.openxmlformats.org/officeDocument/2006/relationships/hyperlink" Target="https://www.express.de/panorama/csd-todesfahrt-warum-versagten-die-sicherheits-poller-in-berlin-133436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