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Cork Bank Holiday Events: Family Fun, Pride and Nightlife Picks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sunny spare day on the calendar and plan it well , Cork’s final August bank holiday delivers family fun, Pride celebrations, sport and a cracking girls‑night-out without leaving the city. Here’s what’s on, who’s hosting it and why each option makes the long weekend feel like a proper mini‑break.</w:t>
      </w:r>
      <w:r/>
    </w:p>
    <w:p>
      <w:r/>
      <w:r>
        <w:t>Essential Takeaways</w:t>
      </w:r>
      <w:r/>
      <w:r/>
    </w:p>
    <w:p>
      <w:pPr>
        <w:pStyle w:val="ListBullet"/>
        <w:spacing w:line="240" w:lineRule="auto"/>
        <w:ind w:left="720"/>
      </w:pPr>
      <w:r/>
      <w:r>
        <w:rPr>
          <w:b/>
        </w:rPr>
        <w:t>Family value:</w:t>
      </w:r>
      <w:r>
        <w:t xml:space="preserve"> Mallow Racecourse offers children under 14 free entry with an adult, and family tickets from about €30 for two adults and two kids.</w:t>
      </w:r>
      <w:r/>
    </w:p>
    <w:p>
      <w:pPr>
        <w:pStyle w:val="ListBullet"/>
        <w:spacing w:line="240" w:lineRule="auto"/>
        <w:ind w:left="720"/>
      </w:pPr>
      <w:r/>
      <w:r>
        <w:rPr>
          <w:b/>
        </w:rPr>
        <w:t>Girls’ night out:</w:t>
      </w:r>
      <w:r>
        <w:t xml:space="preserve"> Cyprus Avenue’s Girls Allow’d promises high‑energy pop singalongs and party props for a €10 ticket.</w:t>
      </w:r>
      <w:r/>
    </w:p>
    <w:p>
      <w:pPr>
        <w:pStyle w:val="ListBullet"/>
        <w:spacing w:line="240" w:lineRule="auto"/>
        <w:ind w:left="720"/>
      </w:pPr>
      <w:r/>
      <w:r>
        <w:rPr>
          <w:b/>
        </w:rPr>
        <w:t>Pride returns:</w:t>
      </w:r>
      <w:r>
        <w:t xml:space="preserve"> Cork Community Pride brings a family picnic and colourful parade on Saturday, plus the Pav’s Pride Party on Sunday night with RuPaul alumni.</w:t>
      </w:r>
      <w:r/>
    </w:p>
    <w:p>
      <w:pPr>
        <w:pStyle w:val="ListBullet"/>
        <w:spacing w:line="240" w:lineRule="auto"/>
        <w:ind w:left="720"/>
      </w:pPr>
      <w:r/>
      <w:r>
        <w:rPr>
          <w:b/>
        </w:rPr>
        <w:t>Sporting twist:</w:t>
      </w:r>
      <w:r>
        <w:t xml:space="preserve"> See women’s Australian Rules up close , Ireland v Australia tickets are around €10 for a unique match.</w:t>
      </w:r>
      <w:r/>
    </w:p>
    <w:p>
      <w:pPr>
        <w:pStyle w:val="ListBullet"/>
        <w:spacing w:line="240" w:lineRule="auto"/>
        <w:ind w:left="720"/>
      </w:pPr>
      <w:r/>
      <w:r>
        <w:rPr>
          <w:b/>
        </w:rPr>
        <w:t>Easy logistics:</w:t>
      </w:r>
      <w:r>
        <w:t xml:space="preserve"> Events are spread across city and county, giving options for outdoor relaxation or late‑night club energy.</w:t>
      </w:r>
      <w:r/>
      <w:r/>
    </w:p>
    <w:p>
      <w:pPr>
        <w:pStyle w:val="Heading2"/>
      </w:pPr>
      <w:r>
        <w:t>Make it a family day at Mallow Racecourse , affordable and lively</w:t>
      </w:r>
      <w:r/>
    </w:p>
    <w:p>
      <w:r/>
      <w:r>
        <w:t>If you want a day out that feels like a treat without a big bill, Mallow Racecourse is the go‑to on Monday. The track pairs the thud of jump races with a carnival of free children’s entertainment , inflatables, games and activities that keep the little ones busy while adults watch the horses and soak up the atmosphere. According to the racecourse, keeping under‑14s free with each adult is a deliberate move to make race days accessible, and at around €15 a head online it’s a straightforward way to spend a bank holiday. Bring sun cream and a foldaway blanket if you plan to picnic , and pick seating near the family zone for the friendliest buzz.</w:t>
      </w:r>
      <w:r/>
    </w:p>
    <w:p>
      <w:pPr>
        <w:pStyle w:val="Heading2"/>
      </w:pPr>
      <w:r>
        <w:t>Girls Allow’d at Cyprus Avenue , silly, singalong, safe</w:t>
      </w:r>
      <w:r/>
    </w:p>
    <w:p>
      <w:r/>
      <w:r>
        <w:t>Cyprus Avenue has built a reputation as a lively live‑music spot and its Girls Allow’d night is pitched as unapologetic fun , think pop anthems, party props and a handful of surprises for early arrivals. The venue’s gig listings show it’s used to staging energetic club‑style shows, so expect a slick sound system and room to dance. Tickets are wallet‑friendly at €10, so it’s an easy decision for a group of friends who want a no‑fuss, high‑energy evening without trekking far from the city centre. Plan a pre‑show meal nearby and grab your entrance early if you want one of the welcome goodies for the first 100 in.</w:t>
      </w:r>
      <w:r/>
    </w:p>
    <w:p>
      <w:pPr>
        <w:pStyle w:val="Heading2"/>
      </w:pPr>
      <w:r>
        <w:t>Cork Community Pride , grassroots, family‑friendly and colourful</w:t>
      </w:r>
      <w:r/>
    </w:p>
    <w:p>
      <w:r/>
      <w:r>
        <w:t>After a gap, Pride is back this year under new community leadership, with organisers focusing on inclusion and a family‑oriented return to the streets. The weekend centres on a family picnic in Fitzgerald’s Park and a parade beginning on Grand Parade that winds through the city, which makes it perfect for anyone who wants to be part of the atmosphere without committing to late‑night events. Volunteers behind the revival say they want an event that reflects Cork’s diversity and spirit, so expect food trucks, live music and lots of rainbow flags. It’s a gentle, visual celebration , bring a picnic rug and an open mind.</w:t>
      </w:r>
      <w:r/>
    </w:p>
    <w:p>
      <w:pPr>
        <w:pStyle w:val="Heading2"/>
      </w:pPr>
      <w:r>
        <w:t>The Pav’s Pride Party , drag, comedy and late‑night glamour</w:t>
      </w:r>
      <w:r/>
    </w:p>
    <w:p>
      <w:r/>
      <w:r>
        <w:t>If you’re after the big, theatrical end of Pride, the Pav’s annual Pride Party is the one to book. The bill mixes stand‑up from Emma Doran with headline drag from RuPaul’s Drag Race favourites, plus DJs and guest performers playing pop and club anthems until late. Limited Meet &amp; Greet tickets add a VIP touch for superfans who want photos or a short chat. For anyone who loves a sequinned spectacle and late‑night dancing, this is Cork’s main Pride nightlife moment , arrive early if you want the best vantage and check transport home in advance.</w:t>
      </w:r>
      <w:r/>
    </w:p>
    <w:p>
      <w:pPr>
        <w:pStyle w:val="Heading2"/>
      </w:pPr>
      <w:r>
        <w:t>Try something different: Ireland v Australia in women’s AFL</w:t>
      </w:r>
      <w:r/>
    </w:p>
    <w:p>
      <w:r/>
      <w:r>
        <w:t>For a sporty change of pace, the AFL Europe women’s test match between Ireland and a Europe‑based Australia side offers fast, tight action that you won’t often get on the telly. Cork has a proud Aussie Rules history and the match is both affordable and engaging , tickets are about €10, making it a budget way to try a new sport. Expect a physical, free‑flowing game and a friendly crowd who know the local clubs; it’s ideal for families curious about niche sports or anyone who likes their long weekend with a dash of athleticism.</w:t>
      </w:r>
      <w:r/>
    </w:p>
    <w:p>
      <w:pPr>
        <w:pStyle w:val="Heading2"/>
      </w:pPr>
      <w:r>
        <w:t>How to pick the best plan for your bank holiday</w:t>
      </w:r>
      <w:r/>
    </w:p>
    <w:p>
      <w:r/>
      <w:r>
        <w:t>Think about mood and timing first: choose Mallow for a chilled, all‑ages day; Cyprus Avenue if you want a short, loud evening out; Pride picnic and parade for communal family fun; the Pav for late‑night glamour; and the AFL match for a sport‑centric outing. Book tickets where possible , some events have limited numbers or early‑bird perks , and layer a picnic or restaurant stop to turn a few hours into a proper day. Weather can change in a heartbeat, so pack a light jacket and sensible shoes.</w:t>
      </w:r>
      <w:r/>
    </w:p>
    <w:p>
      <w:r/>
      <w:r>
        <w:t>It’s a small investment of time to find the feel‑good moment that suits you this bank holiday , pick your vibe and enjoy the Rebel County’s best bits.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2">
        <w:r>
          <w:rPr>
            <w:color w:val="0000EE"/>
            <w:u w:val="single"/>
          </w:rPr>
          <w:t>[4]</w:t>
        </w:r>
      </w:hyperlink>
      <w:r>
        <w:t xml:space="preserve">- Paragraph 4: </w:t>
      </w:r>
      <w:hyperlink r:id="rId9">
        <w:r>
          <w:rPr>
            <w:color w:val="0000EE"/>
            <w:u w:val="single"/>
          </w:rPr>
          <w:t>[1]</w:t>
        </w:r>
      </w:hyperlink>
      <w:r>
        <w:t xml:space="preserve">, </w:t>
      </w:r>
      <w:hyperlink r:id="rId9">
        <w:r>
          <w:rPr>
            <w:color w:val="0000EE"/>
            <w:u w:val="single"/>
          </w:rPr>
          <w:t>[1]</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https://www.independent.ie/county/cork/august-bank-holiday-in-cork-pride-parties-and-points-on-leeside/a/159098863.html</w:t>
        </w:r>
      </w:hyperlink>
      <w:r>
        <w:t xml:space="preserve"> - Please view link - unable to able to access data</w:t>
      </w:r>
      <w:r/>
    </w:p>
    <w:p>
      <w:pPr>
        <w:pStyle w:val="ListNumber"/>
        <w:spacing w:line="240" w:lineRule="auto"/>
        <w:ind w:left="720"/>
      </w:pPr>
      <w:r/>
      <w:hyperlink r:id="rId10">
        <w:r>
          <w:rPr>
            <w:color w:val="0000EE"/>
            <w:u w:val="single"/>
          </w:rPr>
          <w:t>https://www.corkracecourse.ie/venue/cork-racecourse/</w:t>
        </w:r>
      </w:hyperlink>
      <w:r>
        <w:t xml:space="preserve"> - Cork Racecourse Mallow is hosting a Family Fun Raceday on Bank Holiday Monday, August 3, 2024. The event features seven competitive jump races and a variety of free outdoor activities for children, including face painting, DJ interactive music, a reptile petting zoo, and more. Children under 14 can attend for free when accompanied by an adult. Tickets for adults are priced at €20, with discounts available for students and OAPs. The first race is scheduled to start at 2:05 pm, with gates opening at 12:05 pm.</w:t>
      </w:r>
      <w:r/>
    </w:p>
    <w:p>
      <w:pPr>
        <w:pStyle w:val="ListNumber"/>
        <w:spacing w:line="240" w:lineRule="auto"/>
        <w:ind w:left="720"/>
      </w:pPr>
      <w:r/>
      <w:hyperlink r:id="rId11">
        <w:r>
          <w:rPr>
            <w:color w:val="0000EE"/>
            <w:u w:val="single"/>
          </w:rPr>
          <w:t>https://www.cyprusavenue.ie/</w:t>
        </w:r>
      </w:hyperlink>
      <w:r>
        <w:t xml:space="preserve"> - Cyprus Avenue in Cork is hosting 'Girls Allow’d - A Girls Only Night Out' on Saturday, August 1, 2024, from 6:00 pm. The event promises a high-energy soundtrack packed with pop anthems, guilty pleasures, and iconic crowd-pleasers. Tickets are priced at €10, with a welcome surprise for the first 100 attendees. The venue is located at Caroline Street, Cork, Ireland.</w:t>
      </w:r>
      <w:r/>
    </w:p>
    <w:p>
      <w:pPr>
        <w:pStyle w:val="ListNumber"/>
        <w:spacing w:line="240" w:lineRule="auto"/>
        <w:ind w:left="720"/>
      </w:pPr>
      <w:r/>
      <w:hyperlink r:id="rId12">
        <w:r>
          <w:rPr>
            <w:color w:val="0000EE"/>
            <w:u w:val="single"/>
          </w:rPr>
          <w:t>https://www.cyprusavenue.ie/gigs</w:t>
        </w:r>
      </w:hyperlink>
      <w:r>
        <w:t xml:space="preserve"> - Cyprus Avenue in Cork is hosting 'Girls Allow’d - A Girls Only Night Out' on Saturday, August 1, 2024, from 6:00 pm. The event promises a high-energy soundtrack packed with pop anthems, guilty pleasures, and iconic crowd-pleasers. Tickets are priced at €10, with a welcome surprise for the first 100 attendees. The venue is located at Caroline Street, Cork, Ireland.</w:t>
      </w:r>
      <w:r/>
    </w:p>
    <w:p>
      <w:pPr>
        <w:pStyle w:val="ListNumber"/>
        <w:spacing w:line="240" w:lineRule="auto"/>
        <w:ind w:left="720"/>
      </w:pPr>
      <w:r/>
      <w:hyperlink r:id="rId11">
        <w:r>
          <w:rPr>
            <w:color w:val="0000EE"/>
            <w:u w:val="single"/>
          </w:rPr>
          <w:t>https://www.cyprusavenue.ie/</w:t>
        </w:r>
      </w:hyperlink>
      <w:r>
        <w:t xml:space="preserve"> - Cyprus Avenue in Cork is hosting 'Girls Allow’d - A Girls Only Night Out' on Saturday, August 1, 2024, from 6:00 pm. The event promises a high-energy soundtrack packed with pop anthems, guilty pleasures, and iconic crowd-pleasers. Tickets are priced at €10, with a welcome surprise for the first 100 attendees. The venue is located at Caroline Street, Cork, Ireland.</w:t>
      </w:r>
      <w:r/>
    </w:p>
    <w:p>
      <w:pPr>
        <w:pStyle w:val="ListNumber"/>
        <w:spacing w:line="240" w:lineRule="auto"/>
        <w:ind w:left="720"/>
      </w:pPr>
      <w:r/>
      <w:hyperlink r:id="rId11">
        <w:r>
          <w:rPr>
            <w:color w:val="0000EE"/>
            <w:u w:val="single"/>
          </w:rPr>
          <w:t>https://www.cyprusavenue.ie/</w:t>
        </w:r>
      </w:hyperlink>
      <w:r>
        <w:t xml:space="preserve"> - Cyprus Avenue in Cork is hosting 'Girls Allow’d - A Girls Only Night Out' on Saturday, August 1, 2024, from 6:00 pm. The event promises a high-energy soundtrack packed with pop anthems, guilty pleasures, and iconic crowd-pleasers. Tickets are priced at €10, with a welcome surprise for the first 100 attendees. The venue is located at Caroline Street, Cork, Ireland.</w:t>
      </w:r>
      <w:r/>
    </w:p>
    <w:p>
      <w:pPr>
        <w:pStyle w:val="ListNumber"/>
        <w:spacing w:line="240" w:lineRule="auto"/>
        <w:ind w:left="720"/>
      </w:pPr>
      <w:r/>
      <w:hyperlink r:id="rId11">
        <w:r>
          <w:rPr>
            <w:color w:val="0000EE"/>
            <w:u w:val="single"/>
          </w:rPr>
          <w:t>https://www.cyprusavenue.ie/</w:t>
        </w:r>
      </w:hyperlink>
      <w:r>
        <w:t xml:space="preserve"> - Cyprus Avenue in Cork is hosting 'Girls Allow’d - A Girls Only Night Out' on Saturday, August 1, 2024, from 6:00 pm. The event promises a high-energy soundtrack packed with pop anthems, guilty pleasures, and iconic crowd-pleasers. Tickets are priced at €10, with a welcome surprise for the first 100 attendees. The venue is located at Caroline Street, Cork, Ireland.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ie/county/cork/august-bank-holiday-in-cork-pride-parties-and-points-on-leeside/a/159098863.html" TargetMode="External"/><Relationship Id="rId10" Type="http://schemas.openxmlformats.org/officeDocument/2006/relationships/hyperlink" Target="https://www.corkracecourse.ie/venue/cork-racecourse/" TargetMode="External"/><Relationship Id="rId11" Type="http://schemas.openxmlformats.org/officeDocument/2006/relationships/hyperlink" Target="https://www.cyprusavenue.ie/" TargetMode="External"/><Relationship Id="rId12" Type="http://schemas.openxmlformats.org/officeDocument/2006/relationships/hyperlink" Target="https://www.cyprusavenue.ie/gi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