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Coming-Out Stories from College Hockey: One Manager’s Quiet, Powerful Win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quieter role models , Gavin Parker’s coming-out as a gay student manager at the University of Connecticut shows how small, everyday acts can change locker-room culture, why it matters for college hockey teams, and what others can learn about acceptance and courage.</w:t>
      </w:r>
      <w:r/>
    </w:p>
    <w:p>
      <w:r/>
      <w:r>
        <w:t>Essential Takeaways</w:t>
      </w:r>
      <w:r/>
      <w:r/>
    </w:p>
    <w:p>
      <w:pPr>
        <w:pStyle w:val="ListBullet"/>
        <w:spacing w:line="240" w:lineRule="auto"/>
        <w:ind w:left="720"/>
      </w:pPr>
      <w:r/>
      <w:r>
        <w:rPr>
          <w:b/>
        </w:rPr>
        <w:t>Unexpected reveal:</w:t>
      </w:r>
      <w:r>
        <w:t xml:space="preserve"> Gavin first learned teammates already knew he was gay when a casual text confirmed it, and the relief was immediate and emotional. </w:t>
      </w:r>
      <w:r/>
    </w:p>
    <w:p>
      <w:pPr>
        <w:pStyle w:val="ListBullet"/>
        <w:spacing w:line="240" w:lineRule="auto"/>
        <w:ind w:left="720"/>
      </w:pPr>
      <w:r/>
      <w:r>
        <w:rPr>
          <w:b/>
        </w:rPr>
        <w:t>A bump in the road:</w:t>
      </w:r>
      <w:r>
        <w:t xml:space="preserve"> A teammate raised discomfort about his presence in the locker room, prompting a temporary removal that was later resolved through conversation. </w:t>
      </w:r>
      <w:r/>
    </w:p>
    <w:p>
      <w:pPr>
        <w:pStyle w:val="ListBullet"/>
        <w:spacing w:line="240" w:lineRule="auto"/>
        <w:ind w:left="720"/>
      </w:pPr>
      <w:r/>
      <w:r>
        <w:rPr>
          <w:b/>
        </w:rPr>
        <w:t>Cultural context:</w:t>
      </w:r>
      <w:r>
        <w:t xml:space="preserve"> Hockey’s tough-guy image has historically left little space for LGBTQ people, but recent visibility and allies are shifting the sport. </w:t>
      </w:r>
      <w:r/>
    </w:p>
    <w:p>
      <w:pPr>
        <w:pStyle w:val="ListBullet"/>
        <w:spacing w:line="240" w:lineRule="auto"/>
        <w:ind w:left="720"/>
      </w:pPr>
      <w:r/>
      <w:r>
        <w:rPr>
          <w:b/>
        </w:rPr>
        <w:t>Practical reassurance:</w:t>
      </w:r>
      <w:r>
        <w:t xml:space="preserve"> Small gestures , wearing a rainbow bracelet, joining team meals , helped Gavin build bonds and normalise his presence. </w:t>
      </w:r>
      <w:r/>
    </w:p>
    <w:p>
      <w:pPr>
        <w:pStyle w:val="ListBullet"/>
        <w:spacing w:line="240" w:lineRule="auto"/>
        <w:ind w:left="720"/>
      </w:pPr>
      <w:r/>
      <w:r>
        <w:rPr>
          <w:b/>
        </w:rPr>
        <w:t>Broader change:</w:t>
      </w:r>
      <w:r>
        <w:t xml:space="preserve"> Trailblazers in the NHL and college ranks, and growing acceptance in programmes, are making locker rooms more inclusive.</w:t>
      </w:r>
      <w:r/>
      <w:r/>
    </w:p>
    <w:p>
      <w:pPr>
        <w:pStyle w:val="Heading2"/>
      </w:pPr>
      <w:r>
        <w:t>An accidental reveal that felt like a lifeline</w:t>
      </w:r>
      <w:r/>
    </w:p>
    <w:p>
      <w:r/>
      <w:r>
        <w:t>Gavin Parker’s story starts with a slip of a sentence and a tide of relief, a sensory moment , the freeing dampness of tears , that readers can picture. He tells how accidentally saying he’d be with his boyfriend immediately deflated weeks of private tension. According to Outsports, that one reveal made him feel accepted and more a part of the team than he had before. It’s a reminder that coming out often happens in ordinary moments, and that the reaction you fear rarely matches reality.</w:t>
      </w:r>
      <w:r/>
    </w:p>
    <w:p>
      <w:pPr>
        <w:pStyle w:val="Heading2"/>
      </w:pPr>
      <w:r>
        <w:t>When acceptance meets resistance: the locker-room test</w:t>
      </w:r>
      <w:r/>
    </w:p>
    <w:p>
      <w:r/>
      <w:r>
        <w:t>Not every moment was smooth. Just before Thanksgiving Gavin was told someone on the team was uncomfortable with him in the locker room and he was asked to stay away while it was sorted. That sting , being sidelined from a place that had become a second home , is sadly familiar to many LGBTQ athletes and staff. The situation was later resolved through discussion, and Gavin says the barriers faded over time. The episode underscores how one person’s assumptions can have outsized effects, but also how direct conversation can mend things.</w:t>
      </w:r>
      <w:r/>
    </w:p>
    <w:p>
      <w:pPr>
        <w:pStyle w:val="Heading2"/>
      </w:pPr>
      <w:r>
        <w:t>Hockey’s image and the slow work of change</w:t>
      </w:r>
      <w:r/>
    </w:p>
    <w:p>
      <w:r/>
      <w:r>
        <w:t>Hockey culture has long been wrapped in traditional masculinity, and that’s made the sport feel closed to many LGBTQ people. Outsports pieces tracking the sport’s evolution show a shift: public figures and organisations, from established NHL executives to You Can Play and out players, are nudging hockey toward inclusion. At college level, pioneers like Brendan Burke set early examples, and Gavin’s experience at UConn adds to that growing narrative of visibility. The trend is gradual, but momentum builds with every story shared.</w:t>
      </w:r>
      <w:r/>
    </w:p>
    <w:p>
      <w:pPr>
        <w:pStyle w:val="Heading2"/>
      </w:pPr>
      <w:r>
        <w:t>How small actions made Gavin feel like one of the guys</w:t>
      </w:r>
      <w:r/>
    </w:p>
    <w:p>
      <w:r/>
      <w:r>
        <w:t>Gavin didn’t rely on grand gestures. He wore a rainbow bracelet, joined team meals, and let himself be present in everyday team life. Those choices changed perceptions more than any speech would. For anyone wondering how to support an LGBTQ teammate or staffer, this is a practical template: invite them in, treat them like anyone else, and don’t make assumptions about motives or identity. It’s simple, human work that pays off.</w:t>
      </w:r>
      <w:r/>
    </w:p>
    <w:p>
      <w:pPr>
        <w:pStyle w:val="Heading2"/>
      </w:pPr>
      <w:r>
        <w:t>Why college locker rooms matter for the bigger picture</w:t>
      </w:r>
      <w:r/>
    </w:p>
    <w:p>
      <w:r/>
      <w:r>
        <w:t>College sports are where many lifelong attitudes are formed, and inclusive locker rooms set a tone beyond campus. As Outsports coverage shows, when teams accept LGBTQ members it reverberates , recruiting, campus climate, and alumni culture all benefit. Gavin’s final note is straightforward: being gay and being part of a hockey team aren’t mutually exclusive. His story is less about headline-grabbing activism and more about the quiet daily proof that belonging is possible.</w:t>
      </w:r>
      <w:r/>
    </w:p>
    <w:p>
      <w:r/>
      <w:r>
        <w:t>It’s a small change that can make every locker room feel more like a team.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[4]</w:t>
        </w:r>
      </w:hyperlink>
      <w:r>
        <w:t xml:space="preserve">, </w:t>
      </w:r>
      <w:hyperlink r:id="rId11">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https://www.outsports.com/2019/12/4/20994198/gavin-parker-connecticut-ice-hockey-gay-coming-out/</w:t>
        </w:r>
      </w:hyperlink>
      <w:r>
        <w:t xml:space="preserve"> - Please view link - unable to able to access data</w:t>
      </w:r>
      <w:r/>
    </w:p>
    <w:p>
      <w:pPr>
        <w:pStyle w:val="ListNumber"/>
        <w:spacing w:line="240" w:lineRule="auto"/>
        <w:ind w:left="720"/>
      </w:pPr>
      <w:r/>
      <w:hyperlink r:id="rId9">
        <w:r>
          <w:rPr>
            <w:color w:val="0000EE"/>
            <w:u w:val="single"/>
          </w:rPr>
          <w:t>https://www.outsports.com/2019/12/4/20994198/gavin-parker-connecticut-ice-hockey-gay-coming-out/</w:t>
        </w:r>
      </w:hyperlink>
      <w:r>
        <w:t xml:space="preserve"> - Gavin Parker, manager of the University of Connecticut ice hockey team, shares his journey of coming out as gay. Initially, he accidentally revealed his sexuality to the team, leading to unexpected acceptance. However, a faculty member later informed him of a player's discomfort with his presence in the locker room, causing temporary tension. Despite this, Parker's openness fostered stronger bonds with teammates, challenging stereotypes about masculinity in hockey. He acknowledges the trailblazing efforts of Brendan Burke, the first openly gay student manager in NCAA Division I men's hockey, and highlights the evolving inclusivity in the sport.</w:t>
      </w:r>
      <w:r/>
    </w:p>
    <w:p>
      <w:pPr>
        <w:pStyle w:val="ListNumber"/>
        <w:spacing w:line="240" w:lineRule="auto"/>
        <w:ind w:left="720"/>
      </w:pPr>
      <w:r/>
      <w:hyperlink r:id="rId11">
        <w:r>
          <w:rPr>
            <w:color w:val="0000EE"/>
            <w:u w:val="single"/>
          </w:rPr>
          <w:t>https://www.outsports.com/2026/1/6/24125176/gay-hockey-heated-rivalry-players-out-men-nhl-college-athletes/</w:t>
        </w:r>
      </w:hyperlink>
      <w:r>
        <w:t xml:space="preserve"> - An article highlighting 17 male hockey players who have come out as gay or bisexual at various levels, except in the NHL. It discusses the unique absence of openly gay players in the NHL compared to other major North American sports leagues. The piece also touches upon the cultural shift in hockey, with increasing visibility of LGBTQ athletes challenging traditional norms and promoting inclusivity within the sport.</w:t>
      </w:r>
      <w:r/>
    </w:p>
    <w:p>
      <w:pPr>
        <w:pStyle w:val="ListNumber"/>
        <w:spacing w:line="240" w:lineRule="auto"/>
        <w:ind w:left="720"/>
      </w:pPr>
      <w:r/>
      <w:hyperlink r:id="rId10">
        <w:r>
          <w:rPr>
            <w:color w:val="0000EE"/>
            <w:u w:val="single"/>
          </w:rPr>
          <w:t>https://www.outsports.com/2020/12/30/22202951/gay-hockey-players-coming-out-changing-culture/</w:t>
        </w:r>
      </w:hyperlink>
      <w:r>
        <w:t xml:space="preserve"> - This article discusses the increasing number of gay male hockey players coming out and how they are changing the sport's culture. It highlights several players who have publicly come out, including Brock McGillis, Adam Fyrer, and Zach Sullivan, and examines the impact of their visibility on promoting inclusivity and challenging traditional norms in men's ice hockey.</w:t>
      </w:r>
      <w:r/>
    </w:p>
    <w:p>
      <w:pPr>
        <w:pStyle w:val="ListNumber"/>
        <w:spacing w:line="240" w:lineRule="auto"/>
        <w:ind w:left="720"/>
      </w:pPr>
      <w:r/>
      <w:hyperlink r:id="rId12">
        <w:r>
          <w:rPr>
            <w:color w:val="0000EE"/>
            <w:u w:val="single"/>
          </w:rPr>
          <w:t>https://www.outsports.com/2025/1/4/23643870/ncaa-college-basketball-tournament-march-madness-men-women-lgbtq-out-player-coach/</w:t>
        </w:r>
      </w:hyperlink>
      <w:r>
        <w:t xml:space="preserve"> - An article celebrating 29 LGBTQ college basketball players and 64 coaches who have come out while competing. It highlights the increasing visibility and acceptance of LGBTQ individuals in college basketball, showcasing their contributions and the positive impact of their openness on the sport's culture.</w:t>
      </w:r>
      <w:r/>
    </w:p>
    <w:p>
      <w:pPr>
        <w:pStyle w:val="ListNumber"/>
        <w:spacing w:line="240" w:lineRule="auto"/>
        <w:ind w:left="720"/>
      </w:pPr>
      <w:r/>
      <w:hyperlink r:id="rId10">
        <w:r>
          <w:rPr>
            <w:color w:val="0000EE"/>
            <w:u w:val="single"/>
          </w:rPr>
          <w:t>https://www.outsports.com/2020/12/30/22202951/gay-hockey-players-coming-out-changing-culture/</w:t>
        </w:r>
      </w:hyperlink>
      <w:r>
        <w:t xml:space="preserve"> - This article discusses the increasing number of gay male hockey players coming out and how they are changing the sport's culture. It highlights several players who have publicly come out, including Brock McGillis, Adam Fyrer, and Zach Sullivan, and examines the impact of their visibility on promoting inclusivity and challenging traditional norms in men's ice hockey.</w:t>
      </w:r>
      <w:r/>
    </w:p>
    <w:p>
      <w:pPr>
        <w:pStyle w:val="ListNumber"/>
        <w:spacing w:line="240" w:lineRule="auto"/>
        <w:ind w:left="720"/>
      </w:pPr>
      <w:r/>
      <w:hyperlink r:id="rId11">
        <w:r>
          <w:rPr>
            <w:color w:val="0000EE"/>
            <w:u w:val="single"/>
          </w:rPr>
          <w:t>https://www.outsports.com/2026/1/6/24125176/gay-hockey-heated-rivalry-players-out-men-nhl-college-athletes/</w:t>
        </w:r>
      </w:hyperlink>
      <w:r>
        <w:t xml:space="preserve"> - An article highlighting 17 male hockey players who have come out as gay or bisexual at various levels, except in the NHL. It discusses the unique absence of openly gay players in the NHL compared to other major North American sports leagues. The piece also touches upon the cultural shift in hockey, with increasing visibility of LGBTQ athletes challenging traditional norms and promoting inclusivity within the sport.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9/12/4/20994198/gavin-parker-connecticut-ice-hockey-gay-coming-out/" TargetMode="External"/><Relationship Id="rId10" Type="http://schemas.openxmlformats.org/officeDocument/2006/relationships/hyperlink" Target="https://www.outsports.com/2020/12/30/22202951/gay-hockey-players-coming-out-changing-culture/" TargetMode="External"/><Relationship Id="rId11" Type="http://schemas.openxmlformats.org/officeDocument/2006/relationships/hyperlink" Target="https://www.outsports.com/2026/1/6/24125176/gay-hockey-heated-rivalry-players-out-men-nhl-college-athletes/" TargetMode="External"/><Relationship Id="rId12" Type="http://schemas.openxmlformats.org/officeDocument/2006/relationships/hyperlink" Target="https://www.outsports.com/2025/1/4/23643870/ncaa-college-basketball-tournament-march-madness-men-women-lgbtq-out-player-co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