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Cologne Pride Response After Berlin Attack: Safety, Solidarity, and Staying Open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but resolute, Cologne Pride organisers decided not to cancel their parade after a deadly attack at Berlin’s Christopher Street Day; organisers, city leaders and sponsors are reviewing security, offering spaces for grief, and stressing why visibility and protest matter now more than ever.</w:t>
      </w:r>
      <w:r/>
    </w:p>
    <w:p>
      <w:r/>
      <w:r>
        <w:t>Essential Takeaways</w:t>
      </w:r>
      <w:r/>
      <w:r/>
    </w:p>
    <w:p>
      <w:pPr>
        <w:pStyle w:val="ListBullet"/>
        <w:spacing w:line="240" w:lineRule="auto"/>
        <w:ind w:left="720"/>
      </w:pPr>
      <w:r/>
      <w:r>
        <w:rPr>
          <w:b/>
        </w:rPr>
        <w:t>Immediate reaction:</w:t>
      </w:r>
      <w:r>
        <w:t xml:space="preserve"> Cologne Pride leaders were in Berlin when a vehicle and alleged machete attack wounded dozens and killed one; they describe shock, fear and anger.</w:t>
      </w:r>
      <w:r/>
    </w:p>
    <w:p>
      <w:pPr>
        <w:pStyle w:val="ListBullet"/>
        <w:spacing w:line="240" w:lineRule="auto"/>
        <w:ind w:left="720"/>
      </w:pPr>
      <w:r/>
      <w:r>
        <w:rPr>
          <w:b/>
        </w:rPr>
        <w:t>No cancellation:</w:t>
      </w:r>
      <w:r>
        <w:t xml:space="preserve"> Organisers say the Cologne CSD will go ahead, emphasising resilience and the political purpose of Pride.</w:t>
      </w:r>
      <w:r/>
    </w:p>
    <w:p>
      <w:pPr>
        <w:pStyle w:val="ListBullet"/>
        <w:spacing w:line="240" w:lineRule="auto"/>
        <w:ind w:left="720"/>
      </w:pPr>
      <w:r/>
      <w:r>
        <w:rPr>
          <w:b/>
        </w:rPr>
        <w:t>Security review:</w:t>
      </w:r>
      <w:r>
        <w:t xml:space="preserve"> The event team will reassess access routes and the overall safety plan with city authorities, noting existing measures modelled on carnival protections.</w:t>
      </w:r>
      <w:r/>
    </w:p>
    <w:p>
      <w:pPr>
        <w:pStyle w:val="ListBullet"/>
        <w:spacing w:line="240" w:lineRule="auto"/>
        <w:ind w:left="720"/>
      </w:pPr>
      <w:r/>
      <w:r>
        <w:rPr>
          <w:b/>
        </w:rPr>
        <w:t>Community support:</w:t>
      </w:r>
      <w:r>
        <w:t xml:space="preserve"> The city, sponsors and local groups have offered public spaces for mourning and dialogue; mayoral statements stress defence of diversity.</w:t>
      </w:r>
      <w:r/>
    </w:p>
    <w:p>
      <w:pPr>
        <w:pStyle w:val="ListBullet"/>
        <w:spacing w:line="240" w:lineRule="auto"/>
        <w:ind w:left="720"/>
      </w:pPr>
      <w:r/>
      <w:r>
        <w:rPr>
          <w:b/>
        </w:rPr>
        <w:t>Political context:</w:t>
      </w:r>
      <w:r>
        <w:t xml:space="preserve"> Organisers warn against both Islamist violence and right‑wing exploitation, urging civic engagement to protect minorities.</w:t>
      </w:r>
      <w:r/>
      <w:r/>
    </w:p>
    <w:p>
      <w:pPr>
        <w:pStyle w:val="Heading2"/>
      </w:pPr>
      <w:r>
        <w:t>A terrifying moment and a calm decision afterwards</w:t>
      </w:r>
      <w:r/>
    </w:p>
    <w:p>
      <w:r/>
      <w:r>
        <w:t>Organisers from Cologne Pride were literally backstage in Berlin when police told them something had gone horribly wrong, and they’d only hours earlier stood on a CSD float among a sea of people, dancing and making speeches. The shock, they say, was immediate and visceral; there’s a quiet, stunned image of them watching television in a hotel that night, phones in hand, trying to reach loved ones. According to statements from the event team, the attack left one person dead and dozens injured, some seriously, and the suspect is still being sought.</w:t>
      </w:r>
      <w:r/>
    </w:p>
    <w:p>
      <w:pPr>
        <w:pStyle w:val="Heading2"/>
      </w:pPr>
      <w:r>
        <w:t>Why they won’t cancel Cologne’s parade</w:t>
      </w:r>
      <w:r/>
    </w:p>
    <w:p>
      <w:r/>
      <w:r>
        <w:t>Despite fear and anger, the leadership in Cologne made a clear call: they will not let this incident shut down Pride. They frame CSD as more than a party , it’s political protest and protection for people who still face insults, threats and violence because of who they are. Organisers told local media that cancelling would cede the streets to fear, and they rejected both intimidation and political opportunism. That stance is as much about morale as it is about principle.</w:t>
      </w:r>
      <w:r/>
    </w:p>
    <w:p>
      <w:pPr>
        <w:pStyle w:val="Heading2"/>
      </w:pPr>
      <w:r>
        <w:t>Tightening security without losing the atmosphere</w:t>
      </w:r>
      <w:r/>
    </w:p>
    <w:p>
      <w:r/>
      <w:r>
        <w:t>Practical steps are already on the table. Cologne Pride says it will sit down with city authorities and revisit every element of the security concept, from main barriers to the smaller access streets that can be blind spots. They point to the existing framework, noting the carnival’s model has informed their plans, and say adjustments will be thorough. For visitors, the takeaway is simple: expect more marshals, clearer cordons and perhaps changed arrival routes , all intended to protect the open, friendly feel Pride relies on.</w:t>
      </w:r>
      <w:r/>
    </w:p>
    <w:p>
      <w:pPr>
        <w:pStyle w:val="Heading2"/>
      </w:pPr>
      <w:r>
        <w:t>Community spaces for grief and solidarity matter</w:t>
      </w:r>
      <w:r/>
    </w:p>
    <w:p>
      <w:r/>
      <w:r>
        <w:t>In the wake of the attack, spontaneous and planned gatherings have become important. Religious and community groups in Cologne quickly arranged services and meet‑ups so people could mourn, talk and process what happened. Local sponsors and civic leaders echoed that sentiment: the city’s mayor publicly reaffirmed Cologne’s support for queer people, while a major sponsor framed the attack as an assault on shared democratic values. These gestures underline that safety is not only physical but social , people need places to be seen, heard and consoled.</w:t>
      </w:r>
      <w:r/>
    </w:p>
    <w:p>
      <w:pPr>
        <w:pStyle w:val="Heading2"/>
      </w:pPr>
      <w:r>
        <w:t>The wider political and social fallout</w:t>
      </w:r>
      <w:r/>
    </w:p>
    <w:p>
      <w:r/>
      <w:r>
        <w:t>Organisers are wary of two threats: the perpetrators of the attack and those who will use the event to score political points. They warn against Islamist violence as a motive under investigation, but also against right‑wing groups who might cynically exploit the incident to spread hate. Their message is civic: democracy isn’t only about voting, it’s about how a society treats minorities. They’re urging people to speak up, show solidarity and not let fear silence them.</w:t>
      </w:r>
      <w:r/>
    </w:p>
    <w:p>
      <w:r/>
      <w:r>
        <w:t>It's a small change that can make every parade safer and every voice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9">
        <w:r>
          <w:rPr>
            <w:color w:val="0000EE"/>
            <w:u w:val="single"/>
          </w:rPr>
          <w:t>[5]</w:t>
        </w:r>
      </w:hyperlink>
      <w:r>
        <w:t xml:space="preserve">- Paragraph 3: </w:t>
      </w:r>
      <w:hyperlink r:id="rId9">
        <w:r>
          <w:rPr>
            <w:color w:val="0000EE"/>
            <w:u w:val="single"/>
          </w:rPr>
          <w:t>[5]</w:t>
        </w:r>
      </w:hyperlink>
      <w:r>
        <w:t xml:space="preserve">, </w:t>
      </w:r>
      <w:hyperlink r:id="rId13">
        <w:r>
          <w:rPr>
            <w:color w:val="0000EE"/>
            <w:u w:val="single"/>
          </w:rPr>
          <w:t>[6]</w:t>
        </w:r>
      </w:hyperlink>
      <w:r>
        <w:t xml:space="preserve">- Paragraph 4: </w:t>
      </w:r>
      <w:hyperlink r:id="rId12">
        <w:r>
          <w:rPr>
            <w:color w:val="0000EE"/>
            <w:u w:val="single"/>
          </w:rPr>
          <w:t>[3]</w:t>
        </w:r>
      </w:hyperlink>
      <w:r>
        <w:t xml:space="preserve">, </w:t>
      </w:r>
      <w:hyperlink r:id="rId9">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https://www.ksta.de/koeln/anschlag-in-berlin-wir-werden-koelner-csd-niemals-absagen-1334674</w:t>
        </w:r>
      </w:hyperlink>
      <w:r>
        <w:t xml:space="preserve"> - Please view link - unable to able to access data</w:t>
      </w:r>
      <w:r/>
    </w:p>
    <w:p>
      <w:pPr>
        <w:pStyle w:val="ListNumber"/>
        <w:spacing w:line="240" w:lineRule="auto"/>
        <w:ind w:left="720"/>
      </w:pPr>
      <w:r/>
      <w:hyperlink r:id="rId10">
        <w:r>
          <w:rPr>
            <w:color w:val="0000EE"/>
            <w:u w:val="single"/>
          </w:rPr>
          <w:t>https://csd-berlin.de/en/statement-on-the-queer-hostile-attacks-and-incidents-on-the-day-of-the-45th-csd-berlin</w:t>
        </w:r>
      </w:hyperlink>
      <w:r>
        <w:t xml:space="preserve"> - On July 23, 2023, the organisers of the 45th Berlin Pride condemned the queer-hostile attacks and incidents that occurred during the event. They emphasised the importance of reporting such incidents, seeking help, and documenting attacks to aid in prosecution. The organisers also called for solidarity and support for the LGBTQ community in the aftermath of the attacks.</w:t>
      </w:r>
      <w:r/>
    </w:p>
    <w:p>
      <w:pPr>
        <w:pStyle w:val="ListNumber"/>
        <w:spacing w:line="240" w:lineRule="auto"/>
        <w:ind w:left="720"/>
      </w:pPr>
      <w:r/>
      <w:hyperlink r:id="rId12">
        <w:r>
          <w:rPr>
            <w:color w:val="0000EE"/>
            <w:u w:val="single"/>
          </w:rPr>
          <w:t>https://www.ksta.de/panorama/csd-berlin-betroffenheit-bei-cologne-pride-burmester-verurteilt-anschlag-1334485</w:t>
        </w:r>
      </w:hyperlink>
      <w:r>
        <w:t xml:space="preserve"> - Following the attack at the Berlin Christopher Street Day (CSD), Cologne Pride expressed deep shock and solidarity. Cologne's Mayor Torsten Burmester condemned the attack, highlighting it as an assault on the values of freedom, diversity, respect, and peaceful coexistence that the CSD represents. The city reaffirmed its commitment to standing firmly with the queer community.</w:t>
      </w:r>
      <w:r/>
    </w:p>
    <w:p>
      <w:pPr>
        <w:pStyle w:val="ListNumber"/>
        <w:spacing w:line="240" w:lineRule="auto"/>
        <w:ind w:left="720"/>
      </w:pPr>
      <w:r/>
      <w:hyperlink r:id="rId11">
        <w:r>
          <w:rPr>
            <w:color w:val="0000EE"/>
            <w:u w:val="single"/>
          </w:rPr>
          <w:t>https://www.ksta.de/panorama/csd-berlin-betroffenheit-bei-cologne-pride-mir-fehlen-die-worte-1334485</w:t>
        </w:r>
      </w:hyperlink>
      <w:r>
        <w:t xml:space="preserve"> - In response to the attack at the Berlin CSD, Cologne Pride expressed profound shock and solidarity. The Cologne community, including officials and citizens, voiced their support for the victims and condemned the violence. The incident prompted discussions on the importance of unity and resilience within the LGBTQ community.</w:t>
      </w:r>
      <w:r/>
    </w:p>
    <w:p>
      <w:pPr>
        <w:pStyle w:val="ListNumber"/>
        <w:spacing w:line="240" w:lineRule="auto"/>
        <w:ind w:left="720"/>
      </w:pPr>
      <w:r/>
      <w:hyperlink r:id="rId9">
        <w:r>
          <w:rPr>
            <w:color w:val="0000EE"/>
            <w:u w:val="single"/>
          </w:rPr>
          <w:t>https://www.ksta.de/koeln/anschlag-in-berlin-wir-werden-koelner-csd-niemals-absagen-1334674</w:t>
        </w:r>
      </w:hyperlink>
      <w:r>
        <w:t xml:space="preserve"> - In the aftermath of the Berlin CSD attack, Cologne Pride organisers Uwe Weiler and Niklas Kaiser, who were present at the event, vowed not to cancel the Cologne CSD. They emphasised the importance of not succumbing to fear and reaffirmed their commitment to holding the event, despite the tragic incident in Berlin.</w:t>
      </w:r>
      <w:r/>
    </w:p>
    <w:p>
      <w:pPr>
        <w:pStyle w:val="ListNumber"/>
        <w:spacing w:line="240" w:lineRule="auto"/>
        <w:ind w:left="720"/>
      </w:pPr>
      <w:r/>
      <w:hyperlink r:id="rId13">
        <w:r>
          <w:rPr>
            <w:color w:val="0000EE"/>
            <w:u w:val="single"/>
          </w:rPr>
          <w:t>https://www.ksta.de/panorama/csd-berlin-betroffenheit-bei-cologne-pride-merz-angriff-auf-unsere-gesellschaft-1334485</w:t>
        </w:r>
      </w:hyperlink>
      <w:r>
        <w:t xml:space="preserve"> - Following the Berlin CSD attack, Cologne Pride expressed deep shock and solidarity. The incident was described as an attack on society, with calls for unity and support for the LGBTQ community. The Cologne community, including officials and citizens, voiced their support for the victims and condemned the violence.</w:t>
      </w:r>
      <w:r/>
    </w:p>
    <w:p>
      <w:pPr>
        <w:pStyle w:val="ListNumber"/>
        <w:spacing w:line="240" w:lineRule="auto"/>
        <w:ind w:left="720"/>
      </w:pPr>
      <w:r/>
      <w:hyperlink r:id="rId9">
        <w:r>
          <w:rPr>
            <w:color w:val="0000EE"/>
            <w:u w:val="single"/>
          </w:rPr>
          <w:t>https://www.ksta.de/koeln/anschlag-in-berlin-wir-werden-koelner-csd-niemals-absagen-1334674</w:t>
        </w:r>
      </w:hyperlink>
      <w:r>
        <w:t xml:space="preserve"> - In the aftermath of the Berlin CSD attack, Cologne Pride organisers Uwe Weiler and Niklas Kaiser, who were present at the event, vowed not to cancel the Cologne CSD. They emphasised the importance of not succumbing to fear and reaffirmed their commitment to holding the event, despite the tragic incident in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koeln/anschlag-in-berlin-wir-werden-koelner-csd-niemals-absagen-1334674" TargetMode="External"/><Relationship Id="rId10" Type="http://schemas.openxmlformats.org/officeDocument/2006/relationships/hyperlink" Target="https://csd-berlin.de/en/statement-on-the-queer-hostile-attacks-and-incidents-on-the-day-of-the-45th-csd-berlin" TargetMode="External"/><Relationship Id="rId11" Type="http://schemas.openxmlformats.org/officeDocument/2006/relationships/hyperlink" Target="https://www.ksta.de/panorama/csd-berlin-betroffenheit-bei-cologne-pride-mir-fehlen-die-worte-1334485" TargetMode="External"/><Relationship Id="rId12" Type="http://schemas.openxmlformats.org/officeDocument/2006/relationships/hyperlink" Target="https://www.ksta.de/panorama/csd-berlin-betroffenheit-bei-cologne-pride-burmester-verurteilt-anschlag-1334485" TargetMode="External"/><Relationship Id="rId13" Type="http://schemas.openxmlformats.org/officeDocument/2006/relationships/hyperlink" Target="https://www.ksta.de/panorama/csd-berlin-betroffenheit-bei-cologne-pride-merz-angriff-auf-unsere-gesellschaft-13344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