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College Coming-Out Stories: How One Water Fountain Moment Changed a Swimmer's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personal stories of courage , Matthew Dynneson’s experience shows how a chance meeting at a college volleyball match led to love, healing and a decision to come out after retirement from competitive swimming. It matters because sports culture still shapes whether athletes feel safe to be themselves.</w:t>
      </w:r>
      <w:r/>
    </w:p>
    <w:p>
      <w:r/>
      <w:r>
        <w:t>Essential Takeaways</w:t>
      </w:r>
      <w:r/>
      <w:r/>
    </w:p>
    <w:p>
      <w:pPr>
        <w:pStyle w:val="ListBullet"/>
        <w:spacing w:line="240" w:lineRule="auto"/>
        <w:ind w:left="720"/>
      </w:pPr>
      <w:r/>
      <w:r>
        <w:rPr>
          <w:b/>
        </w:rPr>
        <w:t>Chance spark:</w:t>
      </w:r>
      <w:r>
        <w:t xml:space="preserve"> A brief meeting at a water fountain in 2018 introduced Matthew to Felipe, a fellow college athlete who was openly gay. </w:t>
      </w:r>
      <w:r/>
    </w:p>
    <w:p>
      <w:pPr>
        <w:pStyle w:val="ListBullet"/>
        <w:spacing w:line="240" w:lineRule="auto"/>
        <w:ind w:left="720"/>
      </w:pPr>
      <w:r/>
      <w:r>
        <w:rPr>
          <w:b/>
        </w:rPr>
        <w:t>Sport as refuge:</w:t>
      </w:r>
      <w:r>
        <w:t xml:space="preserve"> Swimming was therapeutic for Matthew, but being closeted felt suffocating despite a strong love for the pool. </w:t>
      </w:r>
      <w:r/>
    </w:p>
    <w:p>
      <w:pPr>
        <w:pStyle w:val="ListBullet"/>
        <w:spacing w:line="240" w:lineRule="auto"/>
        <w:ind w:left="720"/>
      </w:pPr>
      <w:r/>
      <w:r>
        <w:rPr>
          <w:b/>
        </w:rPr>
        <w:t>Timing matters:</w:t>
      </w:r>
      <w:r>
        <w:t xml:space="preserve"> He chose to come out after retiring from college sport, saying it wasn’t the right time during competition. </w:t>
      </w:r>
      <w:r/>
    </w:p>
    <w:p>
      <w:pPr>
        <w:pStyle w:val="ListBullet"/>
        <w:spacing w:line="240" w:lineRule="auto"/>
        <w:ind w:left="720"/>
      </w:pPr>
      <w:r/>
      <w:r>
        <w:rPr>
          <w:b/>
        </w:rPr>
        <w:t>Mental health risk:</w:t>
      </w:r>
      <w:r>
        <w:t xml:space="preserve"> Growing up in a conservative, Christian household made coming out harder and pushed Matthew to dark thoughts before he found support. </w:t>
      </w:r>
      <w:r/>
    </w:p>
    <w:p>
      <w:pPr>
        <w:pStyle w:val="ListBullet"/>
        <w:spacing w:line="240" w:lineRule="auto"/>
        <w:ind w:left="720"/>
      </w:pPr>
      <w:r/>
      <w:r>
        <w:rPr>
          <w:b/>
        </w:rPr>
        <w:t>New outlook:</w:t>
      </w:r>
      <w:r>
        <w:t xml:space="preserve"> Dating Felipe helped Matthew accept himself; he now wants to support other LGBTQ+ athletes navigating sport and identity.</w:t>
      </w:r>
      <w:r/>
      <w:r/>
    </w:p>
    <w:p>
      <w:pPr>
        <w:pStyle w:val="Heading2"/>
      </w:pPr>
      <w:r>
        <w:t>Meet-cute at the water cooler that became a turning point</w:t>
      </w:r>
      <w:r/>
    </w:p>
    <w:p>
      <w:r/>
      <w:r>
        <w:t>It was a cold February night and a quick trip to the gym fountain turned into something unexpectedly important. Matthew bumped into Felipe, a Brazilian volleyball player at the match, and a short conversation opened a door Matthew hadn’t realised was there. That small, warm moment carried a soft, human detail , the strange tug of hope when someone sees you , and it changed how he saw his own future.</w:t>
      </w:r>
      <w:r/>
    </w:p>
    <w:p>
      <w:r/>
      <w:r>
        <w:t>According to Outsports, Felipe had written about being an openly gay college athlete, and that visibility gave Matthew permission to imagine another way of being. In sports, where routine and results dominate, tiny human connections can feel revolutionary.</w:t>
      </w:r>
      <w:r/>
    </w:p>
    <w:p>
      <w:pPr>
        <w:pStyle w:val="Heading2"/>
      </w:pPr>
      <w:r>
        <w:t>Swimming saved him , but it also hid him</w:t>
      </w:r>
      <w:r/>
    </w:p>
    <w:p>
      <w:r/>
      <w:r>
        <w:t>For Matthew, the pool was more than a hobby; it was a sanctuary. Practices were described as therapeutic, the one place he felt alive. Yet alongside that comfort sat a long-held silence. He didn’t tell teammates he was gay, because he feared the consequences for relationships and for team dynamics.</w:t>
      </w:r>
      <w:r/>
    </w:p>
    <w:p>
      <w:r/>
      <w:r>
        <w:t>This is a familiar tension in college sport: the very thing that keeps you steady can also be the space where hiding seems easiest. Other publications like PinkNews picked up his story, noting how common it is for athletes to delay coming out until they feel safe , or until their competitive career ends.</w:t>
      </w:r>
      <w:r/>
    </w:p>
    <w:p>
      <w:pPr>
        <w:pStyle w:val="Heading2"/>
      </w:pPr>
      <w:r>
        <w:t>Why some athletes wait to come out , and how families shape that</w:t>
      </w:r>
      <w:r/>
    </w:p>
    <w:p>
      <w:r/>
      <w:r>
        <w:t>Matthew grew up in a conservative, Christian family in Wisconsin, and that background complicated everything. He’s candid about the bleak thoughts that crept in when identity and expectation collided; at one point he considered suicide. That raw admission highlights how much family and culture can determine whether an athlete feels they can be open.</w:t>
      </w:r>
      <w:r/>
    </w:p>
    <w:p>
      <w:r/>
      <w:r>
        <w:t>If you’re supporting a young athlete, remember this: acceptance rarely happens overnight. It’s consistent, patient, and often needs outside support. Reaching out to teammates, campus counsellors, or LGBTQ+ groups can make a real difference.</w:t>
      </w:r>
      <w:r/>
    </w:p>
    <w:p>
      <w:pPr>
        <w:pStyle w:val="Heading2"/>
      </w:pPr>
      <w:r>
        <w:t>Love as a mirror: how dating helped him choose honesty</w:t>
      </w:r>
      <w:r/>
    </w:p>
    <w:p>
      <w:r/>
      <w:r>
        <w:t>After a few weeks of messaging, Matthew and Felipe were dating. Felipe’s openness and warmth helped Matthew begin to breathe easier; he says Felipe treated him better than anyone had before. That relationship became the mirror Matthew needed to start living authentically.</w:t>
      </w:r>
      <w:r/>
    </w:p>
    <w:p>
      <w:r/>
      <w:r>
        <w:t>He’d lied to cover the spring break visit , “we were just friends” , but that small deception gave way to a fuller truth. The lesson here is simple: seeing another athlete living openly can normalise the idea that you can be both competitive and queer.</w:t>
      </w:r>
      <w:r/>
    </w:p>
    <w:p>
      <w:pPr>
        <w:pStyle w:val="Heading2"/>
      </w:pPr>
      <w:r>
        <w:t>Looking back, and forward: why Matthew shares his story</w:t>
      </w:r>
      <w:r/>
    </w:p>
    <w:p>
      <w:r/>
      <w:r>
        <w:t>Now 22, and having swum for St. Olaf and Carthage College, Matthew says he wishes he’d been honest sooner, but understands he did what he could at the time. He hopes his story helps others who wrestle with coming out in community and educational settings.</w:t>
      </w:r>
      <w:r/>
    </w:p>
    <w:p>
      <w:r/>
      <w:r>
        <w:t>Outsports and other outlets carrying stories like this are doing more than reporting; they’re building a map of what’s possible for LGBTQ+ athletes. If you’re that athlete, or you care about one, small steps toward openness , a supportive friend, a visible role model, a trusted coach , can change everything.</w:t>
      </w:r>
      <w:r/>
    </w:p>
    <w:p>
      <w:r/>
      <w:r>
        <w:t>It's a small change that can make every swim, practice and team moment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10">
        <w:r>
          <w:rPr>
            <w:color w:val="0000EE"/>
            <w:u w:val="single"/>
          </w:rPr>
          <w:t>[3]</w:t>
        </w:r>
      </w:hyperlink>
      <w:r>
        <w:t xml:space="preserve">, </w:t>
      </w:r>
      <w:hyperlink r:id="rId9">
        <w:r>
          <w:rPr>
            <w:color w:val="0000EE"/>
            <w:u w:val="single"/>
          </w:rPr>
          <w:t>[2]</w:t>
        </w:r>
      </w:hyperlink>
      <w:r>
        <w:t xml:space="preserve">- Paragraph 5: </w:t>
      </w:r>
      <w:hyperlink r:id="rId9">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https://www.outsports.com/2019/11/14/20963491/matthew-dynneson-college-swimming-gay-coming-out/</w:t>
        </w:r>
      </w:hyperlink>
      <w:r>
        <w:t xml:space="preserve"> - Please view link - unable to able to access data</w:t>
      </w:r>
      <w:r/>
    </w:p>
    <w:p>
      <w:pPr>
        <w:pStyle w:val="ListNumber"/>
        <w:spacing w:line="240" w:lineRule="auto"/>
        <w:ind w:left="720"/>
      </w:pPr>
      <w:r/>
      <w:hyperlink r:id="rId9">
        <w:r>
          <w:rPr>
            <w:color w:val="0000EE"/>
            <w:u w:val="single"/>
          </w:rPr>
          <w:t>https://www.outsports.com/2019/11/14/20963491/matthew-dynneson-college-swimming-gay-coming-out/</w:t>
        </w:r>
      </w:hyperlink>
      <w:r>
        <w:t xml:space="preserve"> - In this article, Matthew Dynneson shares his journey as a competitive swimmer who struggled with coming out as gay. He recounts meeting Felipe Oliveira, an openly gay college volleyball player, which inspired him to embrace his identity. Despite his passion for swimming, Dynneson felt the weight of being an out gay athlete and chose to remain closeted during his college years. After retiring from swimming in 2018, he decided to come out, realising the importance of authenticity and self-acceptance.</w:t>
      </w:r>
      <w:r/>
    </w:p>
    <w:p>
      <w:pPr>
        <w:pStyle w:val="ListNumber"/>
        <w:spacing w:line="240" w:lineRule="auto"/>
        <w:ind w:left="720"/>
      </w:pPr>
      <w:r/>
      <w:hyperlink r:id="rId10">
        <w:r>
          <w:rPr>
            <w:color w:val="0000EE"/>
            <w:u w:val="single"/>
          </w:rPr>
          <w:t>https://www.outsports.com/2017/5/11/15602276/felipe-oliveira-gay-college-volleyball-cardinal-stritch-coming-out/</w:t>
        </w:r>
      </w:hyperlink>
      <w:r>
        <w:t xml:space="preserve"> - Felipe Oliveira, a men's volleyball player at Cardinal Stritch University, used a class project to publicly come out as gay. In collaboration with teammates, Oliveira created a podcast discussing his experiences and the state of LGBT athletes. He aimed to show that LGBT athletes are accepted on campus and to encourage others to embrace their identity. Oliveira's decision was influenced by his experiences in Brazil, where homophobia in sports is prevalent, and he sought to make a difference in the LGBT community.</w:t>
      </w:r>
      <w:r/>
    </w:p>
    <w:p>
      <w:pPr>
        <w:pStyle w:val="ListNumber"/>
        <w:spacing w:line="240" w:lineRule="auto"/>
        <w:ind w:left="720"/>
      </w:pPr>
      <w:r/>
      <w:hyperlink r:id="rId11">
        <w:r>
          <w:rPr>
            <w:color w:val="0000EE"/>
            <w:u w:val="single"/>
          </w:rPr>
          <w:t>https://www.thepinknews.com/2019/11/14/matthew-dynneson-college-swimmer-afraid-come-out-gay/</w:t>
        </w:r>
      </w:hyperlink>
      <w:r>
        <w:t xml:space="preserve"> - Matthew Dynneson, a college swimmer, revealed his fear of coming out as gay while competing, feeling he couldn't bear 'the weight of being an out gay athlete.' He recounted his journey, including meeting Felipe Oliveira, an openly gay volleyball player, which inspired him to embrace his identity. Despite his love for swimming, Dynneson chose to remain closeted during his college years. After retiring in 2018, he decided to come out, realising the importance of authenticity and self-acceptance.</w:t>
      </w:r>
      <w:r/>
    </w:p>
    <w:p>
      <w:pPr>
        <w:pStyle w:val="ListNumber"/>
        <w:spacing w:line="240" w:lineRule="auto"/>
        <w:ind w:left="720"/>
      </w:pPr>
      <w:r/>
      <w:hyperlink r:id="rId12">
        <w:r>
          <w:rPr>
            <w:color w:val="0000EE"/>
            <w:u w:val="single"/>
          </w:rPr>
          <w:t>https://athletics.carthage.edu/sports/mens-swimming-and-diving/roster/matthew-dynneson/8907</w:t>
        </w:r>
      </w:hyperlink>
      <w:r>
        <w:t xml:space="preserve"> - Matthew Dynneson is a former swimmer for Carthage College, competing in freestyle and backstroke events. During the 2017-2018 season, he achieved notable times, including a ninth-place finish in the 100-yard backstroke at the CCIW Swimming and Diving Championships. Prior to transferring to Carthage, Dynneson attended Saint Johns Virtual School and was a member of the National Honor Society and Honor Roll. He majored in Psychology and Business and swam for the Bolles School Sharks under coach Mike Kuzma.</w:t>
      </w:r>
      <w:r/>
    </w:p>
    <w:p>
      <w:pPr>
        <w:pStyle w:val="ListNumber"/>
        <w:spacing w:line="240" w:lineRule="auto"/>
        <w:ind w:left="720"/>
      </w:pPr>
      <w:r/>
      <w:hyperlink r:id="rId13">
        <w:r>
          <w:rPr>
            <w:color w:val="0000EE"/>
            <w:u w:val="single"/>
          </w:rPr>
          <w:t>https://athletics.hamilton.edu/news/2026/2/25/mens-swimming-and-diving-chang-28-taft-27-earn-mens-swimming-and-diving-all-nescac-honors.aspx</w:t>
        </w:r>
      </w:hyperlink>
      <w:r>
        <w:t xml:space="preserve"> - Hamilton College's Matthew Chang '28 and Nathaniel Taft '27 earned 2026 New England Small College Athletic Conference (NESCAC) Men's Swimming &amp; Diving All-Conference honours. Both swimmers finished in the top three in individual events at the 2026 NESCAC championships, with Chang earning the NESCAC title in the 100 backstroke with an NCAA championships 'B' cut time of 48.07 seconds, breaking his own record by nearly two seconds.</w:t>
      </w:r>
      <w:r/>
    </w:p>
    <w:p>
      <w:pPr>
        <w:pStyle w:val="ListNumber"/>
        <w:spacing w:line="240" w:lineRule="auto"/>
        <w:ind w:left="720"/>
      </w:pPr>
      <w:r/>
      <w:hyperlink r:id="rId14">
        <w:r>
          <w:rPr>
            <w:color w:val="0000EE"/>
            <w:u w:val="single"/>
          </w:rPr>
          <w:t>https://www.carthage.edu/live/news/57218-cheer-on-mens-volleyball-during-the-ncaa-championship-</w:t>
        </w:r>
      </w:hyperlink>
      <w:r>
        <w:t xml:space="preserve"> - Carthage College hosted the first, second, and quarterfinal rounds of the NCAA Men's Volleyball Championship from April 16 to April 18, 2026, in Tarble Arena. The Carthage men's volleyball team faced the winner of Thursday's first-round matchup on April 17, with a potential advancement to the quarterfinals on April 18. The event was a 'blackout,' encouraging attendees to wear black and bring energy, with free T-shirts and food provided by Athletics. Tickets were required for entry.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19/11/14/20963491/matthew-dynneson-college-swimming-gay-coming-out/" TargetMode="External"/><Relationship Id="rId10" Type="http://schemas.openxmlformats.org/officeDocument/2006/relationships/hyperlink" Target="https://www.outsports.com/2017/5/11/15602276/felipe-oliveira-gay-college-volleyball-cardinal-stritch-coming-out/" TargetMode="External"/><Relationship Id="rId11" Type="http://schemas.openxmlformats.org/officeDocument/2006/relationships/hyperlink" Target="https://www.thepinknews.com/2019/11/14/matthew-dynneson-college-swimmer-afraid-come-out-gay/" TargetMode="External"/><Relationship Id="rId12" Type="http://schemas.openxmlformats.org/officeDocument/2006/relationships/hyperlink" Target="https://athletics.carthage.edu/sports/mens-swimming-and-diving/roster/matthew-dynneson/8907" TargetMode="External"/><Relationship Id="rId13" Type="http://schemas.openxmlformats.org/officeDocument/2006/relationships/hyperlink" Target="https://athletics.hamilton.edu/news/2026/2/25/mens-swimming-and-diving-chang-28-taft-27-earn-mens-swimming-and-diving-all-nescac-honors.aspx" TargetMode="External"/><Relationship Id="rId14" Type="http://schemas.openxmlformats.org/officeDocument/2006/relationships/hyperlink" Target="https://www.carthage.edu/live/news/57218-cheer-on-mens-volleyball-during-the-ncaa-champion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