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Brasília Pride Moments: Vote-Conscious Celebration and Creative Health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turned out in force as Brasília’s Pride parade filled the Esplanade of Ministries with colour, music and a clear civic message , “LGBT+, Rise and Vote!” , blending celebration with calls for conscious voting, health outreach and new drag arts training that keep the festival lively and locally rooted.</w:t>
      </w:r>
      <w:r/>
      <w:r/>
    </w:p>
    <w:p>
      <w:pPr>
        <w:pStyle w:val="ListBullet"/>
        <w:spacing w:line="240" w:lineRule="auto"/>
        <w:ind w:left="720"/>
      </w:pPr>
      <w:r/>
      <w:r>
        <w:rPr>
          <w:b/>
        </w:rPr>
        <w:t>Big turnout:</w:t>
      </w:r>
      <w:r>
        <w:t xml:space="preserve"> Brasília Orgulho’s parade capped a 16-day festival and drew large crowds, with themed contingents and visible indigenous and environmental engagement. </w:t>
      </w:r>
      <w:r/>
    </w:p>
    <w:p>
      <w:pPr>
        <w:pStyle w:val="ListBullet"/>
        <w:spacing w:line="240" w:lineRule="auto"/>
        <w:ind w:left="720"/>
      </w:pPr>
      <w:r/>
      <w:r>
        <w:rPr>
          <w:b/>
        </w:rPr>
        <w:t>Civic push:</w:t>
      </w:r>
      <w:r>
        <w:t xml:space="preserve"> Organisers emphasised voter education, urging people to research candidates and support those who defend LGBT+ rights. </w:t>
      </w:r>
      <w:r/>
    </w:p>
    <w:p>
      <w:pPr>
        <w:pStyle w:val="ListBullet"/>
        <w:spacing w:line="240" w:lineRule="auto"/>
        <w:ind w:left="720"/>
      </w:pPr>
      <w:r/>
      <w:r>
        <w:rPr>
          <w:b/>
        </w:rPr>
        <w:t>Health outreach:</w:t>
      </w:r>
      <w:r>
        <w:t xml:space="preserve"> A lesbian-focused emotional-health project , playfully billed as a “lesbian heart emergency room” , offered listening and referrals on site, with ongoing online support. </w:t>
      </w:r>
      <w:r/>
    </w:p>
    <w:p>
      <w:pPr>
        <w:pStyle w:val="ListBullet"/>
        <w:spacing w:line="240" w:lineRule="auto"/>
        <w:ind w:left="720"/>
      </w:pPr>
      <w:r/>
      <w:r>
        <w:rPr>
          <w:b/>
        </w:rPr>
        <w:t>Arts and access:</w:t>
      </w:r>
      <w:r>
        <w:t xml:space="preserve"> A new free drag-performance course, Dançando a Vida com Close, uses biodanza to build original drag work and opens places to marginalised creators. </w:t>
      </w:r>
      <w:r/>
    </w:p>
    <w:p>
      <w:pPr>
        <w:pStyle w:val="ListBullet"/>
        <w:spacing w:line="240" w:lineRule="auto"/>
        <w:ind w:left="720"/>
      </w:pPr>
      <w:r/>
      <w:r>
        <w:rPr>
          <w:b/>
        </w:rPr>
        <w:t>International solidarity:</w:t>
      </w:r>
      <w:r>
        <w:t xml:space="preserve"> UNHCR and diplomatic delegations joined, highlighting refuge, inclusion and cross-border support for LGBT+ people.</w:t>
      </w:r>
      <w:r/>
      <w:r/>
    </w:p>
    <w:p>
      <w:pPr>
        <w:pStyle w:val="Heading2"/>
      </w:pPr>
      <w:r>
        <w:t>Parade with a purpose: celebrating and nudging voters</w:t>
      </w:r>
      <w:r/>
    </w:p>
    <w:p>
      <w:r/>
      <w:r>
        <w:t>The parade used colour and music to attract attention, but organisers also sent a practical message: voting matters. According to the festival coordinators, Brasília Orgulho paired the usual celebratory programming with voter-awareness activities to help attendees make informed choices at the ballot box. That felt deliberate and urgent; after all, flag-waving and speeches are easier to stage than civic education. For anyone wondering how to take part, simple steps like checking your ballot size, reading candidate platforms and prioritising defenders of LGBT+ rights will make a difference next election.</w:t>
      </w:r>
      <w:r/>
    </w:p>
    <w:p>
      <w:pPr>
        <w:pStyle w:val="Heading2"/>
      </w:pPr>
      <w:r>
        <w:t>Festival roots and community reach</w:t>
      </w:r>
      <w:r/>
    </w:p>
    <w:p>
      <w:r/>
      <w:r>
        <w:t>This year’s march closed a 16-day festival and continues a tradition that dates back decades, organised by Associação Brasília Orgulho. The event threads together activism, culture and community services, and you could see that in the diversity of the wings along the route , from bisexual-pride groups to indigenous contingents. That breadth matters; it shows the parade isn’t just a party but a public space for visibility and political claim-making. If you’re assessing similar events, look for organisers’ history, inclusiveness and whether they partner with social services.</w:t>
      </w:r>
      <w:r/>
    </w:p>
    <w:p>
      <w:pPr>
        <w:pStyle w:val="Heading2"/>
      </w:pPr>
      <w:r>
        <w:t>Health outreach that speaks to relationships</w:t>
      </w:r>
      <w:r/>
    </w:p>
    <w:p>
      <w:r/>
      <w:r>
        <w:t>Among the glitter and banners, a strikingly practical intervention appeared: a couple presenting a project for lesbian emotional health. Dressed as a playful “lesbian heart emergency room”, they offered on-the-spot listening and directed people to further therapy, continuing support online afterwards. It’s a reminder that community events can be spaces for gentle, non-judgemental care , especially for groups who face invisibility in mainstream health services. If you’re organising or attending, consider how to fold low-barrier wellbeing support into celebrations: a quiet tent, trained listeners and clear follow-up pathways work well.</w:t>
      </w:r>
      <w:r/>
    </w:p>
    <w:p>
      <w:pPr>
        <w:pStyle w:val="Heading2"/>
      </w:pPr>
      <w:r>
        <w:t>Dançando a Vida com Close: fresh fuel for the drag scene</w:t>
      </w:r>
      <w:r/>
    </w:p>
    <w:p>
      <w:r/>
      <w:r>
        <w:t>The parade was also the launchpad for Dançando a Vida com Close, a free course blending biodanza and drag performance to help people create original shows. The project’s founder sees biodanza as a way to unlock personal expression and lighten the load of life, then translate that into stagecraft. Classes start mid-September and close with a collective show , a lovely arc from training to public celebration. For aspiring performers, this kind of free, community-rooted training is gold: it builds skills, networks and a chance to perform in meaningful contexts.</w:t>
      </w:r>
      <w:r/>
    </w:p>
    <w:p>
      <w:pPr>
        <w:pStyle w:val="Heading2"/>
      </w:pPr>
      <w:r>
        <w:t>International, indigenous and zero-carbon notes</w:t>
      </w:r>
      <w:r/>
    </w:p>
    <w:p>
      <w:r/>
      <w:r>
        <w:t>This year’s Pride made visible international solidarity and environmental concern. Representatives from the UN High Commissioner for Refugees were present to support LGBT+ refugees, and diplomatic delegations showed cross-border backing. There was also attention to indigenous participation and sustainability in the parade’s planning. Such gestures matter because they expand who the event serves and how it speaks to global and ecological allies. For event planners, inviting humanitarian and diplomatic partners can broaden impact and resources.</w:t>
      </w:r>
      <w:r/>
    </w:p>
    <w:p>
      <w:r/>
      <w:r>
        <w:t>It's a small change that can make every celebration more political, healthier and more creative , and a reminder to show up, vote and keep building supportive spaces.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https://jornaldebrasilia.com.br/brasilia/celebracao-do-orgulho-lbgt-e-voto-consciente/</w:t>
        </w:r>
      </w:hyperlink>
      <w:r>
        <w:t xml:space="preserve"> - Please view link - unable to able to access data</w:t>
      </w:r>
      <w:r/>
    </w:p>
    <w:p>
      <w:pPr>
        <w:pStyle w:val="ListNumber"/>
        <w:spacing w:line="240" w:lineRule="auto"/>
        <w:ind w:left="720"/>
      </w:pPr>
      <w:r/>
      <w:hyperlink r:id="rId11">
        <w:r>
          <w:rPr>
            <w:color w:val="0000EE"/>
            <w:u w:val="single"/>
          </w:rPr>
          <w:t>https://brasiliaorgulho.lgbt/zero-carbono-e-com-indigenas-parada-de-brasilia-reune-100-mil/</w:t>
        </w:r>
      </w:hyperlink>
      <w:r>
        <w:t xml:space="preserve"> - The 24th Brasília Pride Parade, held on 9 July 2023, was the first zero-carbon event in Latin America and the first in Brazil to be exclusively opened by LGBTQIA+ indigenous people and feature a group composed solely of LGBTQIA+ refugees. The march, starting in front of the National Congress, attracted over 100,000 participants. The event honoured Alexandre Ribondi, a pioneer of the gay activist group Beijo Livre, who passed away in June. The parade concluded a 16-day festival that began on 24 June, featuring 19 activities, including the 'Sabor Orgulho', the country's first LGBTQIA+ gastronomic circuit, and the 'Mercado Borboleta', with LGBTQIA+ exhibitors selling various products. The festival is the largest LGBTQIA+ focused event in Brazil.</w:t>
      </w:r>
      <w:r/>
    </w:p>
    <w:p>
      <w:pPr>
        <w:pStyle w:val="ListNumber"/>
        <w:spacing w:line="240" w:lineRule="auto"/>
        <w:ind w:left="720"/>
      </w:pPr>
      <w:r/>
      <w:hyperlink r:id="rId13">
        <w:r>
          <w:rPr>
            <w:color w:val="0000EE"/>
            <w:u w:val="single"/>
          </w:rPr>
          <w:t>https://brasiliaorgulho.lgbt/que-fazemos/</w:t>
        </w:r>
      </w:hyperlink>
      <w:r>
        <w:t xml:space="preserve"> - The Brasília Orgulho Association, established in 1998, organises the Brasília Pride Parade, the largest human rights event in the capital. The festival includes activities such as award ceremonies, film screenings, debates, and parties, aiming to showcase the strength of the LGBTQIA+ community in the Federal District and advocate for full citizenship rights.</w:t>
      </w:r>
      <w:r/>
    </w:p>
    <w:p>
      <w:pPr>
        <w:pStyle w:val="ListNumber"/>
        <w:spacing w:line="240" w:lineRule="auto"/>
        <w:ind w:left="720"/>
      </w:pPr>
      <w:r/>
      <w:hyperlink r:id="rId12">
        <w:r>
          <w:rPr>
            <w:color w:val="0000EE"/>
            <w:u w:val="single"/>
          </w:rPr>
          <w:t>https://brasiliaorgulho.lgbt/trajetoria/</w:t>
        </w:r>
      </w:hyperlink>
      <w:r>
        <w:t xml:space="preserve"> - Since its inception in 1998, the Brasília Pride Parade has become the third oldest in Brazil, evolving into the country's largest LGBTQIA+ festival. The event has consistently aimed to celebrate and advocate for the rights of the LGBTQIA+ community in the Federal District.</w:t>
      </w:r>
      <w:r/>
    </w:p>
    <w:p>
      <w:pPr>
        <w:pStyle w:val="ListNumber"/>
        <w:spacing w:line="240" w:lineRule="auto"/>
        <w:ind w:left="720"/>
      </w:pPr>
      <w:r/>
      <w:hyperlink r:id="rId14">
        <w:r>
          <w:rPr>
            <w:color w:val="0000EE"/>
            <w:u w:val="single"/>
          </w:rPr>
          <w:t>https://brasiliaorgulho.lgbt/with-zero-carbon-emissions-and-indigenous-folk-brasilias-pride-march-gathered-100-thousand-people/</w:t>
        </w:r>
      </w:hyperlink>
      <w:r>
        <w:t xml:space="preserve"> - The 24th Brasília Pride Parade, held on 9 July 2023, was the first zero-carbon event in Latin America and the first in Brazil to be exclusively opened by LGBTQIA+ indigenous people and feature a group composed solely of LGBTQIA+ refugees. The march, starting in front of the National Congress, attracted over 100,000 participants. The event honoured Alexandre Ribondi, a pioneer of the gay activist group Beijo Livre, who passed away in June. The parade concluded a 16-day festival that began on 24 June, featuring 19 activities, including the 'Sabor Orgulho', the country's first LGBTQIA+ gastronomic circuit, and the 'Mercado Borboleta', with LGBTQIA+ exhibitors selling various products. The festival is the largest LGBTQIA+ focused event in Brazil.</w:t>
      </w:r>
      <w:r/>
    </w:p>
    <w:p>
      <w:pPr>
        <w:pStyle w:val="ListNumber"/>
        <w:spacing w:line="240" w:lineRule="auto"/>
        <w:ind w:left="720"/>
      </w:pPr>
      <w:r/>
      <w:hyperlink r:id="rId10">
        <w:r>
          <w:rPr>
            <w:color w:val="0000EE"/>
            <w:u w:val="single"/>
          </w:rPr>
          <w:t>https://jornaldebrasilia.com.br/brasilia/esplanada-colorida-pelo-orgulho/</w:t>
        </w:r>
      </w:hyperlink>
      <w:r>
        <w:t xml:space="preserve"> - The 24th Brasília Pride Parade, organised by the Brasília Orgulho movement, took place on 9 July 2023. The LGBTQIA+ parade was part of the Pride Festival, with concentration at the National Congress. Five floats paraded along the Esplanade of the Ministries during the afternoon and evening. The event honoured Alexandre Ribondi, one of the founders of the first gay activist collective in the DF, who passed away in June 2023. This was the first time LGBTQIA+ indigenous people led the parade. Ramona Jucá Potiguara, a 23-year-old young leader and audiovisual producer, represented the LGBTQIA+ indigenous community in Brasília at the event.</w:t>
      </w:r>
      <w:r/>
    </w:p>
    <w:p>
      <w:pPr>
        <w:pStyle w:val="ListNumber"/>
        <w:spacing w:line="240" w:lineRule="auto"/>
        <w:ind w:left="720"/>
      </w:pPr>
      <w:r/>
      <w:hyperlink r:id="rId15">
        <w:r>
          <w:rPr>
            <w:color w:val="0000EE"/>
            <w:u w:val="single"/>
          </w:rPr>
          <w:t>https://www.gamalivre.com.br/2023/07/orgulho-24-parada-lgbtqia-de-brasilia.html?m=0</w:t>
        </w:r>
      </w:hyperlink>
      <w:r>
        <w:t xml:space="preserve"> - The 24th Brasília Pride Parade took place on 9 July 2023, starting at 1 pm in front of the National Congress. The event's theme was 'Employability and Entrepreneurship: Respect and Inclusion!' The aim was to conduct information campaigns about LGBTQIA+ rights in the workplace, showcase stories of diverse entrepreneurs, and develop an unprecedented research on the topic. The organisers, the Brasília Orgulho Festival, emphasised that 'Where one earns their bread, there should be respect!'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brasilia/celebracao-do-orgulho-lbgt-e-voto-consciente/" TargetMode="External"/><Relationship Id="rId10" Type="http://schemas.openxmlformats.org/officeDocument/2006/relationships/hyperlink" Target="https://jornaldebrasilia.com.br/brasilia/esplanada-colorida-pelo-orgulho/" TargetMode="External"/><Relationship Id="rId11" Type="http://schemas.openxmlformats.org/officeDocument/2006/relationships/hyperlink" Target="https://brasiliaorgulho.lgbt/zero-carbono-e-com-indigenas-parada-de-brasilia-reune-100-mil/" TargetMode="External"/><Relationship Id="rId12" Type="http://schemas.openxmlformats.org/officeDocument/2006/relationships/hyperlink" Target="https://brasiliaorgulho.lgbt/trajetoria/" TargetMode="External"/><Relationship Id="rId13" Type="http://schemas.openxmlformats.org/officeDocument/2006/relationships/hyperlink" Target="https://brasiliaorgulho.lgbt/que-fazemos/" TargetMode="External"/><Relationship Id="rId14" Type="http://schemas.openxmlformats.org/officeDocument/2006/relationships/hyperlink" Target="https://brasiliaorgulho.lgbt/with-zero-carbon-emissions-and-indigenous-folk-brasilias-pride-march-gathered-100-thousand-people/" TargetMode="External"/><Relationship Id="rId15" Type="http://schemas.openxmlformats.org/officeDocument/2006/relationships/hyperlink" Target="https://www.gamalivre.com.br/2023/07/orgulho-24-parada-lgbtqia-de-brasilia.html?m=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