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BranchingOUT Moments: How UBC’s Pride in the Garden Grew Into a Must-Attend Night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Bursting into its fifth year, BranchingOUT returned to UBC Botanical Garden on 23 July 2026, drawing over 300 guests for an after-hours Pride celebration where plants, music and community mixed under the trees, here’s what made the evening sing and why this garden party matters.</w:t>
      </w:r>
      <w:r/>
    </w:p>
    <w:p>
      <w:r/>
      <w:r>
        <w:t>Essential Takeaways</w:t>
      </w:r>
      <w:r/>
      <w:r/>
    </w:p>
    <w:p>
      <w:pPr>
        <w:pStyle w:val="ListBullet"/>
        <w:spacing w:line="240" w:lineRule="auto"/>
        <w:ind w:left="720"/>
      </w:pPr>
      <w:r/>
      <w:r>
        <w:rPr>
          <w:b/>
        </w:rPr>
        <w:t>Big turnout:</w:t>
      </w:r>
      <w:r>
        <w:t xml:space="preserve"> More than 300 guests enjoyed the Garden after dark, creating a lively, inclusive atmosphere.</w:t>
      </w:r>
      <w:r/>
    </w:p>
    <w:p>
      <w:pPr>
        <w:pStyle w:val="ListBullet"/>
        <w:spacing w:line="240" w:lineRule="auto"/>
        <w:ind w:left="720"/>
      </w:pPr>
      <w:r/>
      <w:r>
        <w:rPr>
          <w:b/>
        </w:rPr>
        <w:t>Hands-on fun:</w:t>
      </w:r>
      <w:r>
        <w:t xml:space="preserve"> Sassy Botanical Stations offered crafts, games and bite-sized queer history lessons, playful and educational.</w:t>
      </w:r>
      <w:r/>
    </w:p>
    <w:p>
      <w:pPr>
        <w:pStyle w:val="ListBullet"/>
        <w:spacing w:line="240" w:lineRule="auto"/>
        <w:ind w:left="720"/>
      </w:pPr>
      <w:r/>
      <w:r>
        <w:rPr>
          <w:b/>
        </w:rPr>
        <w:t>Fan-favourite exhibit:</w:t>
      </w:r>
      <w:r>
        <w:t xml:space="preserve"> The Seeded Rivalry booth, inspired by a hit series, sparked chatter and social reels.</w:t>
      </w:r>
      <w:r/>
    </w:p>
    <w:p>
      <w:pPr>
        <w:pStyle w:val="ListBullet"/>
        <w:spacing w:line="240" w:lineRule="auto"/>
        <w:ind w:left="720"/>
      </w:pPr>
      <w:r/>
      <w:r>
        <w:rPr>
          <w:b/>
        </w:rPr>
        <w:t>Local makers:</w:t>
      </w:r>
      <w:r>
        <w:t xml:space="preserve"> Vendors sold ceramics, jewellery and artwork, giving the night a market-like buzz and community focus.</w:t>
      </w:r>
      <w:r/>
    </w:p>
    <w:p>
      <w:pPr>
        <w:pStyle w:val="ListBullet"/>
        <w:spacing w:line="240" w:lineRule="auto"/>
        <w:ind w:left="720"/>
      </w:pPr>
      <w:r/>
      <w:r>
        <w:rPr>
          <w:b/>
        </w:rPr>
        <w:t>Volunteers powered it:</w:t>
      </w:r>
      <w:r>
        <w:t xml:space="preserve"> Staff and volunteers made the event run smoothly, helping visitors feel welcome and seen.</w:t>
      </w:r>
      <w:r/>
      <w:r/>
    </w:p>
    <w:p>
      <w:pPr>
        <w:pStyle w:val="Heading2"/>
      </w:pPr>
      <w:r>
        <w:t>A festival that feels like a neighbourhood party</w:t>
      </w:r>
      <w:r/>
    </w:p>
    <w:p>
      <w:r/>
      <w:r>
        <w:t>BranchingOUT felt less like a formal event and more like your friend’s brilliant summer soirée in the best botanical setting. The air smelled faintly of earth and summer blooms, and live music from Blank Vinyl Project kept energy levels high without drowning out conversation. According to UBC Botanical Garden organisers, the goal was connection; and judging by the crowd, it worked, guests lingered on benches, compared vendor finds and swapped stories beneath the canopy. If you want an uplifting way to meet people who love plants and Pride, this is the sort of night that sticks.</w:t>
      </w:r>
      <w:r/>
    </w:p>
    <w:p>
      <w:pPr>
        <w:pStyle w:val="Heading2"/>
      </w:pPr>
      <w:r>
        <w:t>Sassy Botanical Stations: playful learning that lands</w:t>
      </w:r>
      <w:r/>
    </w:p>
    <w:p>
      <w:r/>
      <w:r>
        <w:t>The Sassy Botanical Stations returned to the Asian Garden with a mix of guided and self-paced activities, and organisers said it was “bigger, gayer and better.” Visitors could try everything from botanical crafts to quick history lessons that felt personal rather than didactic. For parents and younger guests, the interactive stations offered tactile learning, think seed sorting and simple plant ID games, while teens and adults enjoyed quirkier booths like Garden Pokémon Gym. If you’re choosing which activity to visit first next year, follow the laughter, those are usually the stations worth queuing for.</w:t>
      </w:r>
      <w:r/>
    </w:p>
    <w:p>
      <w:pPr>
        <w:pStyle w:val="Heading2"/>
      </w:pPr>
      <w:r>
        <w:t>Seeded Rivalry and pop-culture hooks that draw a crowd</w:t>
      </w:r>
      <w:r/>
    </w:p>
    <w:p>
      <w:r/>
      <w:r>
        <w:t>One booth stood out: Seeded Rivalry, a playful, Heated Rivalry–inspired installation that highlighted plant species featured in the backgrounds of the hit series. It proved how pop culture can be a shortcut to curiosity; people who might not normally walk through a botanical garden stayed to discuss species, take photos and film short reels. The result was shareable content that amplified the event, and the Garden, on social channels. For event organisers, that’s a useful lesson: marry spectacle with substance, and you’ll get both smiles and social reach.</w:t>
      </w:r>
      <w:r/>
    </w:p>
    <w:p>
      <w:pPr>
        <w:pStyle w:val="Heading2"/>
      </w:pPr>
      <w:r>
        <w:t>Makers, market vibes and why supporting local matters</w:t>
      </w:r>
      <w:r/>
    </w:p>
    <w:p>
      <w:r/>
      <w:r>
        <w:t>Throughout the Garden, vendors sold handcrafted ceramics, jewellery and artwork, giving the evening a market-like buzz that complemented the educational stations. Buying a bracelet or a plant pot felt like a small way to back local makers and keep community ties tight. UBC’s approach shows how cultural celebrations can also be economic lifts: guests leave with something tangible, and artists walk away with new supporters. Tip for visitors, bring a small tote or foldable bag; artisan pieces and plant purchases add up quickly.</w:t>
      </w:r>
      <w:r/>
    </w:p>
    <w:p>
      <w:pPr>
        <w:pStyle w:val="Heading2"/>
      </w:pPr>
      <w:r>
        <w:t>Volunteers, accessibility and the future of BranchingOUT</w:t>
      </w:r>
      <w:r/>
    </w:p>
    <w:p>
      <w:r/>
      <w:r>
        <w:t>Organisers were clear that volunteers and staff made the night possible, and there was an intentional focus on creating a space where people felt seen and valued. The Greenheart TreeWalk and accessible stations meant attendees could experience different parts of the Garden comfortably, though there’s always room to expand accessibility options as the event grows. Looking ahead, expect BranchingOUT to lean further into inclusive programming and collaborations with local queer artists and community groups, this year’s success sets a high bar for next July.</w:t>
      </w:r>
      <w:r/>
    </w:p>
    <w:p>
      <w:r/>
      <w:r>
        <w:t>It's a small change that can make every summer evening in the Garden feel like a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https://botanicalgarden.ubc.ca/news-events/branchingout-2026-recap/</w:t>
        </w:r>
      </w:hyperlink>
      <w:r>
        <w:t xml:space="preserve"> - Please view link - unable to able to access data</w:t>
      </w:r>
      <w:r/>
    </w:p>
    <w:p>
      <w:pPr>
        <w:pStyle w:val="ListNumber"/>
        <w:spacing w:line="240" w:lineRule="auto"/>
        <w:ind w:left="720"/>
      </w:pPr>
      <w:r/>
      <w:hyperlink r:id="rId9">
        <w:r>
          <w:rPr>
            <w:color w:val="0000EE"/>
            <w:u w:val="single"/>
          </w:rPr>
          <w:t>https://botanicalgarden.ubc.ca/news-events/branchingout-2026-recap/</w:t>
        </w:r>
      </w:hyperlink>
      <w:r>
        <w:t xml:space="preserve"> - The UBC Botanical Garden's BranchingOUT event, celebrating its fifth year, took place on July 23, 2026, attracting over 300 guests for an evening that honoured plants and Pride. Attendees enjoyed after-hours access to the Garden, engaging in educational stations beneath the forest canopy, exploring the Greenheart TreeWalk, supporting local vendors, and enjoying live music. The event featured 'Sassy Botanical Stations' in the Asian Garden, offering activities like crafts, botanical games, and lessons on Queer history. A highlight was the 'Seeded Rivalry' booth, inspired by the series 'Heated Rivalry', where participants explored plant species featured in the show's backgrounds. Other stations included Garden Pokémon Gym, Trungeons and Tragons, and more. The evening also showcased handcrafted ceramics, jewellery, and artwork from local vendors, fostering community connections. Live music from the Blank Vinyl Project added to the vibrant atmosphere. The event was made possible by dedicated volunteers, staff, and the nearly 300 guests who celebrated Pride in the Garden, contributing to a space where everyone felt seen, valued, and inspired.</w:t>
      </w:r>
      <w:r/>
    </w:p>
    <w:p>
      <w:pPr>
        <w:pStyle w:val="ListNumber"/>
        <w:spacing w:line="240" w:lineRule="auto"/>
        <w:ind w:left="720"/>
      </w:pPr>
      <w:r/>
      <w:hyperlink r:id="rId11">
        <w:r>
          <w:rPr>
            <w:color w:val="0000EE"/>
            <w:u w:val="single"/>
          </w:rPr>
          <w:t>https://botanicalgarden.ubc.ca/news-events/branchingout-2026-come-out-to-nature/</w:t>
        </w:r>
      </w:hyperlink>
      <w:r>
        <w:t xml:space="preserve"> - The UBC Botanical Garden announced BranchingOUT 2026, an evening event celebrating the 2SLGBTQIA+ community while connecting with nature, scheduled for Thursday, July 23, 2026, from 6:00 pm to 9:00 pm. The event aimed to provide a welcoming space for 2SLGBTQIA+ nature enthusiasts and allies to explore the Garden's Asian Garden, participate in 'Sassy Botanical Stations' offering educational and interactive activities, traverse the Greenheart TreeWalk, and enjoy live music supported by UBC’s Blank Vinyl Project. Attendees could also support local vendors offering handcrafted goods. The event featured tiered ticket pricing to ensure financial accessibility, including Low-Barrier, Concession, True Cost, and BranchingOUT Supporter tickets. The event was 19+ and encouraged attendees to dress appropriately for the weather and wear closed-toed shoes for the TreeWalk. The Garden's commitment to accessibility was highlighted, with an invitation to contact the organisers if admission costs were a barrier.</w:t>
      </w:r>
      <w:r/>
    </w:p>
    <w:p>
      <w:pPr>
        <w:pStyle w:val="ListNumber"/>
        <w:spacing w:line="240" w:lineRule="auto"/>
        <w:ind w:left="720"/>
      </w:pPr>
      <w:r/>
      <w:hyperlink r:id="rId12">
        <w:r>
          <w:rPr>
            <w:color w:val="0000EE"/>
            <w:u w:val="single"/>
          </w:rPr>
          <w:t>https://botanicalgarden.ubc.ca/news-events/branchingout-2026-what-to-expect/</w:t>
        </w:r>
      </w:hyperlink>
      <w:r>
        <w:t xml:space="preserve"> - UBC Botanical Garden provided details about BranchingOUT 2026, an event returning on Thursday, July 23, 2026, from 6:00 pm to 9:00 pm, celebrating plants, Pride, and the queer community. The event aimed to bring together 2SLGBTQIA+ nature lovers and friends for an evening of learning about the world of plants while meeting new people. Attendees could expect drinks (both alcoholic and non-alcoholic), snacks, music, crafts, and unexpected botanical education. After a welcome and icebreakers, guests were invited to explore the Asian Garden and visit 'Sassy Botanical Stations', which offered fun, educational, and interactive ways to learn about plants. The GreenHeart TreeWalk was open for guests to experience walking through the forest’s canopy, and live music was provided by UBC’s Blank Vinyl Project in the forest. The event aimed to create a safe and welcoming space for queer individuals to connect with one another and with nature.</w:t>
      </w:r>
      <w:r/>
    </w:p>
    <w:p>
      <w:pPr>
        <w:pStyle w:val="ListNumber"/>
        <w:spacing w:line="240" w:lineRule="auto"/>
        <w:ind w:left="720"/>
      </w:pPr>
      <w:r/>
      <w:hyperlink r:id="rId13">
        <w:r>
          <w:rPr>
            <w:color w:val="0000EE"/>
            <w:u w:val="single"/>
          </w:rPr>
          <w:t>https://events.ubc.ca/event/branchingout/</w:t>
        </w:r>
      </w:hyperlink>
      <w:r>
        <w:t xml:space="preserve"> - UBC Events listed BranchingOUT, an event scheduled for July 23, 2026, from 6:00 pm to 9:00 pm at the UBC Botanical Garden and Centre for Plant Research. The event featured light refreshments, a welcome from Scott Ferguson (BranchingOUT co-founder and resident diva), exploration of the Asian Garden, 'Sassy Botanical Stations', the Greenheart TreeWalk, and live music supported by UBC’s Blank Vinyl Project. Alcoholic drinks were available for purchase while supplies lasted. The event was priced at $22 and was part of UBC's events and programs.</w:t>
      </w:r>
      <w:r/>
    </w:p>
    <w:p>
      <w:pPr>
        <w:pStyle w:val="ListNumber"/>
        <w:spacing w:line="240" w:lineRule="auto"/>
        <w:ind w:left="720"/>
      </w:pPr>
      <w:r/>
      <w:hyperlink r:id="rId10">
        <w:r>
          <w:rPr>
            <w:color w:val="0000EE"/>
            <w:u w:val="single"/>
          </w:rPr>
          <w:t>https://botanicalgarden.ubc.ca/news-events/branching-out-ubc-botanical-gardens-signature-pride-celebration/</w:t>
        </w:r>
      </w:hyperlink>
      <w:r>
        <w:t xml:space="preserve"> - UBC Botanical Garden announced BranchingOUT, an evening of community, connection, and curiosity beneath the trees, celebrated during Vancouver Pride season. This adult-only event invited 2SLGBTQIA+ nature lovers and allies to come together and celebrate Pride with plants, people, and peaceful moments in the Garden. After a sold-out success the previous year, the event aimed to provide a magical after-hours ambiance once again. Attendees could wander through guided tours led by the horticultural team, soak in treetop views on the Greenheart TreeWalk, and settle into picnic spots beneath the canopy. Light refreshments were served as the Garden transformed into a space for celebration, reflection, and meaningful connection. A portion of the donations from the event supported UBC CampOUT!, a transformative summer camp for queer, trans, and Two-Spirit youth across BC and the Yukon, reinforcing the Garden's dedication to both nature and community.</w:t>
      </w:r>
      <w:r/>
    </w:p>
    <w:p>
      <w:pPr>
        <w:pStyle w:val="ListNumber"/>
        <w:spacing w:line="240" w:lineRule="auto"/>
        <w:ind w:left="720"/>
      </w:pPr>
      <w:r/>
      <w:hyperlink r:id="rId14">
        <w:r>
          <w:rPr>
            <w:color w:val="0000EE"/>
            <w:u w:val="single"/>
          </w:rPr>
          <w:t>https://botanicalgarden.ubc.ca/news-events-category/events/</w:t>
        </w:r>
      </w:hyperlink>
      <w:r>
        <w:t xml:space="preserve"> - UBC Botanical Garden's Events &amp; Programs section provided information about upcoming events, workshops, tours, and public programs designed to connect people with plants, science, and nature. The section included various events and programs, such as the Ikebana Exhibition at Nitobe Memorial Garden, the 'Among Giants: Native Trees and Forest Stories Tour' by Ryan Regier on August 13, 2026, and BranchingOUT 2026: What To Expect. The section aimed to keep visitors informed about the Garden's offerings and encourage participation in its diverse programs.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tanicalgarden.ubc.ca/news-events/branchingout-2026-recap/" TargetMode="External"/><Relationship Id="rId10" Type="http://schemas.openxmlformats.org/officeDocument/2006/relationships/hyperlink" Target="https://botanicalgarden.ubc.ca/news-events/branching-out-ubc-botanical-gardens-signature-pride-celebration/" TargetMode="External"/><Relationship Id="rId11" Type="http://schemas.openxmlformats.org/officeDocument/2006/relationships/hyperlink" Target="https://botanicalgarden.ubc.ca/news-events/branchingout-2026-come-out-to-nature/" TargetMode="External"/><Relationship Id="rId12" Type="http://schemas.openxmlformats.org/officeDocument/2006/relationships/hyperlink" Target="https://botanicalgarden.ubc.ca/news-events/branchingout-2026-what-to-expect/" TargetMode="External"/><Relationship Id="rId13" Type="http://schemas.openxmlformats.org/officeDocument/2006/relationships/hyperlink" Target="https://events.ubc.ca/event/branchingout/" TargetMode="External"/><Relationship Id="rId14" Type="http://schemas.openxmlformats.org/officeDocument/2006/relationships/hyperlink" Target="https://botanicalgarden.ubc.ca/news-events-category/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