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988 Update: Has the Promised LGBTQ Youth Hotline Arrived by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attention to a promise unmet: once billed as a lifeline for queer and trans young people, 988 still lacks a consistently staffed, LGBTQ-specific youth hotline four years after launch , and that matters for safety, trust and access across the US.</w:t>
      </w:r>
      <w:r/>
    </w:p>
    <w:p>
      <w:r/>
      <w:r>
        <w:t>Essential Takeaways</w:t>
      </w:r>
      <w:r/>
      <w:r/>
    </w:p>
    <w:p>
      <w:pPr>
        <w:pStyle w:val="ListBullet"/>
        <w:spacing w:line="240" w:lineRule="auto"/>
        <w:ind w:left="720"/>
      </w:pPr>
      <w:r/>
      <w:r>
        <w:rPr>
          <w:b/>
        </w:rPr>
        <w:t>No national dedicated line:</w:t>
      </w:r>
      <w:r>
        <w:t xml:space="preserve"> 988 still does not offer a universally available, separately staffed LGBTQ youth press option comparable to the Veterans Crisis Line.</w:t>
      </w:r>
      <w:r/>
    </w:p>
    <w:p>
      <w:pPr>
        <w:pStyle w:val="ListBullet"/>
        <w:spacing w:line="240" w:lineRule="auto"/>
        <w:ind w:left="720"/>
      </w:pPr>
      <w:r/>
      <w:r>
        <w:rPr>
          <w:b/>
        </w:rPr>
        <w:t>Patchy supports exist:</w:t>
      </w:r>
      <w:r>
        <w:t xml:space="preserve"> Some crisis centres added LGBTQ training and partnerships, and text/chat options have expanded , but training depth varies and is not mandatory.</w:t>
      </w:r>
      <w:r/>
    </w:p>
    <w:p>
      <w:pPr>
        <w:pStyle w:val="ListBullet"/>
        <w:spacing w:line="240" w:lineRule="auto"/>
        <w:ind w:left="720"/>
      </w:pPr>
      <w:r/>
      <w:r>
        <w:rPr>
          <w:b/>
        </w:rPr>
        <w:t>Alternative hotlines are crucial:</w:t>
      </w:r>
      <w:r>
        <w:t xml:space="preserve"> The Trevor Project and Trans Lifeline remain the most reliable specialised options for LGBTQ youth in crisis.</w:t>
      </w:r>
      <w:r/>
    </w:p>
    <w:p>
      <w:pPr>
        <w:pStyle w:val="ListBullet"/>
        <w:spacing w:line="240" w:lineRule="auto"/>
        <w:ind w:left="720"/>
      </w:pPr>
      <w:r/>
      <w:r>
        <w:rPr>
          <w:b/>
        </w:rPr>
        <w:t>Policy and funding gaps:</w:t>
      </w:r>
      <w:r>
        <w:t xml:space="preserve"> Advocates point to chronic underfunding, workforce shortages and political resistance as major reasons the promised service never launched.</w:t>
      </w:r>
      <w:r/>
    </w:p>
    <w:p>
      <w:pPr>
        <w:pStyle w:val="ListBullet"/>
        <w:spacing w:line="240" w:lineRule="auto"/>
        <w:ind w:left="720"/>
      </w:pPr>
      <w:r/>
      <w:r>
        <w:rPr>
          <w:b/>
        </w:rPr>
        <w:t>Recent developments:</w:t>
      </w:r>
      <w:r>
        <w:t xml:space="preserve"> There were interruptions and policy shifts in 2025 that curtailed federal progress on LGBTQ youth services, followed by renewed relaunch efforts and partnerships in 2026.</w:t>
      </w:r>
      <w:r/>
      <w:r/>
    </w:p>
    <w:p>
      <w:r/>
      <w:r>
        <w:t>Opening hook: the promise, the pause, and the sting of inconsistency When 988 replaced the old national number in 2022, federal officials signalled that LGBTQ youth would get a dedicated option , a clear, single-press route to counsellors trained in queer and trans issues. But the system rolled out without that button, and years of advocacy and worry followed as young people continued to rely on a patchwork of local centres and speciality organisations. For many families and teens, that feels like a real gap when the first word on the line can set the tone for safety or further harm.</w:t>
      </w:r>
      <w:r/>
    </w:p>
    <w:p>
      <w:r/>
      <w:r>
        <w:t>How the plan unraveled: money, politics and a squeezed workforce The blueprint for a dedicated LGBTQ youth service hit multiple roadblocks: Congress authorised 988 but didn’t fully fund every specialised promise, behavioural health staffing was already strained, and LGBTQ services faced political pushback that other specialised lines did not. Reporting in mid-2025 documented a federal rollback that effectively ended a planned LGBTQ-specific service, leaving advocates alarmed and communities scrambling for alternatives. That gap is a policy failing more than a personnel one; crisis workers themselves are often committed, but they can’t fix systemic underinvestment.</w:t>
      </w:r>
      <w:r/>
    </w:p>
    <w:p>
      <w:r/>
      <w:r>
        <w:t>Where 988 actually helps, and where it doesn’t Dialling 988 still connects callers to trained crisis counsellors, and many centres now include LGBTQ-awareness modules and better referral lists. Text and chat options have improved access for youth who need privacy. But training varies across the 200-plus centres in the network, so you might reach a highly competent, affirming counsellor in one city and someone less prepared in another. That geographic lottery is exactly why advocates keep pressing for a national, dedicated LGBTQ youth route that standardises care.</w:t>
      </w:r>
      <w:r/>
    </w:p>
    <w:p>
      <w:r/>
      <w:r>
        <w:t>Alternatives that matter today: Trevor Project, Trans Lifeline and community options Because 988’s promised fix didn’t materialise reliably, specialised organisations continue to carry the load. The Trevor Project remains the go-to for under-25s, with phone, text and chat options and staff trained specifically for LGBTQ youth needs. Trans Lifeline offers peer-led support for trans callers. Local LGBTQ centres and online moderated spaces also provide community and referrals. If you or a young person you care about is in crisis, save these numbers and use them first , they’re built for the population 988 vowed to prioritise.</w:t>
      </w:r>
      <w:r/>
    </w:p>
    <w:p>
      <w:r/>
      <w:r>
        <w:t>What changed in 2025–2026: shutdowns, relaunches and new partnerships Mid-2025 reporting showed the Trump administration had ended a federal effort that would have stood up a dedicated LGBTQ youth hub inside 988, prompting criticism and a sense of betrayal among advocates. Since then, 2026 has seen attempts to relaunch with new partnerships between federal agencies, national nonprofits and crisis centres , signalling progress, but not yet delivering a uniform, nationwide press-one option. Industry reporting notes that relaunch efforts are focused on training, hiring LGBTQ staff and building referral networks, but full-scale implementation remains uneven.</w:t>
      </w:r>
      <w:r/>
    </w:p>
    <w:p>
      <w:r/>
      <w:r>
        <w:t>Practical tips for LGBTQ youth and supporters Save speciality numbers now and quietly: Trevor Project, Trans Lifeline and Crisis Text Line are reliable. Use text or chat if privacy is a concern, and list local affirming providers through directories like CenterLink. If you’re a family member, ask about confidentiality policies before encouraging a call , mandated reporting rules can complicate how safe young people feel about reaching out. And if you want change, contact your representatives: advocates say congressional funding and SAMHSA leadership commitment are the levers that will make a difference.</w:t>
      </w:r>
      <w:r/>
    </w:p>
    <w:p>
      <w:r/>
      <w:r>
        <w:t>Why representation in crisis services actually saves lives A teen who feels understood is likelier to stay on the line, accept help and follow up with care. Misgendering, ignorance or referral to non-affirming resources can worsen distress. That’s why a dedicated, staffed LGBTQ youth option would do more than symbolise inclusion , it would standardise competence, reduce the risk of harm and send a clear message that queer and trans lives are accounted for in national safety nets.</w:t>
      </w:r>
      <w:r/>
    </w:p>
    <w:p>
      <w:r/>
      <w:r>
        <w:t>A forward look: cautious optimism, but no complacency There are real steps underway to improve competency and create specialist hubs, and partnerships between national nonprofits and crisis centres could deliver better, more consistent support. Still, advocates are right to demand measurable commitments: standardised training, data collection about LGBTQ caller experiences, funded hiring pipelines for queer and trans counsellors, and an explicit, funded timeline for a national option. Until that happens, specialised organisations will remain essential.</w:t>
      </w:r>
      <w:r/>
    </w:p>
    <w:p>
      <w:r/>
      <w:r>
        <w:t>It's a small change that could mean everything during a crisis , keep those specialised numbers handy and keep pushing for the dedicated service that was promised.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2">
        <w:r>
          <w:rPr>
            <w:color w:val="0000EE"/>
            <w:u w:val="single"/>
          </w:rPr>
          <w:t>[3]</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0">
        <w:r>
          <w:rPr>
            <w:color w:val="0000EE"/>
            <w:u w:val="single"/>
          </w:rPr>
          <w:t>[2]</w:t>
        </w:r>
      </w:hyperlink>
      <w:r>
        <w:t xml:space="preserve">- Paragraph 7: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https://uticaphoenix.net/one-year-later-988-still-doesnt-have-a-hotline-for-lgbtq-youth-whats-changed-by-2026/</w:t>
        </w:r>
      </w:hyperlink>
      <w:r>
        <w:t xml:space="preserve"> - Please view link - unable to able to access data</w:t>
      </w:r>
      <w:r/>
    </w:p>
    <w:p>
      <w:pPr>
        <w:pStyle w:val="ListNumber"/>
        <w:spacing w:line="240" w:lineRule="auto"/>
        <w:ind w:left="720"/>
      </w:pPr>
      <w:r/>
      <w:hyperlink r:id="rId10">
        <w:r>
          <w:rPr>
            <w:color w:val="0000EE"/>
            <w:u w:val="single"/>
          </w:rPr>
          <w:t>https://www.axios.com/local/detroit/2025/07/17/988-suicide-crisis-hotline-ends-lgbtq-support</w:t>
        </w:r>
      </w:hyperlink>
      <w:r>
        <w:t xml:space="preserve"> - As of July 17, 2025, the national 988 suicide and crisis hotline has removed its specific support option for LGBTQ+ youth, including in Michigan. This change, attributed to the Trump administration, eliminates the ability for callers to press '3' to reach counselors trained in LGBTQ+ support, removing access to vital mental health resources for a demographic with elevated suicide risks. In Michigan, 6% of adults and 16% of young adults (18–24) identify as LGBTQ+, highlighting the importance of such specialized services. The Trevor Project, a major provider that handled nearly half of these calls and received 231,000 crisis contacts in 2024, expressed concern, stating that suicide prevention should be about people, not politics. While the Substance Abuse and Mental Health Services Administration assures continued culturally competent support through 988, local mental health professionals anticipate increased call volumes and are working to ensure staff are adequately trained in LGBTQ+ issues despite the policy shift. (</w:t>
      </w:r>
      <w:hyperlink r:id="rId15">
        <w:r>
          <w:rPr>
            <w:color w:val="0000EE"/>
            <w:u w:val="single"/>
          </w:rPr>
          <w:t>axios.com</w:t>
        </w:r>
      </w:hyperlink>
      <w:r>
        <w:t>)</w:t>
      </w:r>
      <w:r/>
    </w:p>
    <w:p>
      <w:pPr>
        <w:pStyle w:val="ListNumber"/>
        <w:spacing w:line="240" w:lineRule="auto"/>
        <w:ind w:left="720"/>
      </w:pPr>
      <w:r/>
      <w:hyperlink r:id="rId12">
        <w:r>
          <w:rPr>
            <w:color w:val="0000EE"/>
            <w:u w:val="single"/>
          </w:rPr>
          <w:t>https://kesq.com/health/cnn-health/2025/07/17/trump-administration-ends-988-suicide-crisis-lifelines-specialized-service-for-lgbtq-youth/</w:t>
        </w:r>
      </w:hyperlink>
      <w:r>
        <w:t xml:space="preserve"> - The 988 Suicide &amp; Crisis Lifeline’s specialized services for LGBTQ+ youth have officially ended operations, meaning people contacting 988 for help no longer have the option to “press 3” to reach counselors specifically trained to respond to the needs of this group. The lifeline included a subnetwork for LGBTQ+ youth soon after its launch in July 2022. But the US Department of Health and Human Services’ Substance Abuse and Mental Health Services Administration (SAMHSA) announced last month that those services would be coming to an end. (</w:t>
      </w:r>
      <w:hyperlink r:id="rId16">
        <w:r>
          <w:rPr>
            <w:color w:val="0000EE"/>
            <w:u w:val="single"/>
          </w:rPr>
          <w:t>kesq.com</w:t>
        </w:r>
      </w:hyperlink>
      <w:r>
        <w:t>)</w:t>
      </w:r>
      <w:r/>
    </w:p>
    <w:p>
      <w:pPr>
        <w:pStyle w:val="ListNumber"/>
        <w:spacing w:line="240" w:lineRule="auto"/>
        <w:ind w:left="720"/>
      </w:pPr>
      <w:r/>
      <w:hyperlink r:id="rId13">
        <w:r>
          <w:rPr>
            <w:color w:val="0000EE"/>
            <w:u w:val="single"/>
          </w:rPr>
          <w:t>https://www.statnews.com/2026/06/26/988-lgbtq-hotline-relaunch-trevor-project/</w:t>
        </w:r>
      </w:hyperlink>
      <w:r>
        <w:t xml:space="preserve"> - The Trump administration is moving to restart the specialized LGBTQ+ option for youth who contact the 988 crisis intervention hotline, but the group that helped pioneer the idea is being shut out. The Trevor Project, the leading nonprofit for suicide prevention in LGBTQ+ young people, may not be allowed to offer the service it had helped develop for the 988 Lifeline just a few years ago. The 988 hotline, which has been dubbed the 911 for mental health emergencies, is credited with reducing teen and young adult suicide deaths. It offers specialized options for certain groups, such as veterans and Spanish speakers, but in July the Trump administration stopped offering the “press 3” option for LGBTQ+ youth with a month’s notice. (</w:t>
      </w:r>
      <w:hyperlink r:id="rId17">
        <w:r>
          <w:rPr>
            <w:color w:val="0000EE"/>
            <w:u w:val="single"/>
          </w:rPr>
          <w:t>statnews.com</w:t>
        </w:r>
      </w:hyperlink>
      <w:r>
        <w:t>)</w:t>
      </w:r>
      <w:r/>
    </w:p>
    <w:p>
      <w:pPr>
        <w:pStyle w:val="ListNumber"/>
        <w:spacing w:line="240" w:lineRule="auto"/>
        <w:ind w:left="720"/>
      </w:pPr>
      <w:r/>
      <w:hyperlink r:id="rId14">
        <w:r>
          <w:rPr>
            <w:color w:val="0000EE"/>
            <w:u w:val="single"/>
          </w:rPr>
          <w:t>https://www.thetrevorproject.org/blog/the-trump-administration-shut-down-the-federal-suicide-prevention-lifeline-for-lgbtq-youth-one-year-ago-today/</w:t>
        </w:r>
      </w:hyperlink>
      <w:r>
        <w:t xml:space="preserve"> - One year ago, the federal government shuttered a suicide prevention lifeline that supported more than 1.5 million LGBTQ+ youth in crisis. On July 17, 2025, the Trump administration abruptly terminated the 988 Suicide &amp; Crisis Lifeline’s LGBTQ+ Youth Specialized Services program. Up until that point, LGBTQ+ young people under the age of 25 had the option of contacting the 988 Lifeline – our country’s federal suicide prevention hotline – and “pressing three,” “texting PRIDE,” or connecting via online chat to a counselor who was specially trained in supporting LGBTQ+ youth through crisis. (</w:t>
      </w:r>
      <w:hyperlink r:id="rId18">
        <w:r>
          <w:rPr>
            <w:color w:val="0000EE"/>
            <w:u w:val="single"/>
          </w:rPr>
          <w:t>thetrevorproject.org</w:t>
        </w:r>
      </w:hyperlink>
      <w:r>
        <w:t>)</w:t>
      </w:r>
      <w:r/>
    </w:p>
    <w:p>
      <w:pPr>
        <w:pStyle w:val="ListNumber"/>
        <w:spacing w:line="240" w:lineRule="auto"/>
        <w:ind w:left="720"/>
      </w:pPr>
      <w:r/>
      <w:hyperlink r:id="rId11">
        <w:r>
          <w:rPr>
            <w:color w:val="0000EE"/>
            <w:u w:val="single"/>
          </w:rPr>
          <w:t>https://ny1.com/nyc/all-boroughs/news/2025/06/18/988--lgbtq-youth--shut-down--suicide-prevention</w:t>
        </w:r>
      </w:hyperlink>
      <w:r>
        <w:t xml:space="preserve"> - The 988 Suicide and Crisis Lifeline’s specialized services for LGBTQ+ youth will be shut down in less than 30 days, Substance Abuse and Mental Health Services Administration (SAMHSA) announced on Tuesday. (</w:t>
      </w:r>
      <w:hyperlink r:id="rId19">
        <w:r>
          <w:rPr>
            <w:color w:val="0000EE"/>
            <w:u w:val="single"/>
          </w:rPr>
          <w:t>ny1.com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uticaphoenix.net/one-year-later-988-still-doesnt-have-a-hotline-for-lgbtq-youth-whats-changed-by-2026/" TargetMode="External"/><Relationship Id="rId10" Type="http://schemas.openxmlformats.org/officeDocument/2006/relationships/hyperlink" Target="https://www.axios.com/local/detroit/2025/07/17/988-suicide-crisis-hotline-ends-lgbtq-support" TargetMode="External"/><Relationship Id="rId11" Type="http://schemas.openxmlformats.org/officeDocument/2006/relationships/hyperlink" Target="https://ny1.com/nyc/all-boroughs/news/2025/06/18/988--lgbtq-youth--shut-down--suicide-prevention" TargetMode="External"/><Relationship Id="rId12" Type="http://schemas.openxmlformats.org/officeDocument/2006/relationships/hyperlink" Target="https://kesq.com/health/cnn-health/2025/07/17/trump-administration-ends-988-suicide-crisis-lifelines-specialized-service-for-lgbtq-youth/" TargetMode="External"/><Relationship Id="rId13" Type="http://schemas.openxmlformats.org/officeDocument/2006/relationships/hyperlink" Target="https://www.statnews.com/2026/06/26/988-lgbtq-hotline-relaunch-trevor-project/" TargetMode="External"/><Relationship Id="rId14" Type="http://schemas.openxmlformats.org/officeDocument/2006/relationships/hyperlink" Target="https://www.thetrevorproject.org/blog/the-trump-administration-shut-down-the-federal-suicide-prevention-lifeline-for-lgbtq-youth-one-year-ago-today/" TargetMode="External"/><Relationship Id="rId15" Type="http://schemas.openxmlformats.org/officeDocument/2006/relationships/hyperlink" Target="https://www.axios.com/local/detroit/2025/07/17/988-suicide-crisis-hotline-ends-lgbtq-support?utm_source=openai" TargetMode="External"/><Relationship Id="rId16" Type="http://schemas.openxmlformats.org/officeDocument/2006/relationships/hyperlink" Target="https://kesq.com/health/cnn-health/2025/07/17/trump-administration-ends-988-suicide-crisis-lifelines-specialized-service-for-lgbtq-youth/?utm_source=openai" TargetMode="External"/><Relationship Id="rId17" Type="http://schemas.openxmlformats.org/officeDocument/2006/relationships/hyperlink" Target="https://www.statnews.com/2026/06/26/988-lgbtq-hotline-relaunch-trevor-project/?utm_source=openai" TargetMode="External"/><Relationship Id="rId18" Type="http://schemas.openxmlformats.org/officeDocument/2006/relationships/hyperlink" Target="https://www.thetrevorproject.org/blog/the-trump-administration-shut-down-the-federal-suicide-prevention-lifeline-for-lgbtq-youth-one-year-ago-today/?utm_source=openai" TargetMode="External"/><Relationship Id="rId19" Type="http://schemas.openxmlformats.org/officeDocument/2006/relationships/hyperlink" Target="https://ny1.com/nyc/all-boroughs/news/2025/06/18/988--lgbtq-youth--shut-down--suicide-preven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