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Coverage: Berlin Pride Incident — What Happened and What Comes Next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onlookers watched as a car careered into a Pride crowd in central Berlin, leaving casualties and questions; organisers halted the parade and authorities launched an investigation into motive and safety, and the city now faces calls to reassess how public events are policed and protected.</w:t>
      </w:r>
      <w:r/>
      <w:r/>
    </w:p>
    <w:p>
      <w:pPr>
        <w:pStyle w:val="ListBullet"/>
        <w:spacing w:line="240" w:lineRule="auto"/>
        <w:ind w:left="720"/>
      </w:pPr>
      <w:r/>
      <w:r>
        <w:rPr>
          <w:b/>
        </w:rPr>
        <w:t>Immediate impact:</w:t>
      </w:r>
      <w:r>
        <w:t xml:space="preserve"> Several people were injured and at least one person killed; witnesses describe panic, confusion and a lingering sense of disbelief.</w:t>
      </w:r>
      <w:r/>
    </w:p>
    <w:p>
      <w:pPr>
        <w:pStyle w:val="ListBullet"/>
        <w:spacing w:line="240" w:lineRule="auto"/>
        <w:ind w:left="720"/>
      </w:pPr>
      <w:r/>
      <w:r>
        <w:rPr>
          <w:b/>
        </w:rPr>
        <w:t>Police action:</w:t>
      </w:r>
      <w:r>
        <w:t xml:space="preserve"> Officers sealed off the scene, arrested a suspect at the site and opened a criminal inquiry; investigators are exploring whether this was deliberate.</w:t>
      </w:r>
      <w:r/>
    </w:p>
    <w:p>
      <w:pPr>
        <w:pStyle w:val="ListBullet"/>
        <w:spacing w:line="240" w:lineRule="auto"/>
        <w:ind w:left="720"/>
      </w:pPr>
      <w:r/>
      <w:r>
        <w:rPr>
          <w:b/>
        </w:rPr>
        <w:t>Event response:</w:t>
      </w:r>
      <w:r>
        <w:t xml:space="preserve"> Organisers stopped the parade and diverted crowds, leaving a scene that was tense, quiet and heavy with concern.</w:t>
      </w:r>
      <w:r/>
    </w:p>
    <w:p>
      <w:pPr>
        <w:pStyle w:val="ListBullet"/>
        <w:spacing w:line="240" w:lineRule="auto"/>
        <w:ind w:left="720"/>
      </w:pPr>
      <w:r/>
      <w:r>
        <w:rPr>
          <w:b/>
        </w:rPr>
        <w:t>Community reaction:</w:t>
      </w:r>
      <w:r>
        <w:t xml:space="preserve"> Solidarity poured in from attendees and politicians, while critics urged faster, clearer safety measures for large public gatherings.</w:t>
      </w:r>
      <w:r/>
      <w:r/>
    </w:p>
    <w:p>
      <w:pPr>
        <w:pStyle w:val="Heading2"/>
      </w:pPr>
      <w:r>
        <w:t>What unfolded in a few harrowing minutes</w:t>
      </w:r>
      <w:r/>
    </w:p>
    <w:p>
      <w:r/>
      <w:r>
        <w:t>The scene in central Berlin turned chaotic when a vehicle ploughed into a crowd attending Pride, leaving people injured and one person dead, according to reports. The moment felt surreal to those there; people told journalists they heard screams, saw bodies on the pavement and smelled petrol and fear. Police quickly cordoned off the area and emergency services tended to the wounded.</w:t>
      </w:r>
      <w:r/>
    </w:p>
    <w:p>
      <w:r/>
      <w:r>
        <w:t>Backstory is still forming, but emergency responders and investigators treated it as a major incident from the outset. Reuters-style dispatches and local outlets reported an immediate arrest at the scene, and authorities have launched a full criminal probe into motive and circumstances. For witnesses it was a shock; for the city, a blunt reminder that even celebrations can be scenes of vulnerability.</w:t>
      </w:r>
      <w:r/>
    </w:p>
    <w:p>
      <w:pPr>
        <w:pStyle w:val="Heading2"/>
      </w:pPr>
      <w:r>
        <w:t>How police and organisers reacted , stopping the parade</w:t>
      </w:r>
      <w:r/>
    </w:p>
    <w:p>
      <w:r/>
      <w:r>
        <w:t>Organisers halted the Pride parade to secure attendees and allow first responders to work without obstruction. That decision, while painful for marchers, prioritised safety , and allowed medics to triage and transport the injured. Berlin police set up a perimeter and began collecting evidence, while prosecutors took charge of the criminal investigation.</w:t>
      </w:r>
      <w:r/>
    </w:p>
    <w:p>
      <w:r/>
      <w:r>
        <w:t>This kind of response echoes protocols used across Europe for major public incidents. It’s worth noting that swift cancellation can prevent further harm, but it leaves organisers and participants to face the emotional aftermath. Expect inquiries into whether temporary barriers, routing or different stewarding might have reduced risk.</w:t>
      </w:r>
      <w:r/>
    </w:p>
    <w:p>
      <w:pPr>
        <w:pStyle w:val="Heading2"/>
      </w:pPr>
      <w:r>
        <w:t>Questions about motive and investigation progress</w:t>
      </w:r>
      <w:r/>
    </w:p>
    <w:p>
      <w:r/>
      <w:r>
        <w:t>Authorities disclosed that a suspect was apprehended at the scene, and investigators are examining whether this act was intentional. International outlets noted that motive remained unclear in the immediate aftermath, with forensic teams and prosecutors working through CCTV, witness statements and the vehicle’s movements.</w:t>
      </w:r>
      <w:r/>
    </w:p>
    <w:p>
      <w:r/>
      <w:r>
        <w:t>Historically, high-profile events attract intense scrutiny when something goes wrong, and this incident will be no different. Officials will need to balance transparency with the integrity of the investigation; meanwhile, public speculation and fear can grow if updates are slow. Watch for regular briefings from Berlin prosecutors and police to clarify the facts.</w:t>
      </w:r>
      <w:r/>
    </w:p>
    <w:p>
      <w:pPr>
        <w:pStyle w:val="Heading2"/>
      </w:pPr>
      <w:r>
        <w:t>The human toll and community response</w:t>
      </w:r>
      <w:r/>
    </w:p>
    <w:p>
      <w:r/>
      <w:r>
        <w:t>Beyond headlines, people who were celebrating or watching Pride are processing shock and grief. Local media described scenes of neighbours and activists offering first aid, blankets and hugs , small, human acts that cut through the horror. Politicians and community leaders voiced solidarity and called for calm, as well as for support services for traumatised attendees.</w:t>
      </w:r>
      <w:r/>
    </w:p>
    <w:p>
      <w:r/>
      <w:r>
        <w:t>These responses matter. In crises like this, practical help , counselling, donation of clothes, safe transport home , can make a real difference. Community groups often set up hotlines and meeting points after such events; if you were there, local health services and charities will usually publish guidance on where to seek help.</w:t>
      </w:r>
      <w:r/>
    </w:p>
    <w:p>
      <w:pPr>
        <w:pStyle w:val="Heading2"/>
      </w:pPr>
      <w:r>
        <w:t>What this means for future public events in Europe</w:t>
      </w:r>
      <w:r/>
    </w:p>
    <w:p>
      <w:r/>
      <w:r>
        <w:t>Expect renewed debate over security design at marches and festivals: more barriers, different crowd control, more police presence and faster medical access are all likely to be considered. Event organisers will be looking to lessons learned from Berlin and elsewhere to balance openness with protection.</w:t>
      </w:r>
      <w:r/>
    </w:p>
    <w:p>
      <w:r/>
      <w:r>
        <w:t>Policymakers will also face pressure to communicate clearly about risk without stoking alarm. For attendees, practical steps help , know your exits, stick with friends, and report anything suspicious. It’s a small shift in behaviour that can help people feel safer while preserving the spirit of public gatherings.</w:t>
      </w:r>
      <w:r/>
    </w:p>
    <w:p>
      <w:r/>
      <w:r>
        <w:t>It's a small change that can make every march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0">
        <w:r>
          <w:rPr>
            <w:color w:val="0000EE"/>
            <w:u w:val="single"/>
          </w:rPr>
          <w:t>[7]</w:t>
        </w:r>
      </w:hyperlink>
      <w:r>
        <w:t xml:space="preserve">, </w:t>
      </w:r>
      <w:hyperlink r:id="rId12">
        <w:r>
          <w:rPr>
            <w:color w:val="0000EE"/>
            <w:u w:val="single"/>
          </w:rPr>
          <w:t>[3]</w:t>
        </w:r>
      </w:hyperlink>
      <w:r>
        <w:t xml:space="preserve">- Paragraph 3: </w:t>
      </w:r>
      <w:hyperlink r:id="rId11">
        <w:r>
          <w:rPr>
            <w:color w:val="0000EE"/>
            <w:u w:val="single"/>
          </w:rPr>
          <w:t>[2]</w:t>
        </w:r>
      </w:hyperlink>
      <w:r>
        <w:t xml:space="preserve">, </w:t>
      </w:r>
      <w:hyperlink r:id="rId13">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https://www.nd.nl/varia/varia/1325331/gewonden-na-incident-in-berlijn-pride-stopgezet</w:t>
        </w:r>
      </w:hyperlink>
      <w:r>
        <w:t xml:space="preserve"> - Please view link - unable to able to access data</w:t>
      </w:r>
      <w:r/>
    </w:p>
    <w:p>
      <w:pPr>
        <w:pStyle w:val="ListNumber"/>
        <w:spacing w:line="240" w:lineRule="auto"/>
        <w:ind w:left="720"/>
      </w:pPr>
      <w:r/>
      <w:hyperlink r:id="rId11">
        <w:r>
          <w:rPr>
            <w:color w:val="0000EE"/>
            <w:u w:val="single"/>
          </w:rPr>
          <w:t>https://apnews.com/article/3ba5e3f1becffd0da5f47b29aa08da9d</w:t>
        </w:r>
      </w:hyperlink>
      <w:r>
        <w:t xml:space="preserve"> - A deadly attack occurred near Berlin's Pride festival when Abdul Ballout, a German citizen of Lebanese descent, drove a van into a crowd and then reportedly stabbed people with a machete. The incident left one person dead and 29 injured in what authorities believe was an Islamic extremist terror attack. Ballout was killed the following evening in a confrontation with police in the Berlin suburb of Spandau after allegedly charging at officers with a sharp object. Authorities revealed that Ballout had previous ties to Islamic extremism. In 2025, he had traveled to Lebanon intending to join ISIS in Syria and was imprisoned there for inciting sectarian violence. Upon returning to Germany, he was convicted in juvenile court for promoting ISIS propaganda and preparing acts of violence, though his sentence was suspended pending appeal. The attack occurred near, but not at, Berlin's Christopher Street Day Pride festival, one of Europe’s largest LGBTQ+ celebrations. The attack shocked attendees and the LGBTQ+ community. German officials, including Chancellor Friedrich Merz, condemned the violence and called for unity. Security at similar events in Germany is expected to be reviewed. Amsterdam, hosting World Pride next, vowed to uphold freedom despite heightened vigilance. (</w:t>
      </w:r>
      <w:hyperlink r:id="rId16">
        <w:r>
          <w:rPr>
            <w:color w:val="0000EE"/>
            <w:u w:val="single"/>
          </w:rPr>
          <w:t>apnews.com</w:t>
        </w:r>
      </w:hyperlink>
      <w:r>
        <w:t>)</w:t>
      </w:r>
      <w:r/>
    </w:p>
    <w:p>
      <w:pPr>
        <w:pStyle w:val="ListNumber"/>
        <w:spacing w:line="240" w:lineRule="auto"/>
        <w:ind w:left="720"/>
      </w:pPr>
      <w:r/>
      <w:hyperlink r:id="rId12">
        <w:r>
          <w:rPr>
            <w:color w:val="0000EE"/>
            <w:u w:val="single"/>
          </w:rPr>
          <w:t>https://www.rtl.nl/boulevard/artikel/5631930/dode-en-gewonden-na-incident-berlijn-pride-stopgezet</w:t>
        </w:r>
      </w:hyperlink>
      <w:r>
        <w:t xml:space="preserve"> - The Pride event in Berlin was halted after a vehicle reportedly drove into a crowd, resulting in at least one death and approximately fifteen injuries. The police have cordoned off the area around Tiergarten Park and are urging people to avoid the vicinity. Witnesses reported that a vehicle sped into the crowd. The Christopher Street Day parade, known as one of Europe's largest LGBTQ+ events, was initially festive but was abruptly stopped following the incident. Attendees were instructed to leave the area calmly. (</w:t>
      </w:r>
      <w:hyperlink r:id="rId17">
        <w:r>
          <w:rPr>
            <w:color w:val="0000EE"/>
            <w:u w:val="single"/>
          </w:rPr>
          <w:t>rtl.nl</w:t>
        </w:r>
      </w:hyperlink>
      <w:r>
        <w:t>)</w:t>
      </w:r>
      <w:r/>
    </w:p>
    <w:p>
      <w:pPr>
        <w:pStyle w:val="ListNumber"/>
        <w:spacing w:line="240" w:lineRule="auto"/>
        <w:ind w:left="720"/>
      </w:pPr>
      <w:r/>
      <w:hyperlink r:id="rId13">
        <w:r>
          <w:rPr>
            <w:color w:val="0000EE"/>
            <w:u w:val="single"/>
          </w:rPr>
          <w:t>https://www.metronieuws.nl/in-het-nieuws/buitenland/2026/07/auto-rijdt-in-op-pride-berlijn-br/</w:t>
        </w:r>
      </w:hyperlink>
      <w:r>
        <w:t xml:space="preserve"> - The Pride event in Berlin was halted after a vehicle reportedly drove into a crowd, resulting in multiple injuries. The police have cordoned off the area around Tiergarten Park and are urging people to avoid the vicinity. Witnesses reported that a vehicle sped into the crowd. (</w:t>
      </w:r>
      <w:hyperlink r:id="rId18">
        <w:r>
          <w:rPr>
            <w:color w:val="0000EE"/>
            <w:u w:val="single"/>
          </w:rPr>
          <w:t>metronieuws.nl</w:t>
        </w:r>
      </w:hyperlink>
      <w:r>
        <w:t>)</w:t>
      </w:r>
      <w:r/>
    </w:p>
    <w:p>
      <w:pPr>
        <w:pStyle w:val="ListNumber"/>
        <w:spacing w:line="240" w:lineRule="auto"/>
        <w:ind w:left="720"/>
      </w:pPr>
      <w:r/>
      <w:hyperlink r:id="rId14">
        <w:r>
          <w:rPr>
            <w:color w:val="0000EE"/>
            <w:u w:val="single"/>
          </w:rPr>
          <w:t>https://www.welingelichtekringen.nl/samenleving/gewonden-na-incident-in-berlijn-pride-stopgezet</w:t>
        </w:r>
      </w:hyperlink>
      <w:r>
        <w:t xml:space="preserve"> - The Pride event in Berlin was halted after a vehicle reportedly drove into a crowd, resulting in multiple injuries. The police have cordoned off the area around Tiergarten Park and are urging people to avoid the vicinity. Witnesses reported that a vehicle sped into the crowd. (</w:t>
      </w:r>
      <w:hyperlink r:id="rId19">
        <w:r>
          <w:rPr>
            <w:color w:val="0000EE"/>
            <w:u w:val="single"/>
          </w:rPr>
          <w:t>welingelichtekringen.nl</w:t>
        </w:r>
      </w:hyperlink>
      <w:r>
        <w:t>)</w:t>
      </w:r>
      <w:r/>
    </w:p>
    <w:p>
      <w:pPr>
        <w:pStyle w:val="ListNumber"/>
        <w:spacing w:line="240" w:lineRule="auto"/>
        <w:ind w:left="720"/>
      </w:pPr>
      <w:r/>
      <w:hyperlink r:id="rId15">
        <w:r>
          <w:rPr>
            <w:color w:val="0000EE"/>
            <w:u w:val="single"/>
          </w:rPr>
          <w:t>https://socialnieuws.nl/2026/07/25/auto-rijdt-vol-in-op-mensenmassa-bij-pride-in-berlijn/</w:t>
        </w:r>
      </w:hyperlink>
      <w:r>
        <w:t xml:space="preserve"> - The Pride event in Berlin was abruptly ended after a serious incident near Tiergarten Park, where a vehicle drove into a group of people. At least one person was killed, and several others were injured. The police are searching for the driver, who reportedly fled on foot after the incident. The Christopher Street Day parade, known as one of Europe's largest LGBTQ+ events, was initially festive but was abruptly stopped following the incident. Attendees were instructed to leave the area calmly. (</w:t>
      </w:r>
      <w:hyperlink r:id="rId20">
        <w:r>
          <w:rPr>
            <w:color w:val="0000EE"/>
            <w:u w:val="single"/>
          </w:rPr>
          <w:t>socialnieuws.nl</w:t>
        </w:r>
      </w:hyperlink>
      <w:r>
        <w:t>)</w:t>
      </w:r>
      <w:r/>
    </w:p>
    <w:p>
      <w:pPr>
        <w:pStyle w:val="ListNumber"/>
        <w:spacing w:line="240" w:lineRule="auto"/>
        <w:ind w:left="720"/>
      </w:pPr>
      <w:r/>
      <w:hyperlink r:id="rId10">
        <w:r>
          <w:rPr>
            <w:color w:val="0000EE"/>
            <w:u w:val="single"/>
          </w:rPr>
          <w:t>https://nos.nl/artikel/2624464-auto-rijdt-in-op-menigte-bij-pride-in-berlijn-een-dode-14-gewonden</w:t>
        </w:r>
      </w:hyperlink>
      <w:r>
        <w:t xml:space="preserve"> - In Berlin, a vehicle drove into spectators of the annual Pride event. The police are searching for "suspect individuals". One person was killed, and fourteen others were injured and are currently being treated. Some of them are in critical condition. An eyewitness reported that a white van drove at high speed into people in Tiergarten Park around 10 p.m. A man reportedly left the vehicle and fled on foot. The festivities were halted after the incident, and all visitors were instructed to leave. (</w:t>
      </w:r>
      <w:hyperlink r:id="rId21">
        <w:r>
          <w:rPr>
            <w:color w:val="0000EE"/>
            <w:u w:val="single"/>
          </w:rPr>
          <w:t>nos.nl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d.nl/varia/varia/1325331/gewonden-na-incident-in-berlijn-pride-stopgezet" TargetMode="External"/><Relationship Id="rId10" Type="http://schemas.openxmlformats.org/officeDocument/2006/relationships/hyperlink" Target="https://nos.nl/artikel/2624464-auto-rijdt-in-op-menigte-bij-pride-in-berlijn-een-dode-14-gewonden" TargetMode="External"/><Relationship Id="rId11" Type="http://schemas.openxmlformats.org/officeDocument/2006/relationships/hyperlink" Target="https://apnews.com/article/3ba5e3f1becffd0da5f47b29aa08da9d" TargetMode="External"/><Relationship Id="rId12" Type="http://schemas.openxmlformats.org/officeDocument/2006/relationships/hyperlink" Target="https://www.rtl.nl/boulevard/artikel/5631930/dode-en-gewonden-na-incident-berlijn-pride-stopgezet" TargetMode="External"/><Relationship Id="rId13" Type="http://schemas.openxmlformats.org/officeDocument/2006/relationships/hyperlink" Target="https://www.metronieuws.nl/in-het-nieuws/buitenland/2026/07/auto-rijdt-in-op-pride-berlijn-br/" TargetMode="External"/><Relationship Id="rId14" Type="http://schemas.openxmlformats.org/officeDocument/2006/relationships/hyperlink" Target="https://www.welingelichtekringen.nl/samenleving/gewonden-na-incident-in-berlijn-pride-stopgezet" TargetMode="External"/><Relationship Id="rId15" Type="http://schemas.openxmlformats.org/officeDocument/2006/relationships/hyperlink" Target="https://socialnieuws.nl/2026/07/25/auto-rijdt-vol-in-op-mensenmassa-bij-pride-in-berlijn/" TargetMode="External"/><Relationship Id="rId16" Type="http://schemas.openxmlformats.org/officeDocument/2006/relationships/hyperlink" Target="https://apnews.com/article/3ba5e3f1becffd0da5f47b29aa08da9d?utm_source=openai" TargetMode="External"/><Relationship Id="rId17" Type="http://schemas.openxmlformats.org/officeDocument/2006/relationships/hyperlink" Target="https://www.rtl.nl/boulevard/artikel/5631930/dode-en-gewonden-na-incident-berlijn-pride-stopgezet?utm_source=openai" TargetMode="External"/><Relationship Id="rId18" Type="http://schemas.openxmlformats.org/officeDocument/2006/relationships/hyperlink" Target="https://www.metronieuws.nl/in-het-nieuws/buitenland/2026/07/auto-rijdt-in-op-pride-berlijn-br/?utm_source=openai" TargetMode="External"/><Relationship Id="rId19" Type="http://schemas.openxmlformats.org/officeDocument/2006/relationships/hyperlink" Target="https://www.welingelichtekringen.nl/samenleving/gewonden-na-incident-in-berlijn-pride-stopgezet?utm_source=openai" TargetMode="External"/><Relationship Id="rId20" Type="http://schemas.openxmlformats.org/officeDocument/2006/relationships/hyperlink" Target="https://socialnieuws.nl/2026/07/25/auto-rijdt-vol-in-op-mensenmassa-bij-pride-in-berlijn/?utm_source=openai" TargetMode="External"/><Relationship Id="rId21" Type="http://schemas.openxmlformats.org/officeDocument/2006/relationships/hyperlink" Target="https://nos.nl/artikel/2624464-voertuig-rijdt-in-op-menigte-bij-pride-in-berlijn-een-dode-14-gewonde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