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Vehicle Ploughs Into Berlin Pride Crowd — What We Know 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Shocked onlookers watched as a vehicle struck a crowd near Tiergarten; organisers cancelled the Pride closing events and police launched a manhunt amid frantic scenes , here’s a clear, timely roundup of who was hurt, what authorities are doing, and why this matters for public events.</w:t>
      </w:r>
      <w:r/>
    </w:p>
    <w:p>
      <w:r/>
      <w:r>
        <w:t>Essential Takeaways</w:t>
      </w:r>
      <w:r/>
      <w:r/>
    </w:p>
    <w:p>
      <w:pPr>
        <w:pStyle w:val="ListBullet"/>
        <w:spacing w:line="240" w:lineRule="auto"/>
        <w:ind w:left="720"/>
      </w:pPr>
      <w:r/>
      <w:r>
        <w:rPr>
          <w:b/>
        </w:rPr>
        <w:t>Location and time:</w:t>
      </w:r>
      <w:r>
        <w:t xml:space="preserve"> Incident occurred near Lennéstrasse beside Tiergarten at about 20:00 GMT during Berlin Pride-related gatherings.</w:t>
      </w:r>
      <w:r/>
    </w:p>
    <w:p>
      <w:pPr>
        <w:pStyle w:val="ListBullet"/>
        <w:spacing w:line="240" w:lineRule="auto"/>
        <w:ind w:left="720"/>
      </w:pPr>
      <w:r/>
      <w:r>
        <w:rPr>
          <w:b/>
        </w:rPr>
        <w:t>Casualties:</w:t>
      </w:r>
      <w:r>
        <w:t xml:space="preserve"> Authorities report multiple injured and at least one fatality; emergency services treated victims at the scene.</w:t>
      </w:r>
      <w:r/>
    </w:p>
    <w:p>
      <w:pPr>
        <w:pStyle w:val="ListBullet"/>
        <w:spacing w:line="240" w:lineRule="auto"/>
        <w:ind w:left="720"/>
      </w:pPr>
      <w:r/>
      <w:r>
        <w:rPr>
          <w:b/>
        </w:rPr>
        <w:t>Response:</w:t>
      </w:r>
      <w:r>
        <w:t xml:space="preserve"> A large police operation was already in place for the event; officers began searching for possible suspects immediately afterwards.</w:t>
      </w:r>
      <w:r/>
    </w:p>
    <w:p>
      <w:pPr>
        <w:pStyle w:val="ListBullet"/>
        <w:spacing w:line="240" w:lineRule="auto"/>
        <w:ind w:left="720"/>
      </w:pPr>
      <w:r/>
      <w:r>
        <w:rPr>
          <w:b/>
        </w:rPr>
        <w:t>Event impact:</w:t>
      </w:r>
      <w:r>
        <w:t xml:space="preserve"> Organisers cancelled the planned closing of Pride celebrations to assist investigations and protect attendees.</w:t>
      </w:r>
      <w:r/>
    </w:p>
    <w:p>
      <w:pPr>
        <w:pStyle w:val="ListBullet"/>
        <w:spacing w:line="240" w:lineRule="auto"/>
        <w:ind w:left="720"/>
      </w:pPr>
      <w:r/>
      <w:r>
        <w:rPr>
          <w:b/>
        </w:rPr>
        <w:t>Investigation status:</w:t>
      </w:r>
      <w:r>
        <w:t xml:space="preserve"> Officials are probing whether the vehicle strike was accidental or intentional; enquiries remain ongoing.</w:t>
      </w:r>
      <w:r/>
      <w:r/>
    </w:p>
    <w:p>
      <w:pPr>
        <w:pStyle w:val="Heading2"/>
      </w:pPr>
      <w:r>
        <w:t>What happened, in plain terms</w:t>
      </w:r>
      <w:r/>
    </w:p>
    <w:p>
      <w:r/>
      <w:r>
        <w:t>Witnesses described a sudden, chaotic scene when a vehicle entered a crowd near Lennéstrasse, the road that borders Tiergarten, at around 20:00 GMT. Medics and police rushed in; people at the scene were shaken, some reporting the acrid tang of antiseptic and the sound of sirens cutting through the evening.</w:t>
      </w:r>
      <w:r/>
    </w:p>
    <w:p>
      <w:r/>
      <w:r>
        <w:t>According to media and emergency briefings, multiple people were hurt and at least one person died. Police immediately treated the site as an active incident and began searching for those connected to the vehicle. Organisers stopped the scheduled closing acts for Pride to let authorities work and to prevent further risk to attendees.</w:t>
      </w:r>
      <w:r/>
    </w:p>
    <w:p>
      <w:pPr>
        <w:pStyle w:val="Heading2"/>
      </w:pPr>
      <w:r>
        <w:t>Police response and the manhunt</w:t>
      </w:r>
      <w:r/>
    </w:p>
    <w:p>
      <w:r/>
      <w:r>
        <w:t>Berlin had already deployed thousands of officers because large crowds were expected for Pride, so a significant security presence was on hand when the strike occurred. That meant first responders and investigators could act fast, cordoning the area and starting forensic work.</w:t>
      </w:r>
      <w:r/>
    </w:p>
    <w:p>
      <w:r/>
      <w:r>
        <w:t>Authorities described their search for "possible suspects" in the hours after the event. Investigators are collecting CCTV, eyewitness accounts, and vehicle traces to establish the sequence of events. At this stage they're clear the priority is victim care and establishing motive, whether accidental or deliberate.</w:t>
      </w:r>
      <w:r/>
    </w:p>
    <w:p>
      <w:pPr>
        <w:pStyle w:val="Heading2"/>
      </w:pPr>
      <w:r>
        <w:t>Why organisers cancelled the closing events</w:t>
      </w:r>
      <w:r/>
    </w:p>
    <w:p>
      <w:r/>
      <w:r>
        <w:t>Cancellation of the Pride closing was framed as a preventative and practical step , it helped keep people safe and freed up space for emergency services to operate. Organisers said they wanted to prioritise victims and give investigators room, while also avoiding further crowding that might hamper rescue or investigative efforts.</w:t>
      </w:r>
      <w:r/>
    </w:p>
    <w:p>
      <w:r/>
      <w:r>
        <w:t>This decision follows an understandable instinct to de-escalate and support authorities; for attendees it also signalled a respectful pause to the festivities as the community absorbed the shock.</w:t>
      </w:r>
      <w:r/>
    </w:p>
    <w:p>
      <w:pPr>
        <w:pStyle w:val="Heading2"/>
      </w:pPr>
      <w:r>
        <w:t>What investigators are focusing on now</w:t>
      </w:r>
      <w:r/>
    </w:p>
    <w:p>
      <w:r/>
      <w:r>
        <w:t>Detectives are trying to answer three core questions: who was driving, how the vehicle reached the crowd, and whether the act was intentional. They'll use CCTV, mobile phone footage from bystanders, forensic evidence from the vehicle, and witness statements.</w:t>
      </w:r>
      <w:r/>
    </w:p>
    <w:p>
      <w:r/>
      <w:r>
        <w:t>Officials are being cautious in public statements while enquiries continue. That means details will evolve; expect new information on the identities of suspects, the condition of the injured, and any legal steps once police are confident in the facts.</w:t>
      </w:r>
      <w:r/>
    </w:p>
    <w:p>
      <w:pPr>
        <w:pStyle w:val="Heading2"/>
      </w:pPr>
      <w:r>
        <w:t>Context: safety at large Pride events and the wider reaction</w:t>
      </w:r>
      <w:r/>
    </w:p>
    <w:p>
      <w:r/>
      <w:r>
        <w:t>Large public gatherings such as Pride parades have prompted planners to tighten security in recent years, balancing celebratory atmosphere with protective measures. This incident underlines how organisers and authorities must continually adapt crowd control, pedestrian barriers, and emergency planning.</w:t>
      </w:r>
      <w:r/>
    </w:p>
    <w:p>
      <w:r/>
      <w:r>
        <w:t>Community groups, elected officials, and organisers typically respond to such events with condolences, calls for calm, and appeals not to jump to conclusions while police investigate. In the short term, morale is likely to be low but communities often rally to support victims and each other.</w:t>
      </w:r>
      <w:r/>
    </w:p>
    <w:p>
      <w:r/>
      <w:r>
        <w:t>It's a small change that can make every public event safer , and a reminder to stay alert and support those affected.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3">
        <w:r>
          <w:rPr>
            <w:color w:val="0000EE"/>
            <w:u w:val="single"/>
          </w:rPr>
          <w:t>[6]</w:t>
        </w:r>
      </w:hyperlink>
      <w:r>
        <w:t xml:space="preserve">- Paragraph 3: </w:t>
      </w:r>
      <w:hyperlink r:id="rId10">
        <w:r>
          <w:rPr>
            <w:color w:val="0000EE"/>
            <w:u w:val="single"/>
          </w:rPr>
          <w:t>[2]</w:t>
        </w:r>
      </w:hyperlink>
      <w:r>
        <w:t xml:space="preserve">, </w:t>
      </w:r>
      <w:hyperlink r:id="rId11">
        <w:r>
          <w:rPr>
            <w:color w:val="0000EE"/>
            <w:u w:val="single"/>
          </w:rPr>
          <w:t>[4]</w:t>
        </w:r>
      </w:hyperlink>
      <w:r>
        <w:t xml:space="preserve">- Paragraph 4: </w:t>
      </w:r>
      <w:hyperlink r:id="rId14">
        <w:r>
          <w:rPr>
            <w:color w:val="0000EE"/>
            <w:u w:val="single"/>
          </w:rPr>
          <w:t>[3]</w:t>
        </w:r>
      </w:hyperlink>
      <w:r>
        <w:t xml:space="preserve">, </w:t>
      </w:r>
      <w:hyperlink r:id="rId15">
        <w:r>
          <w:rPr>
            <w:color w:val="0000EE"/>
            <w:u w:val="single"/>
          </w:rPr>
          <w:t>[7]</w:t>
        </w:r>
      </w:hyperlink>
      <w:r>
        <w:t xml:space="preserve">- Paragraph 5: </w:t>
      </w:r>
      <w:hyperlink r:id="rId10">
        <w:r>
          <w:rPr>
            <w:color w:val="0000EE"/>
            <w:u w:val="single"/>
          </w:rPr>
          <w:t>[2]</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http://www.kienyke.com/mundo/berlin-atropello-multiple-deja-varios-heridos-durante-marcha-lgtbi</w:t>
        </w:r>
      </w:hyperlink>
      <w:r>
        <w:t xml:space="preserve"> - Please view link - unable to able to access data</w:t>
      </w:r>
      <w:r/>
    </w:p>
    <w:p>
      <w:pPr>
        <w:pStyle w:val="ListNumber"/>
        <w:spacing w:line="240" w:lineRule="auto"/>
        <w:ind w:left="720"/>
      </w:pPr>
      <w:r/>
      <w:hyperlink r:id="rId10">
        <w:r>
          <w:rPr>
            <w:color w:val="0000EE"/>
            <w:u w:val="single"/>
          </w:rPr>
          <w:t>https://apnews.com/article/8b3c8ded8033ab246cb55f7bd1c47e2f</w:t>
        </w:r>
      </w:hyperlink>
      <w:r>
        <w:t xml:space="preserve"> - A tragic incident occurred at Berlin’s renowned Pride festival on Saturday night when a white van drove into a crowd at Tiergarten park, killing one person and injuring at least 16 others. Some victims sustained life-threatening injuries, and there are unconfirmed reports of stab wounds. The vehicle collided with a tree after hitting the victims. As a result, the city canceled the ongoing Pride celebration and a concert near the Brandenburg Gate shortly after 10 p.m. Berlin police have identified a suspect with known ties to Islamic groups in the city, though he remains at large. Authorities are working urgently to determine his role and motives. Over 2,200 police officers had been deployed across Berlin to ensure security during the day’s events. Berlin Mayor Kai Wegner condemned the attack, calling it a violent strike against the city’s values of tolerance and freedom. Witnesses are being urged to share footage and information, and a crisis hotline has been established for those searching for loved ones. Known locally as Christopher Street Day, Berlin’s Pride festival is one of Europe’s largest LGBTQ+ events and drew hundreds of thousands of participants this year.</w:t>
      </w:r>
      <w:r/>
    </w:p>
    <w:p>
      <w:pPr>
        <w:pStyle w:val="ListNumber"/>
        <w:spacing w:line="240" w:lineRule="auto"/>
        <w:ind w:left="720"/>
      </w:pPr>
      <w:r/>
      <w:hyperlink r:id="rId14">
        <w:r>
          <w:rPr>
            <w:color w:val="0000EE"/>
            <w:u w:val="single"/>
          </w:rPr>
          <w:t>https://apnews.com/article/3ba5e3f1becffd0da5f47b29aa08da9d</w:t>
        </w:r>
      </w:hyperlink>
      <w:r>
        <w:t xml:space="preserve"> - On Saturday night in Berlin, a deadly attack near the city's Pride festival left one person dead and 29 injured. The suspect, Abdul Ballout, a German citizen of Lebanese descent, drove a van into a crowd before attacking others with a machete. He was killed by police during a confrontation the following evening in Spandau. Authorities believe the assault was an Islamic extremist terrorist act, citing Ballout’s past attempts to join the Islamic State group and his prior conviction for related offenses. Although not directly at the festival site, the violence occurred just a few hundred meters from a major Pride celebration at the Brandenburg Gate. Ballout had previously served prison time in Lebanon and received a suspended sentence in Germany for preparing a violent act and spreading extremist propaganda. In response, Berlin officials emphasized unity and resilience, while security for other upcoming Pride events, including Amsterdam's World Pride, will be reviewed. The incident drew mourning and expressions of solidarity from Berlin's LGBTQ+ community and beyond, with Chancellor Friedrich Merz urging citizens not to be intimidated by such acts aimed at dividing society.</w:t>
      </w:r>
      <w:r/>
    </w:p>
    <w:p>
      <w:pPr>
        <w:pStyle w:val="ListNumber"/>
        <w:spacing w:line="240" w:lineRule="auto"/>
        <w:ind w:left="720"/>
      </w:pPr>
      <w:r/>
      <w:hyperlink r:id="rId11">
        <w:r>
          <w:rPr>
            <w:color w:val="0000EE"/>
            <w:u w:val="single"/>
          </w:rPr>
          <w:t>https://www-cdn.abcnews.com/International/manhunt-underway-after-vehicle-drives-crowd-berlin-lgtbq/story?id=135089674</w:t>
        </w:r>
      </w:hyperlink>
      <w:r>
        <w:t xml:space="preserve"> - Police in Berlin said a manhunt was underway after a vehicle drove into a crowd during the city's LGBTQ celebrations Saturday. Several people were hurt during the incident at Tiergarten Park, including several with life-threatening injuries, Berlin Police said in an X post. The incident occurred in Tiergarten Park, one of the largest parks in Berlin, where an LGBTQ+ celebration was taking place. Kai Wegner, the governing mayor of Berlin, on Saturday called the incident an "attack on our free and cosmopolitan society." "Berlin is the city of freedom – and our freedom has been horribly attacked today," Wegner said in a post on social media. "My thoughts are with the victims, their families, and friends… And I have confidence in the police and security authorities, who will investigate with the utmost urgency." Earlier in the day, hundreds marched through Berlin to advocate for LGBTQ+ rights during the annual Christopher Street Day Parade, a pride parade.</w:t>
      </w:r>
      <w:r/>
    </w:p>
    <w:p>
      <w:pPr>
        <w:pStyle w:val="ListNumber"/>
        <w:spacing w:line="240" w:lineRule="auto"/>
        <w:ind w:left="720"/>
      </w:pPr>
      <w:r/>
      <w:hyperlink r:id="rId12">
        <w:r>
          <w:rPr>
            <w:color w:val="0000EE"/>
            <w:u w:val="single"/>
          </w:rPr>
          <w:t>https://www.gpb.org/news/2026/07/25/one-dead-several-injured-after-vehicle-plows-through-crowd-at-lgbtq-event-in</w:t>
        </w:r>
      </w:hyperlink>
      <w:r>
        <w:t xml:space="preserve"> - At least one person is dead and several people are injured after a vehicle drove into a crowd at an LGBTQ+ event in Berlin, Germany on Saturday. A driver in white vehicle struck several people before 10:00 p.m. local time, according to Berlin police. At least 17 people are injured and several have life threatening injuries, according to Berlin police. They are searching for one or more suspects, the police also said. The incident occurred in Tiergarten Park, one of the largest parks in Berlin, where an LGBTQ+ celebration was taking place. Kai Wegner, the governing mayor of Berlin, on Saturday called the incident an "attack on our free and cosmopolitan society." "Berlin is the city of freedom – and our freedom has been horribly attacked today," Wegner said in a post on social media. "My thoughts are with the victims, their families, and friends… And I have confidence in the police and security authorities, who will investigate with the utmost urgency." Earlier in the day, hundreds marched through Berlin to advocate for LGBTQ+ rights during the annual Christopher Street Day Parade, a pride parade.</w:t>
      </w:r>
      <w:r/>
    </w:p>
    <w:p>
      <w:pPr>
        <w:pStyle w:val="ListNumber"/>
        <w:spacing w:line="240" w:lineRule="auto"/>
        <w:ind w:left="720"/>
      </w:pPr>
      <w:r/>
      <w:hyperlink r:id="rId13">
        <w:r>
          <w:rPr>
            <w:color w:val="0000EE"/>
            <w:u w:val="single"/>
          </w:rPr>
          <w:t>https://knpr.org/npr/2026-07-25/one-dead-several-injured-after-vehicle-plows-through-crowd-at-berlin-pride-event</w:t>
        </w:r>
      </w:hyperlink>
      <w:r>
        <w:t xml:space="preserve"> - At least one person is dead and several people are injured after a vehicle drove into the crowd at a Pride event in Berlin, Germany on Saturday. Berlin police said they have identified a suspect who "is known to police" and has links to "Islamist circles." Police have launched a manhunt for him. A driver in white vehicle struck several people before 10:00 p.m. local time, according to Berlin police. At least 17 people are injured and several have life threatening injuries, according to Berlin police. The incident occurred in Tiergarten Park, one of the largest parks in Berlin, where an LGBTQ+ celebration was taking place. Kai Wegner, the governing mayor of Berlin, on Saturday called the incident an "attack on our free and cosmopolitan society." "Berlin is the city of freedom – and our freedom has been horribly attacked today," Wegner said in a post on social media. "My thoughts are with the victims, their families, and friends… And I have confidence in the police and security authorities, who will investigate with the utmost urgency." Earlier in the day, thousands marched through Berlin to advocate for LGBTQ+ rights during the annual Christopher Street Day Parade, a pride parade. One of Europe's largest pride events, the celebration was called off after the attack.</w:t>
      </w:r>
      <w:r/>
    </w:p>
    <w:p>
      <w:pPr>
        <w:pStyle w:val="ListNumber"/>
        <w:spacing w:line="240" w:lineRule="auto"/>
        <w:ind w:left="720"/>
      </w:pPr>
      <w:r/>
      <w:hyperlink r:id="rId15">
        <w:r>
          <w:rPr>
            <w:color w:val="0000EE"/>
            <w:u w:val="single"/>
          </w:rPr>
          <w:t>https://www.kpbs.org/news/international/2026/07/25/one-dead-several-injured-after-vehicle-plows-through-crowd-at-berlin-pride-event</w:t>
        </w:r>
      </w:hyperlink>
      <w:r>
        <w:t xml:space="preserve"> - At least one person is dead and several people are injured after a vehicle drove into the crowd at a Pride event in Berlin on Saturday, in what German Chancellor Friedrich Merz called "an attack on our society." Authorities said Ballout drove a van into a crowd in Tiergarten Park, one of the largest parks in Berlin, during the Pride festival's closing party at around 10:00 p.m. local time. He then allegedly attacked others with a weapon, suspected to be a machete.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www.kienyke.com/mundo/berlin-atropello-multiple-deja-varios-heridos-durante-marcha-lgtbi" TargetMode="External"/><Relationship Id="rId10" Type="http://schemas.openxmlformats.org/officeDocument/2006/relationships/hyperlink" Target="https://apnews.com/article/8b3c8ded8033ab246cb55f7bd1c47e2f" TargetMode="External"/><Relationship Id="rId11" Type="http://schemas.openxmlformats.org/officeDocument/2006/relationships/hyperlink" Target="https://www-cdn.abcnews.com/International/manhunt-underway-after-vehicle-drives-crowd-berlin-lgtbq/story?id=135089674" TargetMode="External"/><Relationship Id="rId12" Type="http://schemas.openxmlformats.org/officeDocument/2006/relationships/hyperlink" Target="https://www.gpb.org/news/2026/07/25/one-dead-several-injured-after-vehicle-plows-through-crowd-at-lgbtq-event-in" TargetMode="External"/><Relationship Id="rId13" Type="http://schemas.openxmlformats.org/officeDocument/2006/relationships/hyperlink" Target="https://knpr.org/npr/2026-07-25/one-dead-several-injured-after-vehicle-plows-through-crowd-at-berlin-pride-event" TargetMode="External"/><Relationship Id="rId14" Type="http://schemas.openxmlformats.org/officeDocument/2006/relationships/hyperlink" Target="https://apnews.com/article/3ba5e3f1becffd0da5f47b29aa08da9d" TargetMode="External"/><Relationship Id="rId15" Type="http://schemas.openxmlformats.org/officeDocument/2006/relationships/hyperlink" Target="https://www.kpbs.org/news/international/2026/07/25/one-dead-several-injured-after-vehicle-plows-through-crowd-at-berlin-pride-ev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