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USAID Cuts in Nepal: How Aid Workers Turned to Sex Work and What It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new reporting shows USAID budget cuts have left around 100 LGBTQ+ and other aid workers in Nepal without income, forcing many into sex work; here's what happened, why it matters, and how donors, policymakers and readers can think differently about the human cost.</w:t>
      </w:r>
      <w:r/>
    </w:p>
    <w:p>
      <w:r/>
      <w:r>
        <w:t>Essential Takeaways</w:t>
      </w:r>
      <w:r/>
      <w:r/>
    </w:p>
    <w:p>
      <w:pPr>
        <w:pStyle w:val="ListBullet"/>
        <w:spacing w:line="240" w:lineRule="auto"/>
        <w:ind w:left="720"/>
      </w:pPr>
      <w:r/>
      <w:r>
        <w:rPr>
          <w:b/>
        </w:rPr>
        <w:t>Scale of impact:</w:t>
      </w:r>
      <w:r>
        <w:t xml:space="preserve"> Around 100 former aid workers in Nepal lost livelihoods after USAID funding was reduced, leaving some to sell sex to survive.</w:t>
      </w:r>
      <w:r/>
    </w:p>
    <w:p>
      <w:pPr>
        <w:pStyle w:val="ListBullet"/>
        <w:spacing w:line="240" w:lineRule="auto"/>
        <w:ind w:left="720"/>
      </w:pPr>
      <w:r/>
      <w:r>
        <w:rPr>
          <w:b/>
        </w:rPr>
        <w:t>Vulnerable workforce:</w:t>
      </w:r>
      <w:r>
        <w:t xml:space="preserve"> Many affected are LGBTQ+ people who had few legal job options in a conservative society and relied on international funding.</w:t>
      </w:r>
      <w:r/>
    </w:p>
    <w:p>
      <w:pPr>
        <w:pStyle w:val="ListBullet"/>
        <w:spacing w:line="240" w:lineRule="auto"/>
        <w:ind w:left="720"/>
      </w:pPr>
      <w:r/>
      <w:r>
        <w:rPr>
          <w:b/>
        </w:rPr>
        <w:t>Aid supplies noted:</w:t>
      </w:r>
      <w:r>
        <w:t xml:space="preserve"> USAID-funded programmes supplied condoms and lubricant as part of health and HIV-prevention work, a standard public-health practice.</w:t>
      </w:r>
      <w:r/>
    </w:p>
    <w:p>
      <w:pPr>
        <w:pStyle w:val="ListBullet"/>
        <w:spacing w:line="240" w:lineRule="auto"/>
        <w:ind w:left="720"/>
      </w:pPr>
      <w:r/>
      <w:r>
        <w:rPr>
          <w:b/>
        </w:rPr>
        <w:t>Local reaction:</w:t>
      </w:r>
      <w:r>
        <w:t xml:space="preserve"> The story triggered strong reactions online and at home, including debates over US taxpayer money, cultural values, and international responsibilities.</w:t>
      </w:r>
      <w:r/>
    </w:p>
    <w:p>
      <w:pPr>
        <w:pStyle w:val="ListBullet"/>
        <w:spacing w:line="240" w:lineRule="auto"/>
        <w:ind w:left="720"/>
      </w:pPr>
      <w:r/>
      <w:r>
        <w:rPr>
          <w:b/>
        </w:rPr>
        <w:t>Practical question:</w:t>
      </w:r>
      <w:r>
        <w:t xml:space="preserve"> Restoring programmes or rerouting local support would reduce harm quickly; meanwhile, oversight and clearer communication around funding uses could calm public debate.</w:t>
      </w:r>
      <w:r/>
      <w:r/>
    </w:p>
    <w:p>
      <w:pPr>
        <w:pStyle w:val="Heading2"/>
      </w:pPr>
      <w:r>
        <w:t>What the reporting found , a human, not just a budgetary, crisis</w:t>
      </w:r>
      <w:r/>
    </w:p>
    <w:p>
      <w:r/>
      <w:r>
        <w:t>The Associated Press and the Washington Post documented a painful ripple effect after cuts to US foreign assistance programmes. The strongest, most visible detail is simple and human: people who once worked distributing health supplies and running programmes are now trying to survive. The scene is stark, and it lands hard because of its sensory contrast , from office or clinic settings to the streets at night. According to reporting, roughly a hundred former aid workers, many of them LGBTQ+, lost incomes when projects closed and turned to sex work to feed themselves. That’s not an abstract statistic; it’s a concentrated social breakdown with real lives at stake.</w:t>
      </w:r>
      <w:r/>
    </w:p>
    <w:p>
      <w:pPr>
        <w:pStyle w:val="Heading2"/>
      </w:pPr>
      <w:r>
        <w:t>Why condoms and lubricant became part of the controversy</w:t>
      </w:r>
      <w:r/>
    </w:p>
    <w:p>
      <w:r/>
      <w:r>
        <w:t>USAID-funded health programmes commonly buy condoms and lubricant for HIV prevention and safer-sex education, a point made repeatedly in the coverage. Those supplies are standard public-health tools used by organisations worldwide to reduce infections and support vulnerable populations. But the sight of such purchases in a conservative, religiously inclined society can ignite political backlash, especially when funding comes from US taxpayers. Critics online seized on the optics and equated distribution with endorsement of certain behaviours, while public-health advocates emphasise prevention and dignity. Understanding both perspectives helps explain why an otherwise technical budget cut turned into an emotive flashpoint.</w:t>
      </w:r>
      <w:r/>
    </w:p>
    <w:p>
      <w:pPr>
        <w:pStyle w:val="Heading2"/>
      </w:pPr>
      <w:r>
        <w:t>The local context: limited jobs, stigma and survival strategies</w:t>
      </w:r>
      <w:r/>
    </w:p>
    <w:p>
      <w:r/>
      <w:r>
        <w:t>Nepal remains a place where conservative social norms limit open employment opportunities for openly transgender and LGBTQ+ people. That structural discrimination is key to this story: when international projects provide the few stable roles available, cuts quickly push people into precarious alternatives. The Washington Post reporting highlights how strongly stigma shapes choices and how fragile livelihoods can be when they depend on a single funding source. If you’re wondering what fixes look like, the immediate ones are simple , emergency cash assistance, local NGO bridging funds, and job programmes that accept and protect sexual minorities.</w:t>
      </w:r>
      <w:r/>
    </w:p>
    <w:p>
      <w:pPr>
        <w:pStyle w:val="Heading2"/>
      </w:pPr>
      <w:r>
        <w:t>Political fallout and public opinion back home</w:t>
      </w:r>
      <w:r/>
    </w:p>
    <w:p>
      <w:r/>
      <w:r>
        <w:t>The story prompted a fierce debate among US audiences and online commentators about how taxpayer money should be spent abroad. Some readers call for tighter limits on funds directed at sexual-health initiatives, arguing moral grounds. Others, and many public-health experts, say the moral calculus is the opposite: preventing disease and supporting marginalised people is precisely what humanitarian aid should do. The broader lesson is that foreign-aid decisions are rarely just about spreadsheets; they reverberate through communities and media ecosystems, and messaging matters. Policymakers who cut funds should expect domestic political applause but international human consequences.</w:t>
      </w:r>
      <w:r/>
    </w:p>
    <w:p>
      <w:pPr>
        <w:pStyle w:val="Heading2"/>
      </w:pPr>
      <w:r>
        <w:t>What donors, NGOs and citizens can do now</w:t>
      </w:r>
      <w:r/>
    </w:p>
    <w:p>
      <w:r/>
      <w:r>
        <w:t>There are practical steps that can reduce immediate harm and address longer-term problems. Donors and NGOs can set up emergency livelihoods grants and partner with local groups to create alternative job pathways. US and other governments could add transition funding when they end programmes so staff aren’t left without safety nets. And for citizens and journalists, the useful move is to demand clear reporting on what aid buys and why, while also asking hard questions about accountability, outcomes and safeguards. That shifts the conversation from moral panic to constructive problem-solving.</w:t>
      </w:r>
      <w:r/>
    </w:p>
    <w:p>
      <w:r/>
      <w:r>
        <w:t>It's a small policy choice that has made a big human difference; hearing these voices should prompt more than a headline reaction.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[5]</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https://clarissasblog.com/2026/07/25/another-usaid-story/</w:t>
        </w:r>
      </w:hyperlink>
      <w:r>
        <w:t xml:space="preserve"> - Please view link - unable to able to access data</w:t>
      </w:r>
      <w:r/>
    </w:p>
    <w:p>
      <w:pPr>
        <w:pStyle w:val="ListNumber"/>
        <w:spacing w:line="240" w:lineRule="auto"/>
        <w:ind w:left="720"/>
      </w:pPr>
      <w:r/>
      <w:hyperlink r:id="rId10">
        <w:r>
          <w:rPr>
            <w:color w:val="0000EE"/>
            <w:u w:val="single"/>
          </w:rPr>
          <w:t>https://apnews.com/article/97743dd52d8f1bdaf0c133cdc638a211</w:t>
        </w:r>
      </w:hyperlink>
      <w:r>
        <w:t xml:space="preserve"> - This photo essay, published by the Associated Press and supported by the Pulitzer Center, highlights the tragic fallout in Hetauda, Nepal, following major U.S. foreign aid funding cuts. These cuts led to the loss of over 280,000 aid jobs globally, disproportionately affecting marginalized communities, including approximately 100 LGBTQ+ former aid workers in Nepal. With limited legal employment options due to widespread discrimination against transgender individuals, many were forced into sex work—the very field they once served through HIV outreach and support. The essay details their descent into a dangerous existence filled with fear of violence, police harassment, and high HIV risk, exacerbated by the simultaneous loss of access to HIV prevention medications. Personal stories from former outreach counselors, such as Princy Tamang, Rubi Lama, and Bharati Thapa, underscore the desperation and trauma they face. The piece sheds light on broader public health concerns and the devastating human cost of international aid cuts in vulnerable regions.</w:t>
      </w:r>
      <w:r/>
    </w:p>
    <w:p>
      <w:pPr>
        <w:pStyle w:val="ListNumber"/>
        <w:spacing w:line="240" w:lineRule="auto"/>
        <w:ind w:left="720"/>
      </w:pPr>
      <w:r/>
      <w:hyperlink r:id="rId13">
        <w:r>
          <w:rPr>
            <w:color w:val="0000EE"/>
            <w:u w:val="single"/>
          </w:rPr>
          <w:t>https://apnews.com/article/1db4069a06807bf539149561fd4b829a</w:t>
        </w:r>
      </w:hyperlink>
      <w:r>
        <w:t xml:space="preserve"> - The Associated Press article by Kristen Gelineau highlights the severe consequences of the U.S. government's decision to dissolve the U.S. Agency for International Development (USAID) in 2025, eliminating 280,000 jobs globally. Gelineau focuses on aid workers in Nepal, many of whom have turned to sex work to survive after losing their jobs. These workers—largely LGBTQ+ individuals—were previously involved in health and outreach efforts, including HIV prevention. The transition to sex work has exposed them to heightened risks of violence, sexual assault, and health dangers, with some earning as little as $2–$3 per client. The story underscores the unintended harm caused not just to aid recipients but to the aid workers themselves. Gelineau invested months building trust within Nepal’s LGBTQ+ community, navigating difficult interviews and witnessing firsthand the threats these former aid professionals now face. The report reveals the extreme vulnerability of marginalized populations left behind by sweeping international policy changes.</w:t>
      </w:r>
      <w:r/>
    </w:p>
    <w:p>
      <w:pPr>
        <w:pStyle w:val="ListNumber"/>
        <w:spacing w:line="240" w:lineRule="auto"/>
        <w:ind w:left="720"/>
      </w:pPr>
      <w:r/>
      <w:hyperlink r:id="rId12">
        <w:r>
          <w:rPr>
            <w:color w:val="0000EE"/>
            <w:u w:val="single"/>
          </w:rPr>
          <w:t>https://apnews.com/article/d8ea21ca4d43f1598ea54499123d46e0</w:t>
        </w:r>
      </w:hyperlink>
      <w:r>
        <w:t xml:space="preserve"> - This in-depth Associated Press report highlights the devastating consequences of U.S. foreign aid cuts, particularly following the dismantling of the U.S. Agency for International Development (USAID) by President Trump in 2025. In Nepal, these cuts resulted in the loss of around 35,000 aid worker jobs, with disproportionately tragic effects on marginalized communities—especially transgender individuals who had been employed in HIV prevention and health outreach roles. The story focuses on Rubi Lama, a transgender former HIV counselor, who, along with over 100 LGBTQ+ former aid workers, has turned to sex work to survive amid rampant discrimination and a lack of employment opportunities. The defunding forced the closure of vital HIV clinics, halting the distribution of HIV prevention medications like PrEP and leaving more than 1,200 clients without protection. Many former health workers, once dedicated to saving lives, now face grave risks including violence, disease, hunger, and mental trauma. Public health experts warn of a rise in HIV infections with global repercussions, given Nepal’s open borders and migrant population. Former aid workers, now forced into sex work, struggle daily with danger, stigma, and a sense of lost purpose, illuminating the severe human cost of a single foreign policy decision.</w:t>
      </w:r>
      <w:r/>
    </w:p>
    <w:p>
      <w:pPr>
        <w:pStyle w:val="ListNumber"/>
        <w:spacing w:line="240" w:lineRule="auto"/>
        <w:ind w:left="720"/>
      </w:pPr>
      <w:r/>
      <w:hyperlink r:id="rId11">
        <w:r>
          <w:rPr>
            <w:color w:val="0000EE"/>
            <w:u w:val="single"/>
          </w:rPr>
          <w:t>https://www.washingtonpost.com/world/2026/07/23/usaid-nepal-sex-workers-trump-budget-cuts/6a74e676-864f-11f1-9cec-0fb26676f07e_story.html</w:t>
        </w:r>
      </w:hyperlink>
      <w:r>
        <w:t xml:space="preserve"> - This article provides an overview of the Associated Press's report on the impact of USAID cuts on impoverished aid workers in Nepal. It discusses the dissolution of USAID by President Trump in 2025, leading to the loss of over 280,000 humanitarian assistance jobs globally. The piece highlights the severe consequences for aid workers in Nepal, many of whom have turned to sex work to survive after losing their jobs. The article also touches upon the broader public health implications, including the risk of increased HIV transmission among the LGBTQ+ community due to the loss of HIV prevention programs and medications.</w:t>
      </w:r>
      <w:r/>
    </w:p>
    <w:p>
      <w:pPr>
        <w:pStyle w:val="ListNumber"/>
        <w:spacing w:line="240" w:lineRule="auto"/>
        <w:ind w:left="720"/>
      </w:pPr>
      <w:r/>
      <w:hyperlink r:id="rId14">
        <w:r>
          <w:rPr>
            <w:color w:val="0000EE"/>
            <w:u w:val="single"/>
          </w:rPr>
          <w:t>https://www.washingtonpost.com/world/2026/07/23/usaid-nepal-sex-workers-reporter-qa/1aae8cc2-8650-11f1-9cec-0fb26676f07e_story.html</w:t>
        </w:r>
      </w:hyperlink>
      <w:r>
        <w:t xml:space="preserve"> - In this piece, Associated Press reporter Kristen Gelineau discusses her coverage of the impact of U.S. foreign aid cuts on aid workers in Nepal who have turned to sex work to survive. Gelineau shares insights into the challenges faced by these former aid workers, the process of building trust within Nepal’s LGBTQ+ community, and the broader implications of the USAID cuts on marginalized populations. The article provides a personal perspective on the human cost of international policy changes and the resilience of those affected.</w:t>
      </w:r>
      <w:r/>
    </w:p>
    <w:p>
      <w:pPr>
        <w:pStyle w:val="ListNumber"/>
        <w:spacing w:line="240" w:lineRule="auto"/>
        <w:ind w:left="720"/>
      </w:pPr>
      <w:r/>
      <w:hyperlink r:id="rId15">
        <w:r>
          <w:rPr>
            <w:color w:val="0000EE"/>
            <w:u w:val="single"/>
          </w:rPr>
          <w:t>https://www.washingtonpost.com/world/2026/07/23/usaid-nepal-sex-workers-trump-budget-cuts-photos/d2f6a504-864f-11f1-9cec-0fb26676f07e_story.html</w:t>
        </w:r>
      </w:hyperlink>
      <w:r>
        <w:t xml:space="preserve"> - This photo essay, published by the Associated Press and supported by the Pulitzer Center, highlights the tragic fallout in Hetauda, Nepal, following major U.S. foreign aid funding cuts. These cuts led to the loss of over 280,000 aid jobs globally, disproportionately affecting marginalized communities, including approximately 100 LGBTQ+ former aid workers in Nepal. With limited legal employment options due to widespread discrimination against transgender individuals, many were forced into sex work—the very field they once served through HIV outreach and support. The essay details their descent into a dangerous existence filled with fear of violence, police harassment, and high HIV risk, exacerbated by the simultaneous loss of access to HIV prevention medications. Personal stories from former outreach counselors, such as Princy Tamang, Rubi Lama, and Bharati Thapa, underscore the desperation and trauma they face. The piece sheds light on broader public health concerns and the devastating human cost of international aid cuts in vulnerable regions.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arissasblog.com/2026/07/25/another-usaid-story/" TargetMode="External"/><Relationship Id="rId10" Type="http://schemas.openxmlformats.org/officeDocument/2006/relationships/hyperlink" Target="https://apnews.com/article/97743dd52d8f1bdaf0c133cdc638a211" TargetMode="External"/><Relationship Id="rId11" Type="http://schemas.openxmlformats.org/officeDocument/2006/relationships/hyperlink" Target="https://www.washingtonpost.com/world/2026/07/23/usaid-nepal-sex-workers-trump-budget-cuts/6a74e676-864f-11f1-9cec-0fb26676f07e_story.html" TargetMode="External"/><Relationship Id="rId12" Type="http://schemas.openxmlformats.org/officeDocument/2006/relationships/hyperlink" Target="https://apnews.com/article/d8ea21ca4d43f1598ea54499123d46e0" TargetMode="External"/><Relationship Id="rId13" Type="http://schemas.openxmlformats.org/officeDocument/2006/relationships/hyperlink" Target="https://apnews.com/article/1db4069a06807bf539149561fd4b829a" TargetMode="External"/><Relationship Id="rId14" Type="http://schemas.openxmlformats.org/officeDocument/2006/relationships/hyperlink" Target="https://www.washingtonpost.com/world/2026/07/23/usaid-nepal-sex-workers-reporter-qa/1aae8cc2-8650-11f1-9cec-0fb26676f07e_story.html" TargetMode="External"/><Relationship Id="rId15" Type="http://schemas.openxmlformats.org/officeDocument/2006/relationships/hyperlink" Target="https://www.washingtonpost.com/world/2026/07/23/usaid-nepal-sex-workers-trump-budget-cuts-photos/d2f6a504-864f-11f1-9cec-0fb26676f07e_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