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Kyiv Salon Attack Shows Risks for Businesses Backing LGBTQ+ Rights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salon-goers are watching as a Kyiv beauty chain faces a gruesome intimidation campaign; G×Bar says severed pig heads and entrails were left at a salon entrance the morning of the city’s Equality March, underlining how public support for LGBTQ+ rights can trigger violent harassment.</w:t>
      </w:r>
      <w:r/>
      <w:r/>
    </w:p>
    <w:p>
      <w:pPr>
        <w:pStyle w:val="ListBullet"/>
        <w:spacing w:line="240" w:lineRule="auto"/>
        <w:ind w:left="720"/>
      </w:pPr>
      <w:r/>
      <w:r>
        <w:rPr>
          <w:b/>
        </w:rPr>
        <w:t>What happened:</w:t>
      </w:r>
      <w:r>
        <w:t xml:space="preserve"> Severed pig heads and entrails were placed at the entrance of a G×Bar salon in Kyiv, and the doorstep was doused with blood, in an incident the business links to its public LGBTQ+ support.</w:t>
      </w:r>
      <w:r/>
    </w:p>
    <w:p>
      <w:pPr>
        <w:pStyle w:val="ListBullet"/>
        <w:spacing w:line="240" w:lineRule="auto"/>
        <w:ind w:left="720"/>
      </w:pPr>
      <w:r/>
      <w:r>
        <w:rPr>
          <w:b/>
        </w:rPr>
        <w:t>Who’s affected:</w:t>
      </w:r>
      <w:r>
        <w:t xml:space="preserve"> G×Bar, a franchise with dozens of locations, says staff faced doxxing, threats, and physical intimidation; many employees are women and felt unsafe.</w:t>
      </w:r>
      <w:r/>
    </w:p>
    <w:p>
      <w:pPr>
        <w:pStyle w:val="ListBullet"/>
        <w:spacing w:line="240" w:lineRule="auto"/>
        <w:ind w:left="720"/>
      </w:pPr>
      <w:r/>
      <w:r>
        <w:rPr>
          <w:b/>
        </w:rPr>
        <w:t>Official context:</w:t>
      </w:r>
      <w:r>
        <w:t xml:space="preserve"> The salon has reported incidents to police and publicly called on the National Police to respond to systematic violations of the law.</w:t>
      </w:r>
      <w:r/>
    </w:p>
    <w:p>
      <w:pPr>
        <w:pStyle w:val="ListBullet"/>
        <w:spacing w:line="240" w:lineRule="auto"/>
        <w:ind w:left="720"/>
      </w:pPr>
      <w:r/>
      <w:r>
        <w:rPr>
          <w:b/>
        </w:rPr>
        <w:t>Public mood:</w:t>
      </w:r>
      <w:r>
        <w:t xml:space="preserve"> Surveys and observers suggest mixed public attitudes in Ukraine , legal protections exist, but social acceptance lags and counterprotests have turned confrontational.</w:t>
      </w:r>
      <w:r/>
    </w:p>
    <w:p>
      <w:pPr>
        <w:pStyle w:val="ListBullet"/>
        <w:spacing w:line="240" w:lineRule="auto"/>
        <w:ind w:left="720"/>
      </w:pPr>
      <w:r/>
      <w:r>
        <w:rPr>
          <w:b/>
        </w:rPr>
        <w:t>Practical note:</w:t>
      </w:r>
      <w:r>
        <w:t xml:space="preserve"> Businesses openly supporting human rights should document incidents, step up security, and coordinate with police and local LGBTQ+ organisations for safety and legal support.</w:t>
      </w:r>
      <w:r/>
      <w:r/>
    </w:p>
    <w:p>
      <w:pPr>
        <w:pStyle w:val="Heading2"/>
      </w:pPr>
      <w:r>
        <w:t>A shocking display that felt intended to terrify</w:t>
      </w:r>
      <w:r/>
    </w:p>
    <w:p>
      <w:r/>
      <w:r>
        <w:t>The early-morning discovery of animal carcass parts at a salon doorway was as gruesome as it sounds, and staff described it as an escalation from threats to physical intimidation. According to reporting, the incident happened on the same day as Kyiv’s Equality March, giving the act a clear political and symbolic sting. The visceral image , the smell, the sight, the sense of violation , is exactly what intimidators aim for.</w:t>
      </w:r>
      <w:r/>
    </w:p>
    <w:p>
      <w:r/>
      <w:r>
        <w:t>Owners say they’ve faced an array of tactics at multiple locations, from leaked home addresses to targeted online attacks. That pattern makes this less of a one-off prank and more of a coordinated harassment campaign, which is why the salon is pushing police to treat it as a systematic crime rather than isolated vandalism.</w:t>
      </w:r>
      <w:r/>
    </w:p>
    <w:p>
      <w:pPr>
        <w:pStyle w:val="Heading2"/>
      </w:pPr>
      <w:r>
        <w:t>Why businesses that take a stand can become targets</w:t>
      </w:r>
      <w:r/>
    </w:p>
    <w:p>
      <w:r/>
      <w:r>
        <w:t>Business visibility brings both customers and, sometimes, threats. G×Bar’s public support for LGBTQ+ people put it squarely in the spotlight, especially during Pride events when opponents are most vocal. Experts and local reporting note this follows a familiar playbook: shaming, doxxing, and property damage aimed at making employees and owners fearful.</w:t>
      </w:r>
      <w:r/>
    </w:p>
    <w:p>
      <w:r/>
      <w:r>
        <w:t>Ukraine’s legal framework currently protects many LGBTQ+ rights , including workplace anti-discrimination rules , but social attitudes are mixed, with sizeable portions of the public indifferent or negative. That gap between law and everyday safety is where incidents like this flourish.</w:t>
      </w:r>
      <w:r/>
    </w:p>
    <w:p>
      <w:pPr>
        <w:pStyle w:val="Heading2"/>
      </w:pPr>
      <w:r>
        <w:t>What salons and small businesses can do now</w:t>
      </w:r>
      <w:r/>
    </w:p>
    <w:p>
      <w:r/>
      <w:r>
        <w:t>The first steps are practical and immediate. Document everything: photos, videos, messages, and witness statements. Notify police and file formal complaints to create a paper trail. Review CCTV, consider temporary security staff, and delay public scheduling of promotional Pride-related events if necessary.</w:t>
      </w:r>
      <w:r/>
    </w:p>
    <w:p>
      <w:r/>
      <w:r>
        <w:t>Equally important is communication. Staff need clear guidance on safety, and owners should liaise with community groups and legal advisers. Public messaging can be measured , stating values without inflaming further , while ensuring employees’ personal details remain private and protected.</w:t>
      </w:r>
      <w:r/>
    </w:p>
    <w:p>
      <w:pPr>
        <w:pStyle w:val="Heading2"/>
      </w:pPr>
      <w:r>
        <w:t>The wider mood in Kyiv and what it means for civil debate</w:t>
      </w:r>
      <w:r/>
    </w:p>
    <w:p>
      <w:r/>
      <w:r>
        <w:t>This attack played out against a backdrop of Pride marches and counterprotests, where some groups framed their actions as protecting “public morality.” Videos from the march went viral , including one showing a university student stomping on a Pride flag , and later developments revealed the student had been employed by the salon and was dismissed.</w:t>
      </w:r>
      <w:r/>
    </w:p>
    <w:p>
      <w:r/>
      <w:r>
        <w:t>Those flashpoints show how fractious public conversations can spill into workplaces. Still, many Ukrainians interviewed in recent surveys say they believe LGBTQ+ people should have equal rights, even when feelings are mixed. That contradiction suggests legal change and business courage can nudge public opinion, but it also means activists and allies must prepare for backlash.</w:t>
      </w:r>
      <w:r/>
    </w:p>
    <w:p>
      <w:pPr>
        <w:pStyle w:val="Heading2"/>
      </w:pPr>
      <w:r>
        <w:t>Looking ahead: law enforcement and community response</w:t>
      </w:r>
      <w:r/>
    </w:p>
    <w:p>
      <w:r/>
      <w:r>
        <w:t>G×Bar has urged the National Police to investigate and address what it calls systematic violations. For police, the task is twofold: bring perpetrators to justice and reassure businesses that reporting won’t be ignored. For community groups and business networks, the focus will be on strengthening safety nets , legal, financial, and practical , so other establishments aren’t forced to choose between values and staff safety.</w:t>
      </w:r>
      <w:r/>
    </w:p>
    <w:p>
      <w:r/>
      <w:r>
        <w:t>There’s a moral point too: when intimidation moves from online threats to physical displays, everyone’s basic sense of security is diminished. Businesses that choose to stand publicly for human dignity deserve both protection and solidarity.</w:t>
      </w:r>
      <w:r/>
    </w:p>
    <w:p>
      <w:r/>
      <w:r>
        <w:t>It's a small change that can make every workplace safer and every choice to stand for human rights less costly.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5">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https://www.lgbtqnation.com/2026/07/vandals-put-severed-pig-heads-entrails-on-entrance-of-lgbtq-salon-on-day-of-pride-march/</w:t>
        </w:r>
      </w:hyperlink>
      <w:r>
        <w:t xml:space="preserve"> - Please view link - unable to able to access data</w:t>
      </w:r>
      <w:r/>
    </w:p>
    <w:p>
      <w:pPr>
        <w:pStyle w:val="ListNumber"/>
        <w:spacing w:line="240" w:lineRule="auto"/>
        <w:ind w:left="720"/>
      </w:pPr>
      <w:r/>
      <w:hyperlink r:id="rId10">
        <w:r>
          <w:rPr>
            <w:color w:val="0000EE"/>
            <w:u w:val="single"/>
          </w:rPr>
          <w:t>https://vsirazom.ua/news/salon-krasy-gxbar-yakyj-zvilnyv-spivrobitnyczyu-za-tradyczijni-czinnosti-obklaly-svynyachymy-golovamy</w:t>
        </w:r>
      </w:hyperlink>
      <w:r>
        <w:t xml:space="preserve"> - On July 23, 2026, the beauty salon G×Bar in Kyiv reported an incident where unknown individuals placed severed pig heads and entrails at the salon's entrance and doused the doorstep with blood. The attack occurred on the same day as the city's Equality March for LGBTQ+ rights. The salon believes the act was in response to its public support for LGBTQ+ individuals. The management stated that the salon and its staff have been under systematic pressure due to their open support for human values and every individual's right to love freely and live without fear or hatred. The salon has reported the incident to the police and is calling for action against such systematic violations of the law.</w:t>
      </w:r>
      <w:r/>
    </w:p>
    <w:p>
      <w:pPr>
        <w:pStyle w:val="ListNumber"/>
        <w:spacing w:line="240" w:lineRule="auto"/>
        <w:ind w:left="720"/>
      </w:pPr>
      <w:r/>
      <w:hyperlink r:id="rId13">
        <w:r>
          <w:rPr>
            <w:color w:val="0000EE"/>
            <w:u w:val="single"/>
          </w:rPr>
          <w:t>https://gayexpress.co.nz/2026/07/kyiv-salon-targeted-with-severed-pig-heads-over-lgbtq-support/</w:t>
        </w:r>
      </w:hyperlink>
      <w:r>
        <w:t xml:space="preserve"> - A beauty salon in Kyiv, G.Bar Special, was targeted with severed pig heads, animal remains, and blood after publicly expressing support for LGBTQ+ people. The attack took place outside the salon on Lesi Ukrainky Boulevard on July 21, 2026. The salon reported that this incident was part of a month-long campaign of threats, property damage, and intimidation directed towards the company, its employees, and business partners. The salon stated that its Ukrainian locations have been under sustained pressure due to their open support for human values and every person's right to love freely and live without fear or hatred.</w:t>
      </w:r>
      <w:r/>
    </w:p>
    <w:p>
      <w:pPr>
        <w:pStyle w:val="ListNumber"/>
        <w:spacing w:line="240" w:lineRule="auto"/>
        <w:ind w:left="720"/>
      </w:pPr>
      <w:r/>
      <w:hyperlink r:id="rId11">
        <w:r>
          <w:rPr>
            <w:color w:val="0000EE"/>
            <w:u w:val="single"/>
          </w:rPr>
          <w:t>https://unn.ua/en/news/in-kyiv-unknown-individuals-poured-liquid-over-a-beauty-salon-and-left-parts-of-animal-carcasses-near-the-establishment</w:t>
        </w:r>
      </w:hyperlink>
      <w:r>
        <w:t xml:space="preserve"> - In Kyiv's Pechersk district, unknown individuals poured liquid over the facade of a beauty salon and left parts of domestic animal carcasses nearby. The police have initiated criminal proceedings for hooliganism. The incident occurred on July 21, 2026, near the entrance of the salon. Investigators from the Pechersk Police Department are taking measures to identify those involved in the offense. The salon has reported the incident to the police, and law enforcement officers are taking measures to identify those involved in the offense.</w:t>
      </w:r>
      <w:r/>
    </w:p>
    <w:p>
      <w:pPr>
        <w:pStyle w:val="ListNumber"/>
        <w:spacing w:line="240" w:lineRule="auto"/>
        <w:ind w:left="720"/>
      </w:pPr>
      <w:r/>
      <w:hyperlink r:id="rId12">
        <w:r>
          <w:rPr>
            <w:color w:val="0000EE"/>
            <w:u w:val="single"/>
          </w:rPr>
          <w:t>https://meduza.io/en/news/2026/07/22/severed-pig-heads-dumped-at-kyiv-beauty-salon-g-bar-over-its-public-support-for-lgbtq-people</w:t>
        </w:r>
      </w:hyperlink>
      <w:r>
        <w:t xml:space="preserve"> - Severed pig heads and entrails were dumped at the entrance of the G.Bar beauty salon on Lesi Ukrainky Boulevard in Kyiv, and the building's steps were doused with blood. The attack took place on July 21, 2026. G.Bar representatives stated that the chain's salons in Ukraine had been under sustained pressure for the past month due to their open support for human values and every person's right to love freely and live without fear or hatred. The salon reported that employees have received threats, their personal data has been posted publicly, and the chain has been targeted with attacks on Google Maps.</w:t>
      </w:r>
      <w:r/>
    </w:p>
    <w:p>
      <w:pPr>
        <w:pStyle w:val="ListNumber"/>
        <w:spacing w:line="240" w:lineRule="auto"/>
        <w:ind w:left="720"/>
      </w:pPr>
      <w:r/>
      <w:hyperlink r:id="rId15">
        <w:r>
          <w:rPr>
            <w:color w:val="0000EE"/>
            <w:u w:val="single"/>
          </w:rPr>
          <w:t>https://urania.institute/en/news/2026/0707-kyiv-pride-protest/</w:t>
        </w:r>
      </w:hyperlink>
      <w:r>
        <w:t xml:space="preserve"> - In Kyiv, the administration of the beauty salon G×Kyiv terminated its contract with employee Yuliana Kaznodiy following an incident at the KyivPride march. A video circulated on social media showing Kaznodiy stepping on a rainbow flag. Initially, the management announced an internal review. However, following public appeals from human rights organizations KyivPride and UkrainePride, the decision was made to dismiss the employee immediately. The salon's representatives noted that their brand concept is built on 'everyone's right to be themselves.'</w:t>
      </w:r>
      <w:r/>
    </w:p>
    <w:p>
      <w:pPr>
        <w:pStyle w:val="ListNumber"/>
        <w:spacing w:line="240" w:lineRule="auto"/>
        <w:ind w:left="720"/>
      </w:pPr>
      <w:r/>
      <w:hyperlink r:id="rId14">
        <w:r>
          <w:rPr>
            <w:color w:val="0000EE"/>
            <w:u w:val="single"/>
          </w:rPr>
          <w:t>https://retailers.ua/news/menedjment/bilya-gbar-zalishili-vidrizani-golovi-ta-nutroschi-sviney-yak-vidreaguvav-brend</w:t>
        </w:r>
      </w:hyperlink>
      <w:r>
        <w:t xml:space="preserve"> - On July 22, 2026, the management of the beauty salon G×Bar reported that unknown individuals left severed pig heads and entrails at the entrance of their salon in Kyiv. The salon believes this act was in response to their open support for human values and the right of every person to love freely and live without fear or hatred. The salon has reported the incident to the police and is calling for action against such systematic violations of the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vandals-put-severed-pig-heads-entrails-on-entrance-of-lgbtq-salon-on-day-of-pride-march/" TargetMode="External"/><Relationship Id="rId10" Type="http://schemas.openxmlformats.org/officeDocument/2006/relationships/hyperlink" Target="https://vsirazom.ua/news/salon-krasy-gxbar-yakyj-zvilnyv-spivrobitnyczyu-za-tradyczijni-czinnosti-obklaly-svynyachymy-golovamy" TargetMode="External"/><Relationship Id="rId11" Type="http://schemas.openxmlformats.org/officeDocument/2006/relationships/hyperlink" Target="https://unn.ua/en/news/in-kyiv-unknown-individuals-poured-liquid-over-a-beauty-salon-and-left-parts-of-animal-carcasses-near-the-establishment" TargetMode="External"/><Relationship Id="rId12" Type="http://schemas.openxmlformats.org/officeDocument/2006/relationships/hyperlink" Target="https://meduza.io/en/news/2026/07/22/severed-pig-heads-dumped-at-kyiv-beauty-salon-g-bar-over-its-public-support-for-lgbtq-people" TargetMode="External"/><Relationship Id="rId13" Type="http://schemas.openxmlformats.org/officeDocument/2006/relationships/hyperlink" Target="https://gayexpress.co.nz/2026/07/kyiv-salon-targeted-with-severed-pig-heads-over-lgbtq-support/" TargetMode="External"/><Relationship Id="rId14" Type="http://schemas.openxmlformats.org/officeDocument/2006/relationships/hyperlink" Target="https://retailers.ua/news/menedjment/bilya-gbar-zalishili-vidrizani-golovi-ta-nutroschi-sviney-yak-vidreaguvav-brend" TargetMode="External"/><Relationship Id="rId15" Type="http://schemas.openxmlformats.org/officeDocument/2006/relationships/hyperlink" Target="https://urania.institute/en/news/2026/0707-kyiv-pride-pro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