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Guide: Why Christopher Street Day Is Germany’s Pride Name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 a CSD on a German events calendar and don’t be puzzled , organisers are deliberately naming Pride after a New York street to keep the Stonewall story alive. This piece traces how Christopher Street became shorthand for liberation, why Germans still say CSD, and what it means when Berlin advertises “CSD Berlin” and “Berlin Pride.”</w:t>
      </w:r>
      <w:r/>
    </w:p>
    <w:p>
      <w:r/>
      <w:r>
        <w:t>Essential Takeaways</w:t>
      </w:r>
      <w:r/>
      <w:r/>
    </w:p>
    <w:p>
      <w:pPr>
        <w:pStyle w:val="ListBullet"/>
        <w:spacing w:line="240" w:lineRule="auto"/>
        <w:ind w:left="720"/>
      </w:pPr>
      <w:r/>
      <w:r>
        <w:rPr>
          <w:b/>
        </w:rPr>
        <w:t>Origin:</w:t>
      </w:r>
      <w:r>
        <w:t xml:space="preserve"> Christopher Street refers to the Stonewall Inn on Christopher Street in New York, the flashpoint of the 1969 uprising. </w:t>
      </w:r>
      <w:r/>
    </w:p>
    <w:p>
      <w:pPr>
        <w:pStyle w:val="ListBullet"/>
        <w:spacing w:line="240" w:lineRule="auto"/>
        <w:ind w:left="720"/>
      </w:pPr>
      <w:r/>
      <w:r>
        <w:rPr>
          <w:b/>
        </w:rPr>
        <w:t>First march:</w:t>
      </w:r>
      <w:r>
        <w:t xml:space="preserve"> The 1970 Christopher Street Liberation Day march in New York set the template for annual Pride marches worldwide. </w:t>
      </w:r>
      <w:r/>
    </w:p>
    <w:p>
      <w:pPr>
        <w:pStyle w:val="ListBullet"/>
        <w:spacing w:line="240" w:lineRule="auto"/>
        <w:ind w:left="720"/>
      </w:pPr>
      <w:r/>
      <w:r>
        <w:rPr>
          <w:b/>
        </w:rPr>
        <w:t>Adoption in Germany:</w:t>
      </w:r>
      <w:r>
        <w:t xml:space="preserve"> West Berlin staged its first CSD in 1979; local organisers adopted the name as a memorial and rallying cry. </w:t>
      </w:r>
      <w:r/>
    </w:p>
    <w:p>
      <w:pPr>
        <w:pStyle w:val="ListBullet"/>
        <w:spacing w:line="240" w:lineRule="auto"/>
        <w:ind w:left="720"/>
      </w:pPr>
      <w:r/>
      <w:r>
        <w:rPr>
          <w:b/>
        </w:rPr>
        <w:t>Name vs. format:</w:t>
      </w:r>
      <w:r>
        <w:t xml:space="preserve"> CSD usually equals Pride in Germany , parties, speeches and political demands all appear under that label. </w:t>
      </w:r>
      <w:r/>
    </w:p>
    <w:p>
      <w:pPr>
        <w:pStyle w:val="ListBullet"/>
        <w:spacing w:line="240" w:lineRule="auto"/>
        <w:ind w:left="720"/>
      </w:pPr>
      <w:r/>
      <w:r>
        <w:rPr>
          <w:b/>
        </w:rPr>
        <w:t>Why both names:</w:t>
      </w:r>
      <w:r>
        <w:t xml:space="preserve"> “Berlin Pride” helps international audiences; “CSD” keeps the Stonewall link visible and historical.</w:t>
      </w:r>
      <w:r/>
      <w:r/>
    </w:p>
    <w:p>
      <w:pPr>
        <w:pStyle w:val="Heading2"/>
      </w:pPr>
      <w:r>
        <w:t>A street that became a slogan</w:t>
      </w:r>
      <w:r/>
    </w:p>
    <w:p>
      <w:r/>
      <w:r>
        <w:t>The simplest fact is the most striking: Christopher Street is an actual lane in Manhattan’s Greenwich Village, and it houses the Stonewall Inn. The bar’s raid in June 1969 sparked protests that stretched into several nights, a raw, noisy reaction that felt electric and visible to everyone there. Remembering that texture , the chants, the heat, the sense of refusal , explains why organisers outside the US borrowed the name. Using a street name instead of a generic label keeps the memory tactile, as if you can still smell the smoke and hear the crowd.</w:t>
      </w:r>
      <w:r/>
    </w:p>
    <w:p>
      <w:pPr>
        <w:pStyle w:val="Heading2"/>
      </w:pPr>
      <w:r>
        <w:t>From “Liberation Day” to an international shorthand</w:t>
      </w:r>
      <w:r/>
    </w:p>
    <w:p>
      <w:r/>
      <w:r>
        <w:t>Activists celebrated the first anniversary of Stonewall with the Christopher Street Liberation Day march in 1970, and that event is the direct ancestor of modern Pride parades. Over time, the word “liberation” faded from many titles and “Pride” took centre stage, but the Christopher Street tag survived in parts of Europe. According to German museum and cultural write-ups, the name travelled because it mapped a clear origin story , activists abroad could trace their protest to New York and adopt not just the idea but the vocabulary.</w:t>
      </w:r>
      <w:r/>
    </w:p>
    <w:p>
      <w:pPr>
        <w:pStyle w:val="Heading2"/>
      </w:pPr>
      <w:r>
        <w:t>How Germany made CSD its own</w:t>
      </w:r>
      <w:r/>
    </w:p>
    <w:p>
      <w:r/>
      <w:r>
        <w:t>West Berlin’s first CSD in 1979 drew a few hundred people under the banner “Gay Pride” alongside the Christopher Street name. Local organisers chose the label voluntarily; there was no national decree ordering cities to say CSD. Instead, the initials caught on because they carried history and heft. Over the 1980s and 1990s many German cities established annual CSDs, each one mixing festival atmosphere with demands for rights and recognition. The result is a term that feels both celebratory and political.</w:t>
      </w:r>
      <w:r/>
    </w:p>
    <w:p>
      <w:pPr>
        <w:pStyle w:val="Heading2"/>
      </w:pPr>
      <w:r>
        <w:t>Why CSD isn’t a literal “day off”</w:t>
      </w:r>
      <w:r/>
    </w:p>
    <w:p>
      <w:r/>
      <w:r>
        <w:t>It’s worth clearing up a common misunderstanding: “Day” in Christopher Street Day doesn’t mean a public holiday. The phrase is closer to a named day of action and remembrance , a date for protest, partying and political education rolled into one. Events often run for days or a whole month, with parades, concerts and workshops. City guides and municipal pages use CSD to flag political intent as much as celebration; the name signals a history as well as a big weekend.</w:t>
      </w:r>
      <w:r/>
    </w:p>
    <w:p>
      <w:pPr>
        <w:pStyle w:val="Heading2"/>
      </w:pPr>
      <w:r>
        <w:t>“Berlin Pride” for visitors, CSD for locals</w:t>
      </w:r>
      <w:r/>
    </w:p>
    <w:p>
      <w:r/>
      <w:r>
        <w:t>You’ll see both labels used , and there’s good reason. “Berlin Pride” tells English-speaking visitors exactly what to expect; it’s clear, immediate and searchable. Meanwhile, CSD preserves the link back to Stonewall and the 1970 march. Tourism boards and organisers will use both terms depending on the audience: one word for recognition, the other for remembrance. So when a programme lists CSD Berlin, read it as Pride with a wink towards history.</w:t>
      </w:r>
      <w:r/>
    </w:p>
    <w:p>
      <w:pPr>
        <w:pStyle w:val="Heading2"/>
      </w:pPr>
      <w:r>
        <w:t>Picking what matters for you</w:t>
      </w:r>
      <w:r/>
    </w:p>
    <w:p>
      <w:r/>
      <w:r>
        <w:t>If you’re planning to attend, think about what you want: a political march, a family-friendly festival, or a big party. CSD events usually include all three, so check the programme for speeches and demonstrations if you want the activist side, or for stages and terraces if you’re in it for the atmosphere. And remember, the name is the same across many cities , it’s the local politics and programming that give each CSD its flavour.</w:t>
      </w:r>
      <w:r/>
    </w:p>
    <w:p>
      <w:r/>
      <w:r>
        <w:t>It’s a small naming choice that keeps a crucial origin story vivid , and it means every German Pride carries a direct shout-back to Stonewall.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13">
        <w:r>
          <w:rPr>
            <w:color w:val="0000EE"/>
            <w:u w:val="single"/>
          </w:rPr>
          <w:t>[3]</w:t>
        </w:r>
      </w:hyperlink>
      <w:r>
        <w:t xml:space="preserve">, </w:t>
      </w:r>
      <w:hyperlink r:id="rId14">
        <w:r>
          <w:rPr>
            <w:color w:val="0000EE"/>
            <w:u w:val="single"/>
          </w:rPr>
          <w:t>[4]</w:t>
        </w:r>
      </w:hyperlink>
      <w:r>
        <w:t xml:space="preserve">- Paragraph 4: </w:t>
      </w:r>
      <w:hyperlink r:id="rId12">
        <w:r>
          <w:rPr>
            <w:color w:val="0000EE"/>
            <w:u w:val="single"/>
          </w:rPr>
          <w:t>[6]</w:t>
        </w:r>
      </w:hyperlink>
      <w:r>
        <w:t xml:space="preserve">, </w:t>
      </w:r>
      <w:hyperlink r:id="rId11">
        <w:r>
          <w:rPr>
            <w:color w:val="0000EE"/>
            <w:u w:val="single"/>
          </w:rPr>
          <w:t>[5]</w:t>
        </w:r>
      </w:hyperlink>
      <w:r>
        <w:t xml:space="preserve">- Paragraph 5: </w:t>
      </w:r>
      <w:hyperlink r:id="rId14">
        <w:r>
          <w:rPr>
            <w:color w:val="0000EE"/>
            <w:u w:val="single"/>
          </w:rPr>
          <w:t>[4]</w:t>
        </w:r>
      </w:hyperlink>
      <w:r>
        <w:t xml:space="preserve">, </w:t>
      </w:r>
      <w:hyperlink r:id="rId13">
        <w:r>
          <w:rPr>
            <w:color w:val="0000EE"/>
            <w:u w:val="single"/>
          </w:rPr>
          <w:t>[3]</w:t>
        </w:r>
      </w:hyperlink>
      <w:r>
        <w:t xml:space="preserve">- Paragraph 6: </w:t>
      </w:r>
      <w:hyperlink r:id="rId11">
        <w:r>
          <w:rPr>
            <w:color w:val="0000EE"/>
            <w:u w:val="single"/>
          </w:rPr>
          <w:t>[7]</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https://knowledgenuts.com/2026/07/26/why-is-pride-called-christopher-street-day-in-germany/</w:t>
        </w:r>
      </w:hyperlink>
      <w:r>
        <w:t xml:space="preserve"> - Please view link - unable to able to access data</w:t>
      </w:r>
      <w:r/>
    </w:p>
    <w:p>
      <w:pPr>
        <w:pStyle w:val="ListNumber"/>
        <w:spacing w:line="240" w:lineRule="auto"/>
        <w:ind w:left="720"/>
      </w:pPr>
      <w:r/>
      <w:hyperlink r:id="rId10">
        <w:r>
          <w:rPr>
            <w:color w:val="0000EE"/>
            <w:u w:val="single"/>
          </w:rPr>
          <w:t>https://www.deutsche-digitale-bibliothek.de/content/blog/stonewall-die-geschichte-des-christopher-street-day</w:t>
        </w:r>
      </w:hyperlink>
      <w:r>
        <w:t xml:space="preserve"> - This article explores the history of Christopher Street Day (CSD) in Germany, tracing its origins back to the Stonewall riots in New York City in 1969. It discusses how the Stonewall Inn, located on Christopher Street, became a symbol of resistance and the catalyst for the modern LGBTQIA+ rights movement. The piece also highlights the first CSD in Berlin in 1979, which commemorated the Stonewall uprising and marked the beginning of annual Pride events in Germany.</w:t>
      </w:r>
      <w:r/>
    </w:p>
    <w:p>
      <w:pPr>
        <w:pStyle w:val="ListNumber"/>
        <w:spacing w:line="240" w:lineRule="auto"/>
        <w:ind w:left="720"/>
      </w:pPr>
      <w:r/>
      <w:hyperlink r:id="rId13">
        <w:r>
          <w:rPr>
            <w:color w:val="0000EE"/>
            <w:u w:val="single"/>
          </w:rPr>
          <w:t>https://www.berlin.de/ba-charlottenburg-wilmersdorf/verwaltung/beauftragte/gleichstellung/queeres-leben/artikel.1431909.php</w:t>
        </w:r>
      </w:hyperlink>
      <w:r>
        <w:t xml:space="preserve"> - This official Berlin government page provides information about Pride Month and Christopher Street Day (CSD) in Berlin. It details the historical context of CSD, including the first event in Berlin on June 30, 1979, which was attended by 450 demonstrators under the motto 'Gay Pride'. The page also discusses the evolution of CSD events in Germany and their significance in advocating for LGBTQ+ rights and against discrimination.</w:t>
      </w:r>
      <w:r/>
    </w:p>
    <w:p>
      <w:pPr>
        <w:pStyle w:val="ListNumber"/>
        <w:spacing w:line="240" w:lineRule="auto"/>
        <w:ind w:left="720"/>
      </w:pPr>
      <w:r/>
      <w:hyperlink r:id="rId14">
        <w:r>
          <w:rPr>
            <w:color w:val="0000EE"/>
            <w:u w:val="single"/>
          </w:rPr>
          <w:t>https://www.study-in-germany.com/en/germany/discover-germany/christopher-street-day/</w:t>
        </w:r>
      </w:hyperlink>
      <w:r>
        <w:t xml:space="preserve"> - This article offers an overview of Christopher Street Day (CSD) in Germany, explaining its origins in the Stonewall riots of 1969 and its significance in the LGBTQIA+ rights movement. It notes that the first CSD in Germany took place in Berlin and Bremen in 1979, with several hundred participants advocating for the repeal of Paragraph 175 of the German Criminal Code, which criminalized homosexual acts between men at the time.</w:t>
      </w:r>
      <w:r/>
    </w:p>
    <w:p>
      <w:pPr>
        <w:pStyle w:val="ListNumber"/>
        <w:spacing w:line="240" w:lineRule="auto"/>
        <w:ind w:left="720"/>
      </w:pPr>
      <w:r/>
      <w:hyperlink r:id="rId11">
        <w:r>
          <w:rPr>
            <w:color w:val="0000EE"/>
            <w:u w:val="single"/>
          </w:rPr>
          <w:t>https://www.sueddeutsche.de/kultur/gay-pride-stonwall-1.4501685</w:t>
        </w:r>
      </w:hyperlink>
      <w:r>
        <w:t xml:space="preserve"> - This article commemorates the 50th anniversary of the Stonewall riots, marking a pivotal moment in the LGBTQIA+ rights movement. It discusses the events of June 28, 1969, when patrons of the Stonewall Inn in New York City resisted a police raid, leading to widespread protests and the birth of the modern gay liberation movement. The piece also reflects on the evolution of Pride events, including Christopher Street Day (CSD) in Germany.</w:t>
      </w:r>
      <w:r/>
    </w:p>
    <w:p>
      <w:pPr>
        <w:pStyle w:val="ListNumber"/>
        <w:spacing w:line="240" w:lineRule="auto"/>
        <w:ind w:left="720"/>
      </w:pPr>
      <w:r/>
      <w:hyperlink r:id="rId12">
        <w:r>
          <w:rPr>
            <w:color w:val="0000EE"/>
            <w:u w:val="single"/>
          </w:rPr>
          <w:t>https://www.zeit.de/zett/queeres-leben/2019-06/darum-feiern-wir-jedes-jahr-den-christopher-street-day</w:t>
        </w:r>
      </w:hyperlink>
      <w:r>
        <w:t xml:space="preserve"> - This article explains the significance of Christopher Street Day (CSD) in Germany, linking it to the Stonewall riots of 1969. It discusses how the riots in New York City led to the formation of the Christopher Street Liberation Day Committee, which organized the first Pride parades in the United States. The piece also highlights the spread of CSD events to Germany, where they serve as both celebrations and demonstrations for LGBTQIA+ rights.</w:t>
      </w:r>
      <w:r/>
    </w:p>
    <w:p>
      <w:pPr>
        <w:pStyle w:val="ListNumber"/>
        <w:spacing w:line="240" w:lineRule="auto"/>
        <w:ind w:left="720"/>
      </w:pPr>
      <w:r/>
      <w:hyperlink r:id="rId11">
        <w:r>
          <w:rPr>
            <w:color w:val="0000EE"/>
            <w:u w:val="single"/>
          </w:rPr>
          <w:t>https://www.sueddeutsche.de/kultur/gay-pride-stonwall-1.4501685</w:t>
        </w:r>
      </w:hyperlink>
      <w:r>
        <w:t xml:space="preserve"> - This article commemorates the 50th anniversary of the Stonewall riots, marking a pivotal moment in the LGBTQIA+ rights movement. It discusses the events of June 28, 1969, when patrons of the Stonewall Inn in New York City resisted a police raid, leading to widespread protests and the birth of the modern gay liberation movement. The piece also reflects on the evolution of Pride events, including Christopher Street Day (CSD) in Germany.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knowledgenuts.com/2026/07/26/why-is-pride-called-christopher-street-day-in-germany/" TargetMode="External"/><Relationship Id="rId10" Type="http://schemas.openxmlformats.org/officeDocument/2006/relationships/hyperlink" Target="https://www.deutsche-digitale-bibliothek.de/content/blog/stonewall-die-geschichte-des-christopher-street-day" TargetMode="External"/><Relationship Id="rId11" Type="http://schemas.openxmlformats.org/officeDocument/2006/relationships/hyperlink" Target="https://www.sueddeutsche.de/kultur/gay-pride-stonwall-1.4501685" TargetMode="External"/><Relationship Id="rId12" Type="http://schemas.openxmlformats.org/officeDocument/2006/relationships/hyperlink" Target="https://www.zeit.de/zett/queeres-leben/2019-06/darum-feiern-wir-jedes-jahr-den-christopher-street-day" TargetMode="External"/><Relationship Id="rId13" Type="http://schemas.openxmlformats.org/officeDocument/2006/relationships/hyperlink" Target="https://www.berlin.de/ba-charlottenburg-wilmersdorf/verwaltung/beauftragte/gleichstellung/queeres-leben/artikel.1431909.php" TargetMode="External"/><Relationship Id="rId14" Type="http://schemas.openxmlformats.org/officeDocument/2006/relationships/hyperlink" Target="https://www.study-in-germany.com/en/germany/discover-germany/christopher-street-d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