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DC LGBTQ+ Events Calendar: Top Picked Community Meetups This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lively mix of in-person and online happenings aimed at connection, care and celebration; DC-area LGBTQ+ groups are hosting free support sessions, social brunches, drag fun and practical services so locals can plug into community, find resources and enjoy a good time.</w:t>
      </w:r>
      <w:r/>
    </w:p>
    <w:p>
      <w:r/>
      <w:r>
        <w:t>Essential Takeaways</w:t>
      </w:r>
      <w:r/>
      <w:r/>
    </w:p>
    <w:p>
      <w:pPr>
        <w:pStyle w:val="ListBullet"/>
        <w:spacing w:line="240" w:lineRule="auto"/>
        <w:ind w:left="720"/>
      </w:pPr>
      <w:r/>
      <w:r>
        <w:rPr>
          <w:b/>
        </w:rPr>
        <w:t>Daily options:</w:t>
      </w:r>
      <w:r>
        <w:t xml:space="preserve"> There are virtual and in-person events across the week, from support groups to social brunches and drag brunches.</w:t>
      </w:r>
      <w:r/>
    </w:p>
    <w:p>
      <w:pPr>
        <w:pStyle w:val="ListBullet"/>
        <w:spacing w:line="240" w:lineRule="auto"/>
        <w:ind w:left="720"/>
      </w:pPr>
      <w:r/>
      <w:r>
        <w:rPr>
          <w:b/>
        </w:rPr>
        <w:t>Safe spaces:</w:t>
      </w:r>
      <w:r>
        <w:t xml:space="preserve"> Trans Discussion Group, Bi+ Roundtable and Black Lesbian Support Group provide peer-led, private settings.</w:t>
      </w:r>
      <w:r/>
    </w:p>
    <w:p>
      <w:pPr>
        <w:pStyle w:val="ListBullet"/>
        <w:spacing w:line="240" w:lineRule="auto"/>
        <w:ind w:left="720"/>
      </w:pPr>
      <w:r/>
      <w:r>
        <w:rPr>
          <w:b/>
        </w:rPr>
        <w:t>Low-cost socialising:</w:t>
      </w:r>
      <w:r>
        <w:t xml:space="preserve"> Many meetups are free; ticketed drag brunches offer a guaranteed weekend treat.</w:t>
      </w:r>
      <w:r/>
    </w:p>
    <w:p>
      <w:pPr>
        <w:pStyle w:val="ListBullet"/>
        <w:spacing w:line="240" w:lineRule="auto"/>
        <w:ind w:left="720"/>
      </w:pPr>
      <w:r/>
      <w:r>
        <w:rPr>
          <w:b/>
        </w:rPr>
        <w:t>Practical support:</w:t>
      </w:r>
      <w:r>
        <w:t xml:space="preserve"> Job Club and a Fresh Produce Program deliver tangible help, CV coaching and grocery boxes.</w:t>
      </w:r>
      <w:r/>
    </w:p>
    <w:p>
      <w:pPr>
        <w:pStyle w:val="ListBullet"/>
        <w:spacing w:line="240" w:lineRule="auto"/>
        <w:ind w:left="720"/>
      </w:pPr>
      <w:r/>
      <w:r>
        <w:rPr>
          <w:b/>
        </w:rPr>
        <w:t>Wellbeing focus:</w:t>
      </w:r>
      <w:r>
        <w:t xml:space="preserve"> Virtual yoga and discussion groups combine emotional and physical care in accessible formats.</w:t>
      </w:r>
      <w:r/>
      <w:r/>
    </w:p>
    <w:p>
      <w:pPr>
        <w:pStyle w:val="Heading2"/>
      </w:pPr>
      <w:r>
        <w:t>What’s on Friday: quiet community space, online</w:t>
      </w:r>
      <w:r/>
    </w:p>
    <w:p>
      <w:r/>
      <w:r>
        <w:t>Friday kicks off with a calmer, helpful note: the DC LGBTQ+ Community Center runs a Trans Discussion Group via Zoom, an intimate, emotionally safe space where people exploring or living their gender identity can talk and listen. The digital setting makes it easy to join from home, and organisers aim for warmth and confidentiality. If you prefer a low‑key start to the weekend, this is a gentle, important way to connect with peers.</w:t>
      </w:r>
      <w:r/>
    </w:p>
    <w:p>
      <w:pPr>
        <w:pStyle w:val="Heading2"/>
      </w:pPr>
      <w:r>
        <w:t>Saturday brunches and peer-led support</w:t>
      </w:r>
      <w:r/>
    </w:p>
    <w:p>
      <w:r/>
      <w:r>
        <w:t>Saturday serves up two contrasting but complementary moods: Go Gay DC’s LGBTQ+ Community Brunch at Freddie’s Beach Bar brings friendly faces, food and easy conversation for anyone in the DMV area, while the DC Center hosts a Black Lesbian Support Group focused on shared experiences and mutual aid. One is social and breezy, the other is peer-led and private; both matter. If you’re choosing, think about whether you want to meet new people over coffee or sit with others who share a specific cultural and identity background.</w:t>
      </w:r>
      <w:r/>
    </w:p>
    <w:p>
      <w:pPr>
        <w:pStyle w:val="Heading2"/>
      </w:pPr>
      <w:r>
        <w:t>Sunday sparkle: drag brunch worth booking</w:t>
      </w:r>
      <w:r/>
    </w:p>
    <w:p>
      <w:r/>
      <w:r>
        <w:t>Sunday’s highlight is Nellie’s DC Drag Brunch , bright, loud and unapologetically fun. Performers serve up theatricality, music and a communal Saturday-was-not-enough energy; tickets sell for a modest fee and often move quickly. Treat it as a celebratory outing: dress up, expect big personalities and plan for a lively crowd. It’s the kind of weekend highlight your friends will still be talking about on Monday.</w:t>
      </w:r>
      <w:r/>
    </w:p>
    <w:p>
      <w:pPr>
        <w:pStyle w:val="Heading2"/>
      </w:pPr>
      <w:r>
        <w:t>Midweek meetups that matter: book clubs, bi spaces and job help</w:t>
      </w:r>
      <w:r/>
    </w:p>
    <w:p>
      <w:r/>
      <w:r>
        <w:t>Mondays to Wednesdays are devoted to quieter, practical connection. The Queer Book Club meets via Zoom to discuss titles like Uncomfortable Labels, offering intellectual conversation and a steady monthly rhythm. Tuesday’s Bi+ Roundtable provides a private forum to talk about bisexuality without explanation or stereotype. Wednesday’s Job Club focuses on CVs, resilience and interview confidence; it’s aimed at helping members move from applying to being genuine candidates. These sessions are useful if you want ongoing support rather than one‑off socialising.</w:t>
      </w:r>
      <w:r/>
    </w:p>
    <w:p>
      <w:pPr>
        <w:pStyle w:val="Heading2"/>
      </w:pPr>
      <w:r>
        <w:t>Thursday services and self-care: produce, yoga and community care</w:t>
      </w:r>
      <w:r/>
    </w:p>
    <w:p>
      <w:r/>
      <w:r>
        <w:t>Thursday mixes practical and restorative offerings. The DC Center’s Fresh Produce Program gives out produce boxes without proof of income or residency, an understated but meaningful service for people facing food insecurity. In the evening, a virtual yoga class pairs breath work with mindfulness to help members decompress. Together they show the spectrum of community care , from material support to mental and somatic wellbeing , and are simple to join if you check the Centre’s website or drop them an email.</w:t>
      </w:r>
      <w:r/>
    </w:p>
    <w:p>
      <w:pPr>
        <w:pStyle w:val="Heading2"/>
      </w:pPr>
      <w:r>
        <w:t>How to pick what works for you</w:t>
      </w:r>
      <w:r/>
    </w:p>
    <w:p>
      <w:r/>
      <w:r>
        <w:t>Start by asking: do I need socialising, peer support, practical help or a bit of fun? For private conversations and identity‑specific discussion, choose the Trans Discussion Group, Bi+ Roundtable or Black Lesbian Support Group. For social energy, try the brunches or drag show. If you’re job hunting or stretched financially, the Job Club and Fresh Produce programme are concrete options. And if you’re unsure, a low‑commitment Zoom session is a good way to test the water.</w:t>
      </w:r>
      <w:r/>
    </w:p>
    <w:p>
      <w:r/>
      <w:r>
        <w:t>It’s a small change to your week that can open up friendships, resources and a little joy.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11">
        <w:r>
          <w:rPr>
            <w:color w:val="0000EE"/>
            <w:u w:val="single"/>
          </w:rPr>
          <w:t>[3]</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https://www.washingtonblade.com/2026/07/24/lgbtq-events-calendar-july-24-30/?utm_source=rss&amp;utm_medium=rss&amp;utm_campaign=lgbtq-events-calendar-july-24-30</w:t>
        </w:r>
      </w:hyperlink>
      <w:r>
        <w:t xml:space="preserve"> - Please view link - unable to able to access data</w:t>
      </w:r>
      <w:r/>
    </w:p>
    <w:p>
      <w:pPr>
        <w:pStyle w:val="ListNumber"/>
        <w:spacing w:line="240" w:lineRule="auto"/>
        <w:ind w:left="720"/>
      </w:pPr>
      <w:r/>
      <w:hyperlink r:id="rId10">
        <w:r>
          <w:rPr>
            <w:color w:val="0000EE"/>
            <w:u w:val="single"/>
          </w:rPr>
          <w:t>https://thedccenter.org/events/trans-discussion-group-via-zoom-2-2021-01-22-2021-02-26-2021-03-26-2021-04-23-2021-05-28-2021-06-25-2021-07-23-2021-08-27-2021-09-24-2021-10-22-2021-11-26-2021-12-24-2022-01-28-2022-02-2-26-2026-07-24/</w:t>
        </w:r>
      </w:hyperlink>
      <w:r>
        <w:t xml:space="preserve"> - The DC LGBTQ+ Community Center is hosting a Trans Discussion Group via Zoom on July 24, 2026, from 7:00 pm to 9:00 pm. This peer-led support group aims to provide a safe and supportive space for transgender individuals and those questioning their gender identity or expression. Participants can share experiences, discuss relevant topics, and build community connections. For security reasons, the Zoom link is provided upon request. For more information, visit the DC Center's website.</w:t>
      </w:r>
      <w:r/>
    </w:p>
    <w:p>
      <w:pPr>
        <w:pStyle w:val="ListNumber"/>
        <w:spacing w:line="240" w:lineRule="auto"/>
        <w:ind w:left="720"/>
      </w:pPr>
      <w:r/>
      <w:hyperlink r:id="rId11">
        <w:r>
          <w:rPr>
            <w:color w:val="0000EE"/>
            <w:u w:val="single"/>
          </w:rPr>
          <w:t>https://www.gogaydc.com/home</w:t>
        </w:r>
      </w:hyperlink>
      <w:r>
        <w:t xml:space="preserve"> - Go Gay DC is an organisation dedicated to bringing together the LGBTQ+ community in the Washington, D.C. area. They host various events, including the 'LGBTQ+ Community Brunch' every Saturday at 11:00 am at Freddie's Beach Bar &amp; Restaurant in Arlington, Virginia. This weekly event offers a welcoming environment for community members and allies to enjoy delicious food and engaging conversation. For more details and to RSVP, visit their website.</w:t>
      </w:r>
      <w:r/>
    </w:p>
    <w:p>
      <w:pPr>
        <w:pStyle w:val="ListNumber"/>
        <w:spacing w:line="240" w:lineRule="auto"/>
        <w:ind w:left="720"/>
      </w:pPr>
      <w:r/>
      <w:hyperlink r:id="rId13">
        <w:r>
          <w:rPr>
            <w:color w:val="0000EE"/>
            <w:u w:val="single"/>
          </w:rPr>
          <w:t>https://www.freddiesbeachbar.com/arlington</w:t>
        </w:r>
      </w:hyperlink>
      <w:r>
        <w:t xml:space="preserve"> - Freddie's Beach Bar &amp; Restaurant is a vibrant LGBTQ+ friendly establishment located in Arlington, Virginia. Known for its lively atmosphere, diverse menu, and regular events like drag shows and karaoke, Freddie's offers a welcoming space for the community. The 'LGBTQ+ Community Brunch' hosted by Go Gay DC takes place here every Saturday at 11:00 am, providing a delightful buffet brunch experience. For more information, visit their website.</w:t>
      </w:r>
      <w:r/>
    </w:p>
    <w:p>
      <w:pPr>
        <w:pStyle w:val="ListNumber"/>
        <w:spacing w:line="240" w:lineRule="auto"/>
        <w:ind w:left="720"/>
      </w:pPr>
      <w:r/>
      <w:hyperlink r:id="rId15">
        <w:r>
          <w:rPr>
            <w:color w:val="0000EE"/>
            <w:u w:val="single"/>
          </w:rPr>
          <w:t>https://thedccenter.org/events/coming-out-discussion-group-virtual-meeting-2-2026-04-14-2026-05-12/</w:t>
        </w:r>
      </w:hyperlink>
      <w:r>
        <w:t xml:space="preserve"> - The DC LGBTQ+ Community Center offers a virtual 'Coming Out Discussion Group' on the second Tuesday of each month at 7:00 pm. This peer-facilitated group provides a safe space for individuals planning to come out or those who have recently come out to share experiences and discuss related topics. The next meeting is scheduled for May 12, 2026. For more information and to receive the Zoom link, email [email protected].</w:t>
      </w:r>
      <w:r/>
    </w:p>
    <w:p>
      <w:pPr>
        <w:pStyle w:val="ListNumber"/>
        <w:spacing w:line="240" w:lineRule="auto"/>
        <w:ind w:left="720"/>
      </w:pPr>
      <w:r/>
      <w:hyperlink r:id="rId12">
        <w:r>
          <w:rPr>
            <w:color w:val="0000EE"/>
            <w:u w:val="single"/>
          </w:rPr>
          <w:t>https://genderqueerdc.org/</w:t>
        </w:r>
      </w:hyperlink>
      <w:r>
        <w:t xml:space="preserve"> - Genderqueer DC is a peer support group for individuals who identify outside the gender binary, including those who are trans, genderqueer, questioning, or allies. They host various events, such as in-person support meetings and game nights, to foster community and support. Upcoming events include an in-person support meeting on July 13, 2026, and a game night on July 17, 2026. For more details and to RSVP, visit their website.</w:t>
      </w:r>
      <w:r/>
    </w:p>
    <w:p>
      <w:pPr>
        <w:pStyle w:val="ListNumber"/>
        <w:spacing w:line="240" w:lineRule="auto"/>
        <w:ind w:left="720"/>
      </w:pPr>
      <w:r/>
      <w:hyperlink r:id="rId14">
        <w:r>
          <w:rPr>
            <w:color w:val="0000EE"/>
            <w:u w:val="single"/>
          </w:rPr>
          <w:t>https://www.gaypinkspots.com/listing/freddies-beach-bar.html</w:t>
        </w:r>
      </w:hyperlink>
      <w:r>
        <w:t xml:space="preserve"> - Freddie's Beach Bar &amp; Restaurant is a popular LGBTQ+ friendly venue located in Arlington, Virginia. Known for its vibrant atmosphere, diverse menu, and regular events like drag shows and karaoke, Freddie's offers a welcoming space for the community. The 'LGBTQ+ Community Brunch' hosted by Go Gay DC takes place here every Saturday at 11:00 am, providing a delightful buffet brunch experience. For more information, visit their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4/lgbtq-events-calendar-july-24-30/?utm_source=rss&amp;utm_medium=rss&amp;utm_campaign=lgbtq-events-calendar-july-24-30" TargetMode="External"/><Relationship Id="rId10" Type="http://schemas.openxmlformats.org/officeDocument/2006/relationships/hyperlink" Target="https://thedccenter.org/events/trans-discussion-group-via-zoom-2-2021-01-22-2021-02-26-2021-03-26-2021-04-23-2021-05-28-2021-06-25-2021-07-23-2021-08-27-2021-09-24-2021-10-22-2021-11-26-2021-12-24-2022-01-28-2022-02-2-26-2026-07-24/" TargetMode="External"/><Relationship Id="rId11" Type="http://schemas.openxmlformats.org/officeDocument/2006/relationships/hyperlink" Target="https://www.gogaydc.com/home" TargetMode="External"/><Relationship Id="rId12" Type="http://schemas.openxmlformats.org/officeDocument/2006/relationships/hyperlink" Target="https://genderqueerdc.org/" TargetMode="External"/><Relationship Id="rId13" Type="http://schemas.openxmlformats.org/officeDocument/2006/relationships/hyperlink" Target="https://www.freddiesbeachbar.com/arlington" TargetMode="External"/><Relationship Id="rId14" Type="http://schemas.openxmlformats.org/officeDocument/2006/relationships/hyperlink" Target="https://www.gaypinkspots.com/listing/freddies-beach-bar.html" TargetMode="External"/><Relationship Id="rId15" Type="http://schemas.openxmlformats.org/officeDocument/2006/relationships/hyperlink" Target="https://thedccenter.org/events/coming-out-discussion-group-virtual-meeting-2-2026-04-14-2026-05-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