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What Happened When a Vehicle Hit the Parade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Witnesses were stunned as a car ploughed into a crowd at Berlin’s Christopher Street Day celebration, leaving several people hurt and one dead; police launched a manhunt and emergency services scrambled in central Berlin, where the normally colourful pride route turned chaotic.</w:t>
      </w:r>
      <w:r/>
    </w:p>
    <w:p>
      <w:r/>
      <w:r>
        <w:t>Essential Takeaways</w:t>
      </w:r>
      <w:r/>
      <w:r/>
    </w:p>
    <w:p>
      <w:pPr>
        <w:pStyle w:val="ListBullet"/>
        <w:spacing w:line="240" w:lineRule="auto"/>
        <w:ind w:left="720"/>
      </w:pPr>
      <w:r/>
      <w:r>
        <w:rPr>
          <w:b/>
        </w:rPr>
        <w:t>Casualties confirmed:</w:t>
      </w:r>
      <w:r>
        <w:t xml:space="preserve"> Emergency crews treated multiple injured people; several sources report one fatality and many more hurt.</w:t>
      </w:r>
      <w:r/>
    </w:p>
    <w:p>
      <w:pPr>
        <w:pStyle w:val="ListBullet"/>
        <w:spacing w:line="240" w:lineRule="auto"/>
        <w:ind w:left="720"/>
      </w:pPr>
      <w:r/>
      <w:r>
        <w:rPr>
          <w:b/>
        </w:rPr>
        <w:t>Scene description:</w:t>
      </w:r>
      <w:r>
        <w:t xml:space="preserve"> The incident occurred on Lennestrasse near Tiergarten during Christopher Street Day, a busy, central pride event.</w:t>
      </w:r>
      <w:r/>
    </w:p>
    <w:p>
      <w:pPr>
        <w:pStyle w:val="ListBullet"/>
        <w:spacing w:line="240" w:lineRule="auto"/>
        <w:ind w:left="720"/>
      </w:pPr>
      <w:r/>
      <w:r>
        <w:rPr>
          <w:b/>
        </w:rPr>
        <w:t>Suspect status:</w:t>
      </w:r>
      <w:r>
        <w:t xml:space="preserve"> The driver fled the scene and a manhunt, including helicopter support, was under way.</w:t>
      </w:r>
      <w:r/>
    </w:p>
    <w:p>
      <w:pPr>
        <w:pStyle w:val="ListBullet"/>
        <w:spacing w:line="240" w:lineRule="auto"/>
        <w:ind w:left="720"/>
      </w:pPr>
      <w:r/>
      <w:r>
        <w:rPr>
          <w:b/>
        </w:rPr>
        <w:t>Response:</w:t>
      </w:r>
      <w:r>
        <w:t xml:space="preserve"> Firefighters, paramedics and police quickly attended; hospitals received casualties and investigations have begun.</w:t>
      </w:r>
      <w:r/>
    </w:p>
    <w:p>
      <w:pPr>
        <w:pStyle w:val="ListBullet"/>
        <w:spacing w:line="240" w:lineRule="auto"/>
        <w:ind w:left="720"/>
      </w:pPr>
      <w:r/>
      <w:r>
        <w:rPr>
          <w:b/>
        </w:rPr>
        <w:t>Community impact:</w:t>
      </w:r>
      <w:r>
        <w:t xml:space="preserve"> The attack hit a major LGBTQ+ celebration, leaving attendees shocked and raising concerns about safety at public events.</w:t>
      </w:r>
      <w:r/>
      <w:r/>
    </w:p>
    <w:p>
      <w:pPr>
        <w:pStyle w:val="Heading2"/>
      </w:pPr>
      <w:r>
        <w:t>What we know now: the moment a parade turned violent</w:t>
      </w:r>
      <w:r/>
    </w:p>
    <w:p>
      <w:r/>
      <w:r>
        <w:t>Initial reports say a vehicle drove into a crowd during Christopher Street Day, Berlin’s annual pride parade, on Lennestrasse by Tiergarten. Witnesses described chaotic scenes and people being treated at the roadside. According to Reuters and AP, emergency teams , including paramedics and firefighters , were on scene immediately, and helicopters were used as police searched for the driver.</w:t>
      </w:r>
      <w:r/>
    </w:p>
    <w:p>
      <w:r/>
      <w:r>
        <w:t>Journalists on the ground and TV footage captured stunned onlookers and first responders working rapidly; the detail that the driver left the scene has hardened the response from police. For anyone who was there, the normal sensory brightness of pride , music, flags, chatter , was replaced by sirens and shouted instructions.</w:t>
      </w:r>
      <w:r/>
    </w:p>
    <w:p>
      <w:pPr>
        <w:pStyle w:val="Heading2"/>
      </w:pPr>
      <w:r>
        <w:t>Confirmed casualties and hospital response</w:t>
      </w:r>
      <w:r/>
    </w:p>
    <w:p>
      <w:r/>
      <w:r>
        <w:t>By the time hospitals were taking in victims, multiple outlets reported differing casualty counts but a consistent picture of many injured and at least one person killed. The Los Angeles Times and Al Jazeera provided early confirmation of fatalities and lists of those treated, while Euronews and NDTV reported tallies in the teens for injuries.</w:t>
      </w:r>
      <w:r/>
    </w:p>
    <w:p>
      <w:r/>
      <w:r>
        <w:t>Medical teams have been prioritising the most seriously hurt, and hospitals in central Berlin were placed on alert. If you’re trying to find someone who might have been at the event, police channels and official hospital hotlines remain the best route for accurate information.</w:t>
      </w:r>
      <w:r/>
    </w:p>
    <w:p>
      <w:pPr>
        <w:pStyle w:val="Heading2"/>
      </w:pPr>
      <w:r>
        <w:t>Police manhunt and investigation , what authorities are doing</w:t>
      </w:r>
      <w:r/>
    </w:p>
    <w:p>
      <w:r/>
      <w:r>
        <w:t>Berlin police launched an immediate search for the driver, deploying officers, helicopters and checkpoints. ABC News and AP noted that investigators treated the scene as both an urgent public-safety incident and a potential crime scene, collecting CCTV and witness statements.</w:t>
      </w:r>
      <w:r/>
    </w:p>
    <w:p>
      <w:r/>
      <w:r>
        <w:t>Authorities have not yet publicly stated a motive. That means both deliberate attack and tragic accident remain possibilities while forensics, vehicle checks and interviews proceed. Expect updates from the Berlin police spokesperson as the investigation moves from rescue to reconstruction of events.</w:t>
      </w:r>
      <w:r/>
    </w:p>
    <w:p>
      <w:pPr>
        <w:pStyle w:val="Heading2"/>
      </w:pPr>
      <w:r>
        <w:t>How this fits into the wider picture of security at public events</w:t>
      </w:r>
      <w:r/>
    </w:p>
    <w:p>
      <w:r/>
      <w:r>
        <w:t>Christopher Street Day is a major, well-attended event that usually runs through central, high-traffic areas. Organisers and local councils have been reviewing crowd protection at large gatherings for years, and this incident will almost certainly prompt fresh debate about vehicle barriers, policing numbers, and how to keep celebratory spaces safe without stripping away their open, inclusive atmosphere.</w:t>
      </w:r>
      <w:r/>
    </w:p>
    <w:p>
      <w:r/>
      <w:r>
        <w:t>Community groups have already begun calling for solidarity and for calm while facts are established. For people organising or attending mass events, this is a reminder to plan evacuation points, share emergency contacts, and note where first-aid stations sit on a route.</w:t>
      </w:r>
      <w:r/>
    </w:p>
    <w:p>
      <w:pPr>
        <w:pStyle w:val="Heading2"/>
      </w:pPr>
      <w:r>
        <w:t>Practical advice for attendees and loved ones</w:t>
      </w:r>
      <w:r/>
    </w:p>
    <w:p>
      <w:r/>
      <w:r>
        <w:t>If you were at the event, first check official channels from Berlin police and local hospitals before turning to social media. Avoid spreading unverified photos or claims that could hamper the investigation. If you can help, volunteer blood donation centres and official victim-support services often post needs publicly.</w:t>
      </w:r>
      <w:r/>
    </w:p>
    <w:p>
      <w:r/>
      <w:r>
        <w:t>For future events, look for clear entry and exit routes, keep a charged phone and a small first-aid kit, and agree a meeting point with friends. And if you witness something suspicious, report it calmly to stewards or police rather than confronting anyone yourself.</w:t>
      </w:r>
      <w:r/>
    </w:p>
    <w:p>
      <w:r/>
      <w:r>
        <w:t>It's a small change that can make every public celebration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1">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http://www.longbeachnews.net/news/279209733/car-rams-crowd-during-gay-pride-parade-in-berlin</w:t>
        </w:r>
      </w:hyperlink>
      <w:r>
        <w:t xml:space="preserve"> - Please view link - unable to able to access data</w:t>
      </w:r>
      <w:r/>
    </w:p>
    <w:p>
      <w:pPr>
        <w:pStyle w:val="ListNumber"/>
        <w:spacing w:line="240" w:lineRule="auto"/>
        <w:ind w:left="720"/>
      </w:pPr>
      <w:r/>
      <w:hyperlink r:id="rId10">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2">
        <w:r>
          <w:rPr>
            <w:color w:val="0000EE"/>
            <w:u w:val="single"/>
          </w:rPr>
          <w:t>https://www.euronews.com/my-europe/2026/07/26/car-rams-crowd-at-berlin-pride-event-killing-one-and-injuring-16</w:t>
        </w:r>
      </w:hyperlink>
      <w:r>
        <w:t xml:space="preserve"> - In the early hours of Sunday, 26 July 2026, police combed Berlin's Tiergarten after the Christopher Street Day celebrations were cancelled. A car ploughed into a crowd celebrating Berlin's Christopher Street Day Pride event on Saturday night, killing one person and leaving at least 16 others injured. The incident occurred at around 10 pm. Three people remain in a life-threatening condition. According to initial information, a vehicle drove into a crowd on Lennéstrasse. The car then collided with a tree before the suspect apparently managed to flee. Berlin police have since announced that they had identified a suspect who they said is "known to the police" and "believed to be associated with Islamist circles." Police have released a photo of the suspect and named him as 21-year-old Abdul B. They warned people not to approach him as he may be "armed and dangerous." "What a despicable act in Berlin," German Chancellor Friedrich Merz wrote in a statement published on social media. "Hundreds of thousands of people from all over the world were celebrating peacefully at Christopher Street Day. They wanted us to treat one another with kindness and tolerance," he said. "This is an attack on our society". The Pride parade was cancelled after the incident.</w:t>
      </w:r>
      <w:r/>
    </w:p>
    <w:p>
      <w:pPr>
        <w:pStyle w:val="ListNumber"/>
        <w:spacing w:line="240" w:lineRule="auto"/>
        <w:ind w:left="720"/>
      </w:pPr>
      <w:r/>
      <w:hyperlink r:id="rId13">
        <w:r>
          <w:rPr>
            <w:color w:val="0000EE"/>
            <w:u w:val="single"/>
          </w:rPr>
          <w:t>https://www.latimes.com/world-nation/story/2026-07-25/van-rams-crowd-at-berlin-lgbtq-event-1-killed-15-injured</w:t>
        </w:r>
      </w:hyperlink>
      <w:r>
        <w:t xml:space="preserve"> - A van slammed into spectators during Berlin’s Christopher Street Day parade, killing one person and injuring 16, forcing the cancellation of the major LGBTQ+ celebration. The city also activated a crisis hotline for people searching for missing friends or family members. Hundreds of thousands of people had come to Berlin on Saturday to celebrate at Berlin’s Pride parade, known in Germany as Christopher Street Day. It’s one of Europe’s largest LGBTQ+ celebrations. The Pride event in front of the city’s iconic Brandenburg Gate downtown was called off around 10:15 p.m. and a band’s performance on stage was interrupted. People were urged to go home and to avoid taking the route through the park. Before the incident, people had celebrated peacefully, marching through the city for hours, dancing to loud music and cheering some 80 floats that participated in the parade. Julian Miethig, who had attended the LGBTQ+ party at Brandenburg Gate earlier, said he had wanted to go to an afterparty when he heard from a friend that "something bad happened there and there are a lot of fire trucks, a lot of emergency vehicles, ambulances." He said he went to Tiergarten and was shocked that something like this could have happened at Berlin’s Pride celebrations. "It’s a dark day for the community," he said.</w:t>
      </w:r>
      <w:r/>
    </w:p>
    <w:p>
      <w:pPr>
        <w:pStyle w:val="ListNumber"/>
        <w:spacing w:line="240" w:lineRule="auto"/>
        <w:ind w:left="720"/>
      </w:pPr>
      <w:r/>
      <w:hyperlink r:id="rId14">
        <w:r>
          <w:rPr>
            <w:color w:val="0000EE"/>
            <w:u w:val="single"/>
          </w:rPr>
          <w:t>https://www.aljazeera.com/news/2026/7/25/one-dead-14-injured-as-car-reportedly-strikes-crowd-at-berlin-lgbtq-event</w:t>
        </w:r>
      </w:hyperlink>
      <w:r>
        <w:t xml:space="preserve"> - German authorities seek Abdul Ballout after ‘Islamist terror attack’ that killed one person and injured 29. This undated handout image released by Polizei Berlin on July 26, 2026 shows a 21-year old suspect identified by police as Abdul B. in a public appeal for his arrest, after a car ploughed into a crowd near Berlin's Gay Pride celebrations killing one person and wounding 16 others. Berlin police described the suspect as slender, about 1.90 metres (6 feet 3 inches) tall, with black hair, wearing a black hoodie and white trousers. (Photo by Handout / POLIZEI BERLIN / AFP) / RESTRICTED TO EDITORIAL USE - MANDATORY CREDIT "AFP PHOTO / POLIZEI BERLIN" - HANDOUT - NO MARKETING NO ADVERTISING CAMPAIGNS - DISTRIBUTED AS A SERVICE TO CLIENTS</w:t>
      </w:r>
      <w:r/>
    </w:p>
    <w:p>
      <w:pPr>
        <w:pStyle w:val="ListNumber"/>
        <w:spacing w:line="240" w:lineRule="auto"/>
        <w:ind w:left="720"/>
      </w:pPr>
      <w:r/>
      <w:hyperlink r:id="rId11">
        <w:r>
          <w:rPr>
            <w:color w:val="0000EE"/>
            <w:u w:val="single"/>
          </w:rPr>
          <w:t>https://www-cdn.abcnews.com/International/manhunt-underway-after-vehicle-drives-crowd-berlin-lgtbq/story?id=135089674</w:t>
        </w:r>
      </w:hyperlink>
      <w:r>
        <w:t xml:space="preserve"> - Police said a manhunt for a suspect or suspects was underway. Police in Berlin said a manhunt was underway after a vehicle drove into a crowd during the city's LGBTQ celebrations Saturday, killing one person and injuring several others. Berlin Police told ABC News that one person has died and 17 others were injured in the incident at Tiergarten Park, including several with life-threatening injuries.</w:t>
      </w:r>
      <w:r/>
    </w:p>
    <w:p>
      <w:pPr>
        <w:pStyle w:val="ListNumber"/>
        <w:spacing w:line="240" w:lineRule="auto"/>
        <w:ind w:left="720"/>
      </w:pPr>
      <w:r/>
      <w:hyperlink r:id="rId15">
        <w:r>
          <w:rPr>
            <w:color w:val="0000EE"/>
            <w:u w:val="single"/>
          </w:rPr>
          <w:t>https://www.ndtv.com/world-news/berlin-pride-festival-1-killed-17-injured-as-vehicle-mows-down-crowd-at-tiergarten-park-11822676</w:t>
        </w:r>
      </w:hyperlink>
      <w:r>
        <w:t xml:space="preserve"> - One person was killed and 17 injured, with some in life-threatening condition, after a vehicle mowed down a crowd near Berlin's Pride celebrations on Saturday evening, setting off a manhunt for those responsible, the police said. The vehicle struck multiple people after charging into Berlin's central Tiergarten park close to the Brandenburg Gate.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www.longbeachnews.net/news/279209733/car-rams-crowd-during-gay-pride-parade-in-berlin" TargetMode="External"/><Relationship Id="rId10" Type="http://schemas.openxmlformats.org/officeDocument/2006/relationships/hyperlink" Target="https://apnews.com/article/8b3c8ded8033ab246cb55f7bd1c47e2f" TargetMode="External"/><Relationship Id="rId11" Type="http://schemas.openxmlformats.org/officeDocument/2006/relationships/hyperlink" Target="https://www-cdn.abcnews.com/International/manhunt-underway-after-vehicle-drives-crowd-berlin-lgtbq/story?id=135089674" TargetMode="External"/><Relationship Id="rId12" Type="http://schemas.openxmlformats.org/officeDocument/2006/relationships/hyperlink" Target="https://www.euronews.com/my-europe/2026/07/26/car-rams-crowd-at-berlin-pride-event-killing-one-and-injuring-16" TargetMode="External"/><Relationship Id="rId13" Type="http://schemas.openxmlformats.org/officeDocument/2006/relationships/hyperlink" Target="https://www.latimes.com/world-nation/story/2026-07-25/van-rams-crowd-at-berlin-lgbtq-event-1-killed-15-injured" TargetMode="External"/><Relationship Id="rId14" Type="http://schemas.openxmlformats.org/officeDocument/2006/relationships/hyperlink" Target="https://www.aljazeera.com/news/2026/7/25/one-dead-14-injured-as-car-reportedly-strikes-crowd-at-berlin-lgbtq-event" TargetMode="External"/><Relationship Id="rId15" Type="http://schemas.openxmlformats.org/officeDocument/2006/relationships/hyperlink" Target="https://www.ndtv.com/world-news/berlin-pride-festival-1-killed-17-injured-as-vehicle-mows-down-crowd-at-tiergarten-park-118226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