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What Happened and What It Means for Public Safety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revellers in Berlin’s Tiergarten were stunned when a van ploughed into a crowd at the city’s huge Pride celebrations, killing one person and injuring many , an event that forced organisers and authorities to halt the rally and raised immediate questions about safety at mass gatherings.</w:t>
      </w:r>
      <w:r/>
    </w:p>
    <w:p>
      <w:r/>
      <w:r>
        <w:t>Essential Takeaways</w:t>
      </w:r>
      <w:r/>
      <w:r/>
    </w:p>
    <w:p>
      <w:pPr>
        <w:pStyle w:val="ListBullet"/>
        <w:spacing w:line="240" w:lineRule="auto"/>
        <w:ind w:left="720"/>
      </w:pPr>
      <w:r/>
      <w:r>
        <w:rPr>
          <w:b/>
        </w:rPr>
        <w:t>Casualties:</w:t>
      </w:r>
      <w:r>
        <w:t xml:space="preserve"> One person killed, at least 16 injured, with some sustaining life‑threatening wounds.</w:t>
      </w:r>
      <w:r/>
    </w:p>
    <w:p>
      <w:pPr>
        <w:pStyle w:val="ListBullet"/>
        <w:spacing w:line="240" w:lineRule="auto"/>
        <w:ind w:left="720"/>
      </w:pPr>
      <w:r/>
      <w:r>
        <w:rPr>
          <w:b/>
        </w:rPr>
        <w:t>Scene details:</w:t>
      </w:r>
      <w:r>
        <w:t xml:space="preserve"> A white van drove into people in Tiergarten near the Brandenburg Gate, then struck a tree.</w:t>
      </w:r>
      <w:r/>
    </w:p>
    <w:p>
      <w:pPr>
        <w:pStyle w:val="ListBullet"/>
        <w:spacing w:line="240" w:lineRule="auto"/>
        <w:ind w:left="720"/>
      </w:pPr>
      <w:r/>
      <w:r>
        <w:rPr>
          <w:b/>
        </w:rPr>
        <w:t>Response:</w:t>
      </w:r>
      <w:r>
        <w:t xml:space="preserve"> Police, ambulances and firefighters swarmed the area and urged people to leave; the concert was stopped and the rally called off.</w:t>
      </w:r>
      <w:r/>
    </w:p>
    <w:p>
      <w:pPr>
        <w:pStyle w:val="ListBullet"/>
        <w:spacing w:line="240" w:lineRule="auto"/>
        <w:ind w:left="720"/>
      </w:pPr>
      <w:r/>
      <w:r>
        <w:rPr>
          <w:b/>
        </w:rPr>
        <w:t>Investigation status:</w:t>
      </w:r>
      <w:r>
        <w:t xml:space="preserve"> Authorities were searching for possible suspects and have not released a motive or identity.</w:t>
      </w:r>
      <w:r/>
    </w:p>
    <w:p>
      <w:pPr>
        <w:pStyle w:val="ListBullet"/>
        <w:spacing w:line="240" w:lineRule="auto"/>
        <w:ind w:left="720"/>
      </w:pPr>
      <w:r/>
      <w:r>
        <w:rPr>
          <w:b/>
        </w:rPr>
        <w:t>Emotional impact:</w:t>
      </w:r>
      <w:r>
        <w:t xml:space="preserve"> Witnesses described shock and grief; officials called it an attack on Berlin’s open, cosmopolitan character.</w:t>
      </w:r>
      <w:r/>
      <w:r/>
    </w:p>
    <w:p>
      <w:pPr>
        <w:pStyle w:val="Heading2"/>
      </w:pPr>
      <w:r>
        <w:t>What unfolded at Berlin’s Christopher Street Day (CSD)</w:t>
      </w:r>
      <w:r/>
    </w:p>
    <w:p>
      <w:r/>
      <w:r>
        <w:t>The most striking image is of a white van driving into a crowd gathered in Tiergarten, not far from the Brandenburg Gate, and coming to rest against a tree after hitting multiple people. The scene was chaotic and loud with emergency sirens, and organisers cut short a concert and told everyone to leave as medics worked. Hundreds of thousands had filled the streets earlier for one of Europe’s largest Pride celebrations and the mood had been festive until the moment the vehicle struck.</w:t>
      </w:r>
      <w:r/>
    </w:p>
    <w:p>
      <w:r/>
      <w:r>
        <w:t>Authorities moved quickly to secure the scene and tend to the injured. Police posted urgent messages on social media asking people to evacuate the area while ambulances and firefighters attended victims. Berlin Mayor Kai Wegner described the incident in stark terms, saying it was an assault on the city’s tolerant spirit.</w:t>
      </w:r>
      <w:r/>
    </w:p>
    <w:p>
      <w:pPr>
        <w:pStyle w:val="Heading2"/>
      </w:pPr>
      <w:r>
        <w:t>Who’s being investigated and what we know about motive</w:t>
      </w:r>
      <w:r/>
    </w:p>
    <w:p>
      <w:r/>
      <w:r>
        <w:t>Police said they were conducting an intensive search for possible suspects and stressed that, at this stage, they have no confirmed information about the identity of any perpetrator or the motive behind the attack. A police spokesperson told reporters the investigation is active and that details remain scarce. That uncertainty is fuelling concern among attendees and residents, many of whom had been celebrating peacefully just hours earlier.</w:t>
      </w:r>
      <w:r/>
    </w:p>
    <w:p>
      <w:r/>
      <w:r>
        <w:t>Investigators will want to establish whether this was deliberate, the result of reckless driving, or involved additional suspects. In similar incidents, motives can range from targeted hate crime to a single driver’s errant decisions; sorting that out matters for charges and for public reassurance.</w:t>
      </w:r>
      <w:r/>
    </w:p>
    <w:p>
      <w:pPr>
        <w:pStyle w:val="Heading2"/>
      </w:pPr>
      <w:r>
        <w:t>How organisers and authorities reacted in the immediate aftermath</w:t>
      </w:r>
      <w:r/>
    </w:p>
    <w:p>
      <w:r/>
      <w:r>
        <w:t>Organisers and police moved fast to cancel the remainder of the Pride events for the night and to clear the area, prioritising care for the injured and preventing further harm. Officials described a heavy police presence and appealed to the public to avoid the park and follow instructions. That swift response is what you’d expect at a large gathering, but it also shows how fragile the sense of safety can be in an instant.</w:t>
      </w:r>
      <w:r/>
    </w:p>
    <w:p>
      <w:r/>
      <w:r>
        <w:t>Local authorities will now review security measures and crowd‑management plans. For people attending large public events, the practical takeaway is to locate exits, stay aware of your surroundings, and follow official guidance when emergency services ask you to move.</w:t>
      </w:r>
      <w:r/>
    </w:p>
    <w:p>
      <w:pPr>
        <w:pStyle w:val="Heading2"/>
      </w:pPr>
      <w:r>
        <w:t>What this may mean for future Pride events and public gatherings</w:t>
      </w:r>
      <w:r/>
    </w:p>
    <w:p>
      <w:r/>
      <w:r>
        <w:t>An attack like this quickly becomes a moment of reckoning. Event organisers in Germany and elsewhere typically reassess vehicle‑access controls, barriers and emergency plans after such incidents. Streets already used by parades are often open to vehicles before and after processions, so planners may tighten vehicle exclusion zones and increase physical obstacles to protect crowds.</w:t>
      </w:r>
      <w:r/>
    </w:p>
    <w:p>
      <w:r/>
      <w:r>
        <w:t>There’s also the psychological fallout: witnesses spoke of shock and sorrow, calling it a dark day for the community. Authorities and community leaders will need to balance public security with preserving the openness that makes Pride events meaningful.</w:t>
      </w:r>
      <w:r/>
    </w:p>
    <w:p>
      <w:pPr>
        <w:pStyle w:val="Heading2"/>
      </w:pPr>
      <w:r>
        <w:t>Practical advice for attendees and organisers going forward</w:t>
      </w:r>
      <w:r/>
    </w:p>
    <w:p>
      <w:r/>
      <w:r>
        <w:t>If you’re heading to a large outdoor event, stick to simple safety habits: note where medics are, keep your phone charged, agree on a meeting point with friends, and avoid isolated spots. For organisers, consider harderperimeter barriers, controlled vehicle checkpoints, more visible stewarding, and clear emergency‑evacuation routes. Communication is everything in a crisis , rapid alerts and clear instructions save lives.</w:t>
      </w:r>
      <w:r/>
    </w:p>
    <w:p>
      <w:r/>
      <w:r>
        <w:t>It's a small change to planning that can make a big difference to people’s sense of safety at public celebrations.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https://www.nbcchicago.com/news/national-international/car-drives-into-crowd-berlin-lgbtq-march/3966116/</w:t>
        </w:r>
      </w:hyperlink>
      <w:r>
        <w:t xml:space="preserve"> - Please view link - unable to able to access data</w:t>
      </w:r>
      <w:r/>
    </w:p>
    <w:p>
      <w:pPr>
        <w:pStyle w:val="ListNumber"/>
        <w:spacing w:line="240" w:lineRule="auto"/>
        <w:ind w:left="720"/>
      </w:pPr>
      <w:r/>
      <w:hyperlink r:id="rId10">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2">
        <w:r>
          <w:rPr>
            <w:color w:val="0000EE"/>
            <w:u w:val="single"/>
          </w:rPr>
          <w:t>https://apnews.com/article/3ba5e3f1becffd0da5f47b29aa08da9d</w:t>
        </w:r>
      </w:hyperlink>
      <w:r>
        <w:t xml:space="preserve"> - On Saturday evening in Berlin, a van drove into a crowd near the city's Pride festival, killing one person and injuring at least 16 others. German authorities have launched a manhunt for the suspect, identified as 21-year-old Abdul B., who is also believed to have stabbed several individuals. He is considered armed and dangerous, with known ties to Islamic circles in Berlin, though his exact motives remain unclear. The attack occurred around 10 p.m. near Tiergarten park, close to the Brandenburg Gate, where the Christopher Street Day Pride celebrations were ongoing. In response, the event was shut down, and attendees were advised to avoid the area. The van involved in the attack remained at the scene, having crashed into a tree. The victims include three individuals with life-threatening injuries, eight seriously injured, and five with minor injuries. Chancellor Friedrich Merz condemned the event as an attack on society and pledged to defend Germany’s freedoms. The incident cast a shadow over what had been one of Europe’s largest LGBTQ+ celebrations, attended by hundreds of thousands.</w:t>
      </w:r>
      <w:r/>
    </w:p>
    <w:p>
      <w:pPr>
        <w:pStyle w:val="ListNumber"/>
        <w:spacing w:line="240" w:lineRule="auto"/>
        <w:ind w:left="720"/>
      </w:pPr>
      <w:r/>
      <w:hyperlink r:id="rId11">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Berlin police spokesman Florian Nath told reporters that measures were underway against the suspect and that 'our search for this person is proceeding at full speed.' He did not identify the suspect by name but said that he was already known to police and is from Berlin. 'Based on the investigators' initial findings, we have already identified a suspected perpetrator,' Nath said. 'He is known to us as a member of Islamic circles here in Berlin.' Police said some of the victims had life-threatening injuries. Firefighters and ambulances were out with many emergency staffers at the scene to attend to the victims.</w:t>
      </w:r>
      <w:r/>
    </w:p>
    <w:p>
      <w:pPr>
        <w:pStyle w:val="ListNumber"/>
        <w:spacing w:line="240" w:lineRule="auto"/>
        <w:ind w:left="720"/>
      </w:pPr>
      <w:r/>
      <w:hyperlink r:id="rId13">
        <w:r>
          <w:rPr>
            <w:color w:val="0000EE"/>
            <w:u w:val="single"/>
          </w:rPr>
          <w:t>https://www.latimes.com/world-nation/story/2026-07-25/van-rams-crowd-at-berlin-lgbtq-event-1-killed-15-injured</w:t>
        </w:r>
      </w:hyperlink>
      <w:r>
        <w:t xml:space="preserve"> - A van slammed into spectators during Berlin’s Christopher Street Day parade, killing one person and injuring 16, forcing the cancellation of the major LGBTQ+ celebration. The attack occurred near the Brandenburg Gate, where the parade had been taking place. Police have identified a suspect with ties to Islamic groups in Berlin,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4">
        <w:r>
          <w:rPr>
            <w:color w:val="0000EE"/>
            <w:u w:val="single"/>
          </w:rPr>
          <w:t>https://www.washingtonpost.com/lifestyle/2026/07/25/germany-berling-lgbtq-pride-parade/8ac33436-886c-11f1-9cec-0fb26676f07e_story.html</w:t>
        </w:r>
      </w:hyperlink>
      <w:r>
        <w:t xml:space="preserve"> - A van has slammed into people gathered for Berlin’s famed Pride festival, killing one person, injuring at least 16 others and prompting police to call off the celebrations and a concert in the German capital hours ... . Berlin police said they have identified a ... . 'The suspect is known to police. ... ,' said police spokesman Florian Nath. ... Nath added that 'we still have no information whatsoever ... .' Earlier, police said some of the ... In a post on X, police called on everyone to leave the site of the event immediately as ambulances and firefighters attended to the victims.</w:t>
      </w:r>
      <w:r/>
    </w:p>
    <w:p>
      <w:pPr>
        <w:pStyle w:val="ListNumber"/>
        <w:spacing w:line="240" w:lineRule="auto"/>
        <w:ind w:left="720"/>
      </w:pPr>
      <w:r/>
      <w:hyperlink r:id="rId15">
        <w:r>
          <w:rPr>
            <w:color w:val="0000EE"/>
            <w:u w:val="single"/>
          </w:rPr>
          <w:t>https://elpais.com/internacional/2026-07-25/varios-heridos-por-un-atropello-durante-el-dia-del-orgullo-en-berlin.html</w:t>
        </w:r>
      </w:hyperlink>
      <w:r>
        <w:t xml:space="preserve"> - El 25 de julio de 2026, un trágico ataque tuvo lugar durante las celebraciones del Día del Orgullo LGTBI+ en Berlín, cuando una furgoneta blanca embistió a la multitud, resultando en al menos un muerto y 17 heridos, tres de ellos en estado crítico y cinco graves. El conductor huyó tras estrellar el vehículo contra un árbol en el parque Tiergarten, donde culminaba el evento con música y discursos. Las autoridades han identificado a un sospechoso vinculado al ámbito islamista, y ejecutan un amplio operativo de búsqueda con helicópteros y cámaras térmicas. El ataque ha causado una fuerte reacción tanto del canciller alemán, Friedrich Merz, quien lo calificó como un 'acto horrible', como del alcalde berlinés, Kai Wegner, que lo consideró un atentado contra una sociedad libre y diversa. La policía continúa recabando evidencias y ha solicitado colaboración ciudadana mediante el envío de fotos del momento. El atentado ha conmocionado a la comunidad LGTBI+ y a gran parte de la población, que participaba de forma festiva en uno de los mayores eventos de Orgullo en Europa.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bcchicago.com/news/national-international/car-drives-into-crowd-berlin-lgbtq-march/3966116/" TargetMode="External"/><Relationship Id="rId10" Type="http://schemas.openxmlformats.org/officeDocument/2006/relationships/hyperlink" Target="https://apnews.com/article/8b3c8ded8033ab246cb55f7bd1c47e2f" TargetMode="External"/><Relationship Id="rId11" Type="http://schemas.openxmlformats.org/officeDocument/2006/relationships/hyperlink" Target="https://www.cbsnews.com/news/berlin-lgbtq-pride-car-crash/" TargetMode="External"/><Relationship Id="rId12" Type="http://schemas.openxmlformats.org/officeDocument/2006/relationships/hyperlink" Target="https://apnews.com/article/3ba5e3f1becffd0da5f47b29aa08da9d" TargetMode="External"/><Relationship Id="rId13" Type="http://schemas.openxmlformats.org/officeDocument/2006/relationships/hyperlink" Target="https://www.latimes.com/world-nation/story/2026-07-25/van-rams-crowd-at-berlin-lgbtq-event-1-killed-15-injured" TargetMode="External"/><Relationship Id="rId14" Type="http://schemas.openxmlformats.org/officeDocument/2006/relationships/hyperlink" Target="https://www.washingtonpost.com/lifestyle/2026/07/25/germany-berling-lgbtq-pride-parade/8ac33436-886c-11f1-9cec-0fb26676f07e_story.html" TargetMode="External"/><Relationship Id="rId15" Type="http://schemas.openxmlformats.org/officeDocument/2006/relationships/hyperlink" Target="https://elpais.com/internacional/2026-07-25/varios-heridos-por-un-atropello-durante-el-dia-del-orgullo-en-berli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