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WNBA All-Star Game for LGBTQ Visibility: Why This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sports culture are noticing a vivid shift: nearly half the players in the 2026 WNBA All-Star Game are publicly out, and that visibility is changing the conversation about representation, fandom and the game itself. It matters because seeing top athletes who are LGBTQ on a national stage normalises identities and gives younger fans someone to cheer for.</w:t>
      </w:r>
      <w:r/>
    </w:p>
    <w:p>
      <w:r/>
      <w:r>
        <w:t>Essential Takeaways</w:t>
      </w:r>
      <w:r/>
      <w:r/>
    </w:p>
    <w:p>
      <w:pPr>
        <w:pStyle w:val="ListBullet"/>
        <w:spacing w:line="240" w:lineRule="auto"/>
        <w:ind w:left="720"/>
      </w:pPr>
      <w:r/>
      <w:r>
        <w:rPr>
          <w:b/>
        </w:rPr>
        <w:t>High representation:</w:t>
      </w:r>
      <w:r>
        <w:t xml:space="preserve"> At least 10 of the 22 All-Stars are publicly out, making Team LGBTQ heavily represented in this year’s game.</w:t>
      </w:r>
      <w:r/>
    </w:p>
    <w:p>
      <w:pPr>
        <w:pStyle w:val="ListBullet"/>
        <w:spacing w:line="240" w:lineRule="auto"/>
        <w:ind w:left="720"/>
      </w:pPr>
      <w:r/>
      <w:r>
        <w:rPr>
          <w:b/>
        </w:rPr>
        <w:t>Visibility on a big stage:</w:t>
      </w:r>
      <w:r>
        <w:t xml:space="preserve"> The All-Star Game airs on ABC and brings out LGBTQ athletes during prime-time, increasing mainstream exposure.</w:t>
      </w:r>
      <w:r/>
    </w:p>
    <w:p>
      <w:pPr>
        <w:pStyle w:val="ListBullet"/>
        <w:spacing w:line="240" w:lineRule="auto"/>
        <w:ind w:left="720"/>
      </w:pPr>
      <w:r/>
      <w:r>
        <w:rPr>
          <w:b/>
        </w:rPr>
        <w:t>Leaders in voting:</w:t>
      </w:r>
      <w:r>
        <w:t xml:space="preserve"> Paige Bueckers topped combined fan, media and player voting and will captain Team Coop.</w:t>
      </w:r>
      <w:r/>
    </w:p>
    <w:p>
      <w:pPr>
        <w:pStyle w:val="ListBullet"/>
        <w:spacing w:line="240" w:lineRule="auto"/>
        <w:ind w:left="720"/>
      </w:pPr>
      <w:r/>
      <w:r>
        <w:rPr>
          <w:b/>
        </w:rPr>
        <w:t>Legacy and context:</w:t>
      </w:r>
      <w:r>
        <w:t xml:space="preserve"> Current players owe a debt to earlier out stars who helped normalise being openly queer in pro basketball.</w:t>
      </w:r>
      <w:r/>
    </w:p>
    <w:p>
      <w:pPr>
        <w:pStyle w:val="ListBullet"/>
        <w:spacing w:line="240" w:lineRule="auto"/>
        <w:ind w:left="720"/>
      </w:pPr>
      <w:r/>
      <w:r>
        <w:rPr>
          <w:b/>
        </w:rPr>
        <w:t>Practical point:</w:t>
      </w:r>
      <w:r>
        <w:t xml:space="preserve"> For fans seeking role models or allies, WNBA All-Star rosters are an easy way to find visible LGBTQ athletes.</w:t>
      </w:r>
      <w:r/>
      <w:r/>
    </w:p>
    <w:p>
      <w:r/>
      <w:r>
        <w:t>Why this All-Star Game feels different</w:t>
      </w:r>
      <w:r/>
    </w:p>
    <w:p>
      <w:r/>
      <w:r>
        <w:t>The first thing you notice is how the roster reads , about half the players are publicly out, and that’s more than casual representation; it’s concentrated visibility. Outsports counted at least 10 out of 22 All-Stars by their public-acknowledgement standard, which means declarations on social media or explicit statements. That creates a warm, confident energy on court, and you can feel it translate to the crowd and commentary.</w:t>
      </w:r>
      <w:r/>
    </w:p>
    <w:p>
      <w:r/>
      <w:r>
        <w:t>This isn’t an overnight trend. According to long-running coverage and lists compiled by outlets tracking LGBTQ athletes, the WNBA has steadily become one of professional sport’s most welcoming spaces. Players and fans both say that seeing teammates and stars who are open helps younger athletes feel less alone. For viewers, it’s a chance to watch elite sport and simultaneously take in a broader cultural shift.</w:t>
      </w:r>
      <w:r/>
    </w:p>
    <w:p>
      <w:r/>
      <w:r>
        <w:t>How the rosters stack up and what to watch</w:t>
      </w:r>
      <w:r/>
    </w:p>
    <w:p>
      <w:r/>
      <w:r>
        <w:t>Team Coop, captained by Paige Bueckers, mixes household names and gritty vets , Breanna Stewart, Kahleah Copper and Natasha Howard among them , while Team Spoon features stars like Jonquel Jones and rising talents such as Olivia Miles. The WNBA’s official All-Star roster shows the full breakdown, and broadcasters are leaning into storylines about leadership, legacy and identity.</w:t>
      </w:r>
      <w:r/>
    </w:p>
    <w:p>
      <w:r/>
      <w:r>
        <w:t>Tune in not just for the box score. Expect conversations about how players balance being public figures and private people, and how that visibility affects endorsements and media interest. If you’re new to following the WNBA, watching the All-Star Game is a good primer: you’ll see styles of play, personalities and why these players attract devoted followings.</w:t>
      </w:r>
      <w:r/>
    </w:p>
    <w:p>
      <w:r/>
      <w:r>
        <w:t>Representation matters beyond the scoreboard</w:t>
      </w:r>
      <w:r/>
    </w:p>
    <w:p>
      <w:r/>
      <w:r>
        <w:t>There’s a through-line from early out players who quietly paved the way to the more visible stars of today. Coverage of the WNBA’s queer pioneers highlights the debts current All-Stars owe to those who accepted scrutiny decades ago. That lineage is easy to miss in game recaps, but it’s central to why this moment feels meaningful: fans aren’t just cheering baskets, they’re witnessing a cultural milestone.</w:t>
      </w:r>
      <w:r/>
    </w:p>
    <w:p>
      <w:r/>
      <w:r>
        <w:t>For employers, sponsors, and local clubs, the All-Star Game is a reminder that supporting inclusion resonates commercially and ethically. For families and schools, it’s a real-world example to point to when talking about identity and acceptance. Representation on a national broadcast sends ripples into community sport.</w:t>
      </w:r>
      <w:r/>
    </w:p>
    <w:p>
      <w:r/>
      <w:r>
        <w:t>How to engage as a fan or ally</w:t>
      </w:r>
      <w:r/>
    </w:p>
    <w:p>
      <w:r/>
      <w:r>
        <w:t>If you want to support this visibility, simple actions help: tune in to the game on ABC, follow players’ public profiles respectfully, and amplify moments that celebrate inclusion. For parents and youth coaches, use All-Star highlights to start conversations with kids about role models and respect in sport. And if you’re choosing merchandise or charity partners, look for organisations that back LGBTQ athletes and grassroots programmes.</w:t>
      </w:r>
      <w:r/>
    </w:p>
    <w:p>
      <w:r/>
      <w:r>
        <w:t>There’s no single right reaction , some will treat it as inspiring, others as another sports night , but the net effect is clearer: seeing out players at the top level makes being out feel normal for the next generation.</w:t>
      </w:r>
      <w:r/>
    </w:p>
    <w:p>
      <w:r/>
      <w:r>
        <w:t>It’s a small change that can make every game and every locker room a little bit safer and a lot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1">
        <w:r>
          <w:rPr>
            <w:color w:val="0000EE"/>
            <w:u w:val="single"/>
          </w:rPr>
          <w:t>[3]</w:t>
        </w:r>
      </w:hyperlink>
      <w:r>
        <w:t xml:space="preserve">, </w:t>
      </w:r>
      <w:hyperlink r:id="rId12">
        <w:r>
          <w:rPr>
            <w:color w:val="0000EE"/>
            <w:u w:val="single"/>
          </w:rPr>
          <w:t>[7]</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https://www.outsports.com/2026/7/24/24140277/wnba-all-star-game-coop-spoon-paige-bueckers-out-lgbtq-players/</w:t>
        </w:r>
      </w:hyperlink>
      <w:r>
        <w:t xml:space="preserve"> - Please view link - unable to able to access data</w:t>
      </w:r>
      <w:r/>
    </w:p>
    <w:p>
      <w:pPr>
        <w:pStyle w:val="ListNumber"/>
        <w:spacing w:line="240" w:lineRule="auto"/>
        <w:ind w:left="720"/>
      </w:pPr>
      <w:r/>
      <w:hyperlink r:id="rId9">
        <w:r>
          <w:rPr>
            <w:color w:val="0000EE"/>
            <w:u w:val="single"/>
          </w:rPr>
          <w:t>https://www.outsports.com/2026/7/24/24140277/wnba-all-star-game-coop-spoon-paige-bueckers-out-lgbtq-players/</w:t>
        </w:r>
      </w:hyperlink>
      <w:r>
        <w:t xml:space="preserve"> - Nearly half of the players in the 2026 WNBA All-Star Game are publicly out LGBTQ athletes, with one of them, Paige Bueckers, serving as a team captain. Outsports' criteria for being 'out' include explicit statements of LGBTQ identity or clear relationships with another woman on social media. This representation surpasses the estimated 25% to 35% of out players in the league, highlighting the increasing visibility of LGBTQ athletes in professional sports. (</w:t>
      </w:r>
      <w:hyperlink r:id="rId15">
        <w:r>
          <w:rPr>
            <w:color w:val="0000EE"/>
            <w:u w:val="single"/>
          </w:rPr>
          <w:t>outsports.com</w:t>
        </w:r>
      </w:hyperlink>
      <w:r>
        <w:t>)</w:t>
      </w:r>
      <w:r/>
    </w:p>
    <w:p>
      <w:pPr>
        <w:pStyle w:val="ListNumber"/>
        <w:spacing w:line="240" w:lineRule="auto"/>
        <w:ind w:left="720"/>
      </w:pPr>
      <w:r/>
      <w:hyperlink r:id="rId11">
        <w:r>
          <w:rPr>
            <w:color w:val="0000EE"/>
            <w:u w:val="single"/>
          </w:rPr>
          <w:t>https://www.outsports.com/2026/7/24/24140297/every-out-wnba-all-star-owes-a-debt-of-gratitude-to-sue-wicks-who-blazed-the-trail/</w:t>
        </w:r>
      </w:hyperlink>
      <w:r>
        <w:t xml:space="preserve"> - Sue Wicks, who came out as gay in 2002, is credited with paving the way for openly LGBTQ players in the WNBA. Her decision to publicly acknowledge her sexuality set a precedent, encouraging others to embrace their identities. Wicks' openness has been instrumental in fostering a more inclusive environment within the league. (</w:t>
      </w:r>
      <w:hyperlink r:id="rId16">
        <w:r>
          <w:rPr>
            <w:color w:val="0000EE"/>
            <w:u w:val="single"/>
          </w:rPr>
          <w:t>outsports.com</w:t>
        </w:r>
      </w:hyperlink>
      <w:r>
        <w:t>)</w:t>
      </w:r>
      <w:r/>
    </w:p>
    <w:p>
      <w:pPr>
        <w:pStyle w:val="ListNumber"/>
        <w:spacing w:line="240" w:lineRule="auto"/>
        <w:ind w:left="720"/>
      </w:pPr>
      <w:r/>
      <w:hyperlink r:id="rId10">
        <w:r>
          <w:rPr>
            <w:color w:val="0000EE"/>
            <w:u w:val="single"/>
          </w:rPr>
          <w:t>https://www.wnba.com/allstar/2026/roster</w:t>
        </w:r>
      </w:hyperlink>
      <w:r>
        <w:t xml:space="preserve"> - The official roster for the 2026 WNBA All-Star Game features 22 players divided into two teams: Team Coop and Team Spoon. Notable players include Paige Bueckers, Kahleah Copper, Natasha Howard, Marina Mabrey, Breanna Stewart, Gabby Williams, and Jackie Young on Team Coop, and Jonquel Jones, Olivia Miles, and Courtney Williams on Team Spoon. The game is scheduled to take place at the United Center in Chicago. (</w:t>
      </w:r>
      <w:hyperlink r:id="rId17">
        <w:r>
          <w:rPr>
            <w:color w:val="0000EE"/>
            <w:u w:val="single"/>
          </w:rPr>
          <w:t>wnba.com</w:t>
        </w:r>
      </w:hyperlink>
      <w:r>
        <w:t>)</w:t>
      </w:r>
      <w:r/>
    </w:p>
    <w:p>
      <w:pPr>
        <w:pStyle w:val="ListNumber"/>
        <w:spacing w:line="240" w:lineRule="auto"/>
        <w:ind w:left="720"/>
      </w:pPr>
      <w:r/>
      <w:hyperlink r:id="rId13">
        <w:r>
          <w:rPr>
            <w:color w:val="0000EE"/>
            <w:u w:val="single"/>
          </w:rPr>
          <w:t>https://www.nbcsports.com/wnba/news/2026-wnba-all-star-game-rosters-full-team-coop-team-spoon-player-lists-starters-and-reserves</w:t>
        </w:r>
      </w:hyperlink>
      <w:r>
        <w:t xml:space="preserve"> - NBC Sports provides detailed information on the 2026 WNBA All-Star Game rosters, including full player lists for Team Coop and Team Spoon, as well as starters and reserves. The article highlights key players such as A’ja Wilson, Caitlin Clark, Aliyah Boston, and Olivia Miles on Team Weatherspoon, and Breanna Stewart, Kelsey Mitchell, Gabby Williams, and Kelsey Plum on Team Coop. The game is set to be held at the United Center in Chicago. (</w:t>
      </w:r>
      <w:hyperlink r:id="rId18">
        <w:r>
          <w:rPr>
            <w:color w:val="0000EE"/>
            <w:u w:val="single"/>
          </w:rPr>
          <w:t>nbcsports.com</w:t>
        </w:r>
      </w:hyperlink>
      <w:r>
        <w:t>)</w:t>
      </w:r>
      <w:r/>
    </w:p>
    <w:p>
      <w:pPr>
        <w:pStyle w:val="ListNumber"/>
        <w:spacing w:line="240" w:lineRule="auto"/>
        <w:ind w:left="720"/>
      </w:pPr>
      <w:r/>
      <w:hyperlink r:id="rId14">
        <w:r>
          <w:rPr>
            <w:color w:val="0000EE"/>
            <w:u w:val="single"/>
          </w:rPr>
          <w:t>https://new.cbssports.com/wnba/news/2026-wnba-all-star-draft-caitlin-clark-paige-bueckers/</w:t>
        </w:r>
      </w:hyperlink>
      <w:r>
        <w:t xml:space="preserve"> - CBS Sports reports on the 2026 WNBA All-Star Game draft, where honorary general managers Cynthia Cooper and Teresa Weatherspoon selected their rosters. Paige Bueckers and Caitlin Clark, the top two vote-getters, were assigned to their respective teams via coin flip. Bueckers will lead Team Coop, while Clark will lead Team Weatherspoon. The draft process and team selections are detailed in the article. (</w:t>
      </w:r>
      <w:hyperlink r:id="rId19">
        <w:r>
          <w:rPr>
            <w:color w:val="0000EE"/>
            <w:u w:val="single"/>
          </w:rPr>
          <w:t>new.cbssports.com</w:t>
        </w:r>
      </w:hyperlink>
      <w:r>
        <w:t>)</w:t>
      </w:r>
      <w:r/>
    </w:p>
    <w:p>
      <w:pPr>
        <w:pStyle w:val="ListNumber"/>
        <w:spacing w:line="240" w:lineRule="auto"/>
        <w:ind w:left="720"/>
      </w:pPr>
      <w:r/>
      <w:hyperlink r:id="rId12">
        <w:r>
          <w:rPr>
            <w:color w:val="0000EE"/>
            <w:u w:val="single"/>
          </w:rPr>
          <w:t>https://www.outsports.com/2025/7/18/24115369/wnba-all-star-game-gay-players-lesbian-indiana-2025/</w:t>
        </w:r>
      </w:hyperlink>
      <w:r>
        <w:t xml:space="preserve"> - Outsports highlights the participation of at least four openly LGBTQ players in the 2025 WNBA All-Star Game, all of whom were on Team Collier. The article emphasizes the importance of supporting LGBTQ athletes and acknowledges their contributions to the sport. It also provides insights into the visibility and representation of LGBTQ players in the league. (</w:t>
      </w:r>
      <w:hyperlink r:id="rId20">
        <w:r>
          <w:rPr>
            <w:color w:val="0000EE"/>
            <w:u w:val="single"/>
          </w:rPr>
          <w:t>outsports.com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4/24140277/wnba-all-star-game-coop-spoon-paige-bueckers-out-lgbtq-players/" TargetMode="External"/><Relationship Id="rId10" Type="http://schemas.openxmlformats.org/officeDocument/2006/relationships/hyperlink" Target="https://www.wnba.com/allstar/2026/roster" TargetMode="External"/><Relationship Id="rId11" Type="http://schemas.openxmlformats.org/officeDocument/2006/relationships/hyperlink" Target="https://www.outsports.com/2026/7/24/24140297/every-out-wnba-all-star-owes-a-debt-of-gratitude-to-sue-wicks-who-blazed-the-trail/" TargetMode="External"/><Relationship Id="rId12" Type="http://schemas.openxmlformats.org/officeDocument/2006/relationships/hyperlink" Target="https://www.outsports.com/2025/7/18/24115369/wnba-all-star-game-gay-players-lesbian-indiana-2025/" TargetMode="External"/><Relationship Id="rId13" Type="http://schemas.openxmlformats.org/officeDocument/2006/relationships/hyperlink" Target="https://www.nbcsports.com/wnba/news/2026-wnba-all-star-game-rosters-full-team-coop-team-spoon-player-lists-starters-and-reserves" TargetMode="External"/><Relationship Id="rId14" Type="http://schemas.openxmlformats.org/officeDocument/2006/relationships/hyperlink" Target="https://new.cbssports.com/wnba/news/2026-wnba-all-star-draft-caitlin-clark-paige-bueckers/" TargetMode="External"/><Relationship Id="rId15" Type="http://schemas.openxmlformats.org/officeDocument/2006/relationships/hyperlink" Target="https://www.outsports.com/2026/7/24/24140277/wnba-all-star-game-coop-spoon-paige-bueckers-out-lgbtq-players/?utm_source=openai" TargetMode="External"/><Relationship Id="rId16" Type="http://schemas.openxmlformats.org/officeDocument/2006/relationships/hyperlink" Target="https://www.outsports.com/2026/7/24/24140297/every-out-wnba-all-star-owes-a-debt-of-gratitude-to-sue-wicks-who-blazed-the-trail/?utm_source=openai" TargetMode="External"/><Relationship Id="rId17" Type="http://schemas.openxmlformats.org/officeDocument/2006/relationships/hyperlink" Target="https://www.wnba.com/allstar/2026/roster?utm_source=openai" TargetMode="External"/><Relationship Id="rId18" Type="http://schemas.openxmlformats.org/officeDocument/2006/relationships/hyperlink" Target="https://www.nbcsports.com/wnba/news/2026-wnba-all-star-game-rosters-full-team-coop-team-spoon-player-lists-starters-and-reserves?utm_source=openai" TargetMode="External"/><Relationship Id="rId19" Type="http://schemas.openxmlformats.org/officeDocument/2006/relationships/hyperlink" Target="https://new.cbssports.com/wnba/news/2026-wnba-all-star-draft-caitlin-clark-paige-bueckers/?utm_source=openai" TargetMode="External"/><Relationship Id="rId20" Type="http://schemas.openxmlformats.org/officeDocument/2006/relationships/hyperlink" Target="https://www.outsports.com/2025/7/18/24115369/wnba-all-star-game-gay-players-lesbian-indiana-202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