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TV Dramas to Rewatch: Why It's A Sin Still Matters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streaming fans are returning to Russell T. Davies’s visceral drama, It’s A Sin, because it marries joy with tragedy and teaches younger viewers about HIV, shame and chosen family in an unforgettable, emotional way. The five-part series remains a popular, trending pick for those seeking powerful queer storytelling.</w:t>
      </w:r>
      <w:r/>
    </w:p>
    <w:p>
      <w:r/>
      <w:r>
        <w:t>Essential takeaways</w:t>
      </w:r>
      <w:r/>
      <w:r/>
    </w:p>
    <w:p>
      <w:pPr>
        <w:pStyle w:val="ListBullet"/>
        <w:spacing w:line="240" w:lineRule="auto"/>
        <w:ind w:left="720"/>
      </w:pPr>
      <w:r/>
      <w:r>
        <w:rPr>
          <w:b/>
        </w:rPr>
        <w:t>Bold emotional core:</w:t>
      </w:r>
      <w:r>
        <w:t xml:space="preserve"> It’s A Sin frames the AIDS crisis through shame and silence, not just the virus itself.</w:t>
      </w:r>
      <w:r/>
    </w:p>
    <w:p>
      <w:pPr>
        <w:pStyle w:val="ListBullet"/>
        <w:spacing w:line="240" w:lineRule="auto"/>
        <w:ind w:left="720"/>
      </w:pPr>
      <w:r/>
      <w:r>
        <w:rPr>
          <w:b/>
        </w:rPr>
        <w:t>Vivid atmosphere:</w:t>
      </w:r>
      <w:r>
        <w:t xml:space="preserve"> Parties, music and 1980s fashion give the show a lively, sometimes euphoric feel even as it darkens.</w:t>
      </w:r>
      <w:r/>
    </w:p>
    <w:p>
      <w:pPr>
        <w:pStyle w:val="ListBullet"/>
        <w:spacing w:line="240" w:lineRule="auto"/>
        <w:ind w:left="720"/>
      </w:pPr>
      <w:r/>
      <w:r>
        <w:rPr>
          <w:b/>
        </w:rPr>
        <w:t>Standout cast:</w:t>
      </w:r>
      <w:r>
        <w:t xml:space="preserve"> Olly Alexander, Lydia West, Omari Douglas, Callum Scott Howells and Nathaniel Curtis deliver nuanced performances.</w:t>
      </w:r>
      <w:r/>
    </w:p>
    <w:p>
      <w:pPr>
        <w:pStyle w:val="ListBullet"/>
        <w:spacing w:line="240" w:lineRule="auto"/>
        <w:ind w:left="720"/>
      </w:pPr>
      <w:r/>
      <w:r>
        <w:rPr>
          <w:b/>
        </w:rPr>
        <w:t>Diverse perspectives:</w:t>
      </w:r>
      <w:r>
        <w:t xml:space="preserve"> The series foregrounds class, race and religion, showing how impacts varied across communities.</w:t>
      </w:r>
      <w:r/>
    </w:p>
    <w:p>
      <w:pPr>
        <w:pStyle w:val="ListBullet"/>
        <w:spacing w:line="240" w:lineRule="auto"/>
        <w:ind w:left="720"/>
      </w:pPr>
      <w:r/>
      <w:r>
        <w:rPr>
          <w:b/>
        </w:rPr>
        <w:t>Useful for younger viewers:</w:t>
      </w:r>
      <w:r>
        <w:t xml:space="preserve"> It acts as an accessible primer on HIV history and the harm of stigma, without being didactic.</w:t>
      </w:r>
      <w:r/>
      <w:r/>
    </w:p>
    <w:p>
      <w:pPr>
        <w:pStyle w:val="Heading2"/>
      </w:pPr>
      <w:r>
        <w:t>Why the title hits like a slap , and why that matters</w:t>
      </w:r>
      <w:r/>
    </w:p>
    <w:p>
      <w:r/>
      <w:r>
        <w:t>The phrase “It’s a Sin” lands with drama and provocation, which is exactly what Russell T. Davies intended. He uses the title as both a cultural reference and a moral judgement to explore how shame shaped lives during the early AIDS years. Davies told interviewers he wanted to confront shame as the root cause of much suffering, not only the medical crisis. The result is a show that feels loud, bright and tender, but also devastatingly human. For viewers, that means an emotional mixture: you’ll laugh at the parties, wince at cruelties and carry grief through the finale. It’s a creative choice that turns history into something you feel, not just learn.</w:t>
      </w:r>
      <w:r/>
    </w:p>
    <w:p>
      <w:pPr>
        <w:pStyle w:val="Heading2"/>
      </w:pPr>
      <w:r>
        <w:t>The cast brings texture , not stereotypes</w:t>
      </w:r>
      <w:r/>
    </w:p>
    <w:p>
      <w:r/>
      <w:r>
        <w:t>Olly Alexander’s Ritchie is charismatic and complicated, and Lydia West’s Jill becomes the emotional anchor of the group. Omari Douglas’s Roscoe gives a vital voice to queer Black experience, while Nathaniel Curtis, Callum Scott Howells and the rest shape a believable found family. Critics and audiences praise the ensemble for avoiding one-note portrayals; these are people who sing, dance, bicker and grieve. The chemistry between Ritchie and Jill, in particular, reframes the show’s central relationship as a platonic love story that’s deep and sustaining. If you’re choosing an episode to show a friend, start with one that highlights those quieter, human moments , the performances are where the series quietly wins you over.</w:t>
      </w:r>
      <w:r/>
    </w:p>
    <w:p>
      <w:pPr>
        <w:pStyle w:val="Heading2"/>
      </w:pPr>
      <w:r>
        <w:t>Balancing joy and grief , Davies’s storytelling trick</w:t>
      </w:r>
      <w:r/>
    </w:p>
    <w:p>
      <w:r/>
      <w:r>
        <w:t>It’s A Sin doesn’t settle into a single tone. Davies fills scenes with synth-pop and lengthy parties, then undercuts them with the creeping reality of illness and media silence. He’s said he didn’t want the series to be only fury and agony; instead, he wanted those emotional highs to make the lows hit harder. That approach opened the show to viewers who might otherwise avoid historical medical dramas. Practically, that means the series can be a gentler entry point for younger viewers or people unfamiliar with AIDS history , they’ll be drawn in by the music and characters before the heartbreak arrives.</w:t>
      </w:r>
      <w:r/>
    </w:p>
    <w:p>
      <w:pPr>
        <w:pStyle w:val="Heading2"/>
      </w:pPr>
      <w:r>
        <w:t>Why the show still feels relevant to Gen Z and Millennials</w:t>
      </w:r>
      <w:r/>
    </w:p>
    <w:p>
      <w:r/>
      <w:r>
        <w:t>Davies observed that the social life of the protagonists , the hook-ups, the parties, the casual friendships , maps onto what many young people live through today, even if the cars and phones are different. Beyond aesthetics, the themes of secrecy, shame and societal silence about health remain resonant. For viewers who've grown up with modern treatments and less media attention on HIV, the series is a reminder of how stigma kills as surely as disease. If you’re watching with someone younger, be ready to pause and explain context: it’s a great conversation starter about how public health, politics and prejudice intersected then and still matter now.</w:t>
      </w:r>
      <w:r/>
    </w:p>
    <w:p>
      <w:pPr>
        <w:pStyle w:val="Heading2"/>
      </w:pPr>
      <w:r>
        <w:t>What to watch for on a rewatch , little details that land</w:t>
      </w:r>
      <w:r/>
    </w:p>
    <w:p>
      <w:r/>
      <w:r>
        <w:t>On a second viewing, pay attention to the smaller arcs: family dynamics, Roscoe’s conflict with conservative backgrounds, and the slow erosion of secrets. Davies layers in flinty moments that later become heartbreakingly clear. Production choices , from soundtrack cues to costume colour palettes , subtly mark shifts in mood and character. That ballet scene near the end in the Isle of Wight, for instance, is choreographed to feel both freeing and unbearably lonely. If you’re curating a watchlist, pair It’s A Sin with documentaries or essays about 1980s public health to give historical weight, or with episodes of other Davies work if you want to compare tone and themes.</w:t>
      </w:r>
      <w:r/>
    </w:p>
    <w:p>
      <w:r/>
      <w:r>
        <w:t>It's a small change to your viewing habits that can make a big difference in how you understand queer history and the cost of silence.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1">
        <w:r>
          <w:rPr>
            <w:color w:val="0000EE"/>
            <w:u w:val="single"/>
          </w:rPr>
          <w:t>[6]</w:t>
        </w:r>
      </w:hyperlink>
      <w:r>
        <w:t xml:space="preserve">- Paragraph 3: </w:t>
      </w:r>
      <w:hyperlink r:id="rId12">
        <w:r>
          <w:rPr>
            <w:color w:val="0000EE"/>
            <w:u w:val="single"/>
          </w:rPr>
          <w:t>[4]</w:t>
        </w:r>
      </w:hyperlink>
      <w:r>
        <w:t xml:space="preserve">, </w:t>
      </w:r>
      <w:hyperlink r:id="rId9">
        <w:r>
          <w:rPr>
            <w:color w:val="0000EE"/>
            <w:u w:val="single"/>
          </w:rPr>
          <w:t>[1]</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9">
        <w:r>
          <w:rPr>
            <w:color w:val="0000EE"/>
            <w:u w:val="single"/>
          </w:rPr>
          <w:t>[1]</w:t>
        </w:r>
      </w:hyperlink>
      <w:r>
        <w:t xml:space="preserve">, </w:t>
      </w:r>
      <w:hyperlink r:id="rId14">
        <w:r>
          <w:rPr>
            <w:color w:val="0000EE"/>
            <w:u w:val="single"/>
          </w:rPr>
          <w:t>[7]</w:t>
        </w:r>
      </w:hyperlink>
      <w:r>
        <w:t xml:space="preserve">- Paragraph 6: </w:t>
      </w:r>
      <w:hyperlink r:id="rId9">
        <w:r>
          <w:rPr>
            <w:color w:val="0000EE"/>
            <w:u w:val="single"/>
          </w:rPr>
          <w:t>[1]</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https://queerloveproject.substack.com/p/its-a-sin-tv-show-russel-davies</w:t>
        </w:r>
      </w:hyperlink>
      <w:r>
        <w:t xml:space="preserve"> - Please view link - unable to able to access data</w:t>
      </w:r>
      <w:r/>
    </w:p>
    <w:p>
      <w:pPr>
        <w:pStyle w:val="ListNumber"/>
        <w:spacing w:line="240" w:lineRule="auto"/>
        <w:ind w:left="720"/>
      </w:pPr>
      <w:r/>
      <w:hyperlink r:id="rId10">
        <w:r>
          <w:rPr>
            <w:color w:val="0000EE"/>
            <w:u w:val="single"/>
          </w:rPr>
          <w:t>https://en.wikipedia.org/wiki/It%27s_a_Sin_%28TV_series%29</w:t>
        </w:r>
      </w:hyperlink>
      <w:r>
        <w:t xml:space="preserve"> - 'It's a Sin' is a British drama television series written by Russell T Davies, set in London between 1981 and 1991. It follows a group of gay men and their friends during the HIV/AIDS crisis in the UK. The main cast includes Olly Alexander, Omari Douglas, Callum Scott Howells, Lydia West, and Nathaniel Curtis. The series received critical acclaim and was nominated for several awards. (</w:t>
      </w:r>
      <w:hyperlink r:id="rId16">
        <w:r>
          <w:rPr>
            <w:color w:val="0000EE"/>
            <w:u w:val="single"/>
          </w:rPr>
          <w:t>en.wikipedia.org</w:t>
        </w:r>
      </w:hyperlink>
      <w:r>
        <w:t>)</w:t>
      </w:r>
      <w:r/>
    </w:p>
    <w:p>
      <w:pPr>
        <w:pStyle w:val="ListNumber"/>
        <w:spacing w:line="240" w:lineRule="auto"/>
        <w:ind w:left="720"/>
      </w:pPr>
      <w:r/>
      <w:hyperlink r:id="rId13">
        <w:r>
          <w:rPr>
            <w:color w:val="0000EE"/>
            <w:u w:val="single"/>
          </w:rPr>
          <w:t>https://www.rottentomatoes.com/tv/its_a_sin</w:t>
        </w:r>
      </w:hyperlink>
      <w:r>
        <w:t xml:space="preserve"> - 'It's a Sin' holds a 97% rating on Rotten Tomatoes, based on 78 critic reviews, and a 92% audience score from over 250 ratings. The series is praised for its portrayal of the early 1980s gay scene and the impending AIDS crisis. (</w:t>
      </w:r>
      <w:hyperlink r:id="rId17">
        <w:r>
          <w:rPr>
            <w:color w:val="0000EE"/>
            <w:u w:val="single"/>
          </w:rPr>
          <w:t>rottentomatoes.com</w:t>
        </w:r>
      </w:hyperlink>
      <w:r>
        <w:t>)</w:t>
      </w:r>
      <w:r/>
    </w:p>
    <w:p>
      <w:pPr>
        <w:pStyle w:val="ListNumber"/>
        <w:spacing w:line="240" w:lineRule="auto"/>
        <w:ind w:left="720"/>
      </w:pPr>
      <w:r/>
      <w:hyperlink r:id="rId12">
        <w:r>
          <w:rPr>
            <w:color w:val="0000EE"/>
            <w:u w:val="single"/>
          </w:rPr>
          <w:t>https://www.radiotimes.com/tv/drama/its-a-sin-cast/</w:t>
        </w:r>
      </w:hyperlink>
      <w:r>
        <w:t xml:space="preserve"> - 'It's a Sin' features a cast led by Olly Alexander, with Omari Douglas, Callum Scott Howells, Lydia West, and Nathaniel Curtis. The series also stars Keeley Hawes, Stephen Fry, and Neil Patrick Harris. The show follows three young gay men and flatmates who move to London in 1981, facing the onset of the AIDS crisis. (</w:t>
      </w:r>
      <w:hyperlink r:id="rId18">
        <w:r>
          <w:rPr>
            <w:color w:val="0000EE"/>
            <w:u w:val="single"/>
          </w:rPr>
          <w:t>radiotimes.com</w:t>
        </w:r>
      </w:hyperlink>
      <w:r>
        <w:t>)</w:t>
      </w:r>
      <w:r/>
    </w:p>
    <w:p>
      <w:pPr>
        <w:pStyle w:val="ListNumber"/>
        <w:spacing w:line="240" w:lineRule="auto"/>
        <w:ind w:left="720"/>
      </w:pPr>
      <w:r/>
      <w:hyperlink r:id="rId15">
        <w:r>
          <w:rPr>
            <w:color w:val="0000EE"/>
            <w:u w:val="single"/>
          </w:rPr>
          <w:t>https://www.whattowatch.com/watching-guides/tip-toe-everything-we-know-about-the-russell-t-davies-drama</w:t>
        </w:r>
      </w:hyperlink>
      <w:r>
        <w:t xml:space="preserve"> - 'Tip Toe' is an upcoming thriller series created by Russell T Davies, known for 'It's a Sin' and 'Queer as Folk'. Scheduled to air on Channel 4 in the UK, likely in 2026, 'Tip Toe' explores contemporary threats and prejudices faced by the LGBTQ+ community. Set around Manchester’s Canal Street, the series centers on two next-door neighbors, Leo and Clive, whose relationship deteriorates amid societal tensions. (</w:t>
      </w:r>
      <w:hyperlink r:id="rId19">
        <w:r>
          <w:rPr>
            <w:color w:val="0000EE"/>
            <w:u w:val="single"/>
          </w:rPr>
          <w:t>whattowatch.com</w:t>
        </w:r>
      </w:hyperlink>
      <w:r>
        <w:t>)</w:t>
      </w:r>
      <w:r/>
    </w:p>
    <w:p>
      <w:pPr>
        <w:pStyle w:val="ListNumber"/>
        <w:spacing w:line="240" w:lineRule="auto"/>
        <w:ind w:left="720"/>
      </w:pPr>
      <w:r/>
      <w:hyperlink r:id="rId11">
        <w:r>
          <w:rPr>
            <w:color w:val="0000EE"/>
            <w:u w:val="single"/>
          </w:rPr>
          <w:t>https://time.com/5940173/its-a-sin-review-hbo-max/</w:t>
        </w:r>
      </w:hyperlink>
      <w:r>
        <w:t xml:space="preserve"> - 'It's a Sin', created by Russell T Davies, vividly portrays a group of friends navigating life and the onset of the AIDS crisis in 1980s London. Premiering on HBO Max in February 2021, the series focuses on Ritchie Tozer and his friends, who form a chosen family in the face of the epidemic. The show has been praised for its emotional depth and historical accuracy. (</w:t>
      </w:r>
      <w:hyperlink r:id="rId20">
        <w:r>
          <w:rPr>
            <w:color w:val="0000EE"/>
            <w:u w:val="single"/>
          </w:rPr>
          <w:t>time.com</w:t>
        </w:r>
      </w:hyperlink>
      <w:r>
        <w:t>)</w:t>
      </w:r>
      <w:r/>
    </w:p>
    <w:p>
      <w:pPr>
        <w:pStyle w:val="ListNumber"/>
        <w:spacing w:line="240" w:lineRule="auto"/>
        <w:ind w:left="720"/>
      </w:pPr>
      <w:r/>
      <w:hyperlink r:id="rId14">
        <w:r>
          <w:rPr>
            <w:color w:val="0000EE"/>
            <w:u w:val="single"/>
          </w:rPr>
          <w:t>https://time.com/5939522/its-a-sin-history-hiv-transphobia/</w:t>
        </w:r>
      </w:hyperlink>
      <w:r>
        <w:t xml:space="preserve"> - 'It's a Sin' explores the lives of gay men in London during the 1980s AIDS crisis. Inspired by real stories from families who learned their sons were gay and dying from AIDS at the same time, the series highlights the joys and tragedies experienced during that period. The drama also draws attention to the stigma and misinformation surrounding HIV/AIDS, both in the 1980s and today. (</w:t>
      </w:r>
      <w:hyperlink r:id="rId21">
        <w:r>
          <w:rPr>
            <w:color w:val="0000EE"/>
            <w:u w:val="single"/>
          </w:rPr>
          <w:t>time.com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queerloveproject.substack.com/p/its-a-sin-tv-show-russel-davies" TargetMode="External"/><Relationship Id="rId10" Type="http://schemas.openxmlformats.org/officeDocument/2006/relationships/hyperlink" Target="https://en.wikipedia.org/wiki/It%27s_a_Sin_%28TV_series%29" TargetMode="External"/><Relationship Id="rId11" Type="http://schemas.openxmlformats.org/officeDocument/2006/relationships/hyperlink" Target="https://time.com/5940173/its-a-sin-review-hbo-max/" TargetMode="External"/><Relationship Id="rId12" Type="http://schemas.openxmlformats.org/officeDocument/2006/relationships/hyperlink" Target="https://www.radiotimes.com/tv/drama/its-a-sin-cast/" TargetMode="External"/><Relationship Id="rId13" Type="http://schemas.openxmlformats.org/officeDocument/2006/relationships/hyperlink" Target="https://www.rottentomatoes.com/tv/its_a_sin" TargetMode="External"/><Relationship Id="rId14" Type="http://schemas.openxmlformats.org/officeDocument/2006/relationships/hyperlink" Target="https://time.com/5939522/its-a-sin-history-hiv-transphobia/" TargetMode="External"/><Relationship Id="rId15" Type="http://schemas.openxmlformats.org/officeDocument/2006/relationships/hyperlink" Target="https://www.whattowatch.com/watching-guides/tip-toe-everything-we-know-about-the-russell-t-davies-drama" TargetMode="External"/><Relationship Id="rId16" Type="http://schemas.openxmlformats.org/officeDocument/2006/relationships/hyperlink" Target="https://en.wikipedia.org/wiki/It%27s_a_Sin_%28TV_series%29?utm_source=openai" TargetMode="External"/><Relationship Id="rId17" Type="http://schemas.openxmlformats.org/officeDocument/2006/relationships/hyperlink" Target="https://www.rottentomatoes.com/tv/its_a_sin?utm_source=openai" TargetMode="External"/><Relationship Id="rId18" Type="http://schemas.openxmlformats.org/officeDocument/2006/relationships/hyperlink" Target="https://www.radiotimes.com/tv/drama/its-a-sin-cast/?utm_source=openai" TargetMode="External"/><Relationship Id="rId19" Type="http://schemas.openxmlformats.org/officeDocument/2006/relationships/hyperlink" Target="https://www.whattowatch.com/watching-guides/tip-toe-everything-we-know-about-the-russell-t-davies-drama?utm_source=openai" TargetMode="External"/><Relationship Id="rId20" Type="http://schemas.openxmlformats.org/officeDocument/2006/relationships/hyperlink" Target="https://time.com/5940173/its-a-sin-review-hbo-max/?utm_source=openai" TargetMode="External"/><Relationship Id="rId21" Type="http://schemas.openxmlformats.org/officeDocument/2006/relationships/hyperlink" Target="https://time.com/5939522/its-a-sin-history-hiv-transphobia/?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