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the Heated Rivalry GQ Row and What It Means for Queer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noticing that mainstream fascination with queer kisses isn’t the same as true representation; GQ’s eyebrow-raising post about Heated Rivalry sparked outrage and a wider conversation about what visibility actually buys the LGBTQ+ community right now. This matters because hits like Heated Rivalry show demand, even as film and TV representation and trans visibility are slipping.</w:t>
      </w:r>
      <w:r/>
    </w:p>
    <w:p>
      <w:r/>
      <w:r>
        <w:t>Essential Takeaways</w:t>
      </w:r>
      <w:r/>
      <w:r/>
    </w:p>
    <w:p>
      <w:pPr>
        <w:pStyle w:val="ListBullet"/>
        <w:spacing w:line="240" w:lineRule="auto"/>
        <w:ind w:left="720"/>
      </w:pPr>
      <w:r/>
      <w:r>
        <w:rPr>
          <w:b/>
        </w:rPr>
        <w:t>Straight fascination, not progress:</w:t>
      </w:r>
      <w:r>
        <w:t xml:space="preserve"> A viral trend of straight men making out can feel titillating, but it doesn’t replace real queer representation.</w:t>
      </w:r>
      <w:r/>
    </w:p>
    <w:p>
      <w:pPr>
        <w:pStyle w:val="ListBullet"/>
        <w:spacing w:line="240" w:lineRule="auto"/>
        <w:ind w:left="720"/>
      </w:pPr>
      <w:r/>
      <w:r>
        <w:rPr>
          <w:b/>
        </w:rPr>
        <w:t>Representation is declining:</w:t>
      </w:r>
      <w:r>
        <w:t xml:space="preserve"> Recent industry reports show fewer LGBTQ+ characters in major films and a worrying drop in trans visibility.</w:t>
      </w:r>
      <w:r/>
    </w:p>
    <w:p>
      <w:pPr>
        <w:pStyle w:val="ListBullet"/>
        <w:spacing w:line="240" w:lineRule="auto"/>
        <w:ind w:left="720"/>
      </w:pPr>
      <w:r/>
      <w:r>
        <w:rPr>
          <w:b/>
        </w:rPr>
        <w:t>Heated Rivalry’s impact is real:</w:t>
      </w:r>
      <w:r>
        <w:t xml:space="preserve"> The show proved queer-led drama can draw mass audiences and mainstream money.</w:t>
      </w:r>
      <w:r/>
    </w:p>
    <w:p>
      <w:pPr>
        <w:pStyle w:val="ListBullet"/>
        <w:spacing w:line="240" w:lineRule="auto"/>
        <w:ind w:left="720"/>
      </w:pPr>
      <w:r/>
      <w:r>
        <w:rPr>
          <w:b/>
        </w:rPr>
        <w:t>Context matters:</w:t>
      </w:r>
      <w:r>
        <w:t xml:space="preserve"> Public displays of affection by straight men don’t tackle the legal and social threats facing LGBTQ+ people.</w:t>
      </w:r>
      <w:r/>
    </w:p>
    <w:p>
      <w:pPr>
        <w:pStyle w:val="ListBullet"/>
        <w:spacing w:line="240" w:lineRule="auto"/>
        <w:ind w:left="720"/>
      </w:pPr>
      <w:r/>
      <w:r>
        <w:rPr>
          <w:b/>
        </w:rPr>
        <w:t>Choose nuance:</w:t>
      </w:r>
      <w:r>
        <w:t xml:space="preserve"> Enjoy the show’s romance and production values, but don’t confuse fandom with cultural change.</w:t>
      </w:r>
      <w:r/>
      <w:r/>
    </w:p>
    <w:p>
      <w:pPr>
        <w:pStyle w:val="Heading2"/>
      </w:pPr>
      <w:r>
        <w:t>Why one GQ Instagram post set off a bigger conversation</w:t>
      </w:r>
      <w:r/>
    </w:p>
    <w:p>
      <w:r/>
      <w:r>
        <w:t>GQ’s now-deleted post that compared the queer love story in Heated Rivalry to a wider trend of men displaying affection lit up social feeds for all the wrong reasons; the caption’s “no homo, FR” vibe rubbed many viewers the wrong way. Reaction was instant and loud, because people spot the difference between fetishising queer intimacy and actually supporting queer lives. The image of straight fandom reaching for queer aesthetics while skipping the politics is familiar, and it feels a little hollow when protections for LGBTQ+ people are shrinking.</w:t>
      </w:r>
      <w:r/>
    </w:p>
    <w:p>
      <w:pPr>
        <w:pStyle w:val="Heading2"/>
      </w:pPr>
      <w:r>
        <w:t>Heated Rivalry proved queer storytelling sells , but selling isn’t the same as safety</w:t>
      </w:r>
      <w:r/>
    </w:p>
    <w:p>
      <w:r/>
      <w:r>
        <w:t>Heated Rivalry’s success shows there’s a paying audience for queer romance, complete with the steamy scenes and meticulous production design fans adore. According to entertainment coverage, the show turned niche source material into mainstream binge fodder, and that matters: when queer stories make money, decision-makers pay attention. Still, market success doesn’t automatically shift social attitudes or halt attacks on rights, so it’s wise to celebrate the show while staying realistic about broader gains.</w:t>
      </w:r>
      <w:r/>
    </w:p>
    <w:p>
      <w:pPr>
        <w:pStyle w:val="Heading2"/>
      </w:pPr>
      <w:r>
        <w:t>The hard data: representation is slipping, especially for trans people</w:t>
      </w:r>
      <w:r/>
    </w:p>
    <w:p>
      <w:r/>
      <w:r>
        <w:t>Recent industry reports and journalism make the problem plain: overall LGBTQ+ inclusion in major films and TV has declined in the years since a brief boom, and trans characters are especially absent. Coverage from media outlets tracking representation highlights multi-year drops and stark numbers , zero trans characters in hundreds of top studio releases in recent analyses. That decline undermines the idea that a handful of high-profile queer moments equals cultural progress.</w:t>
      </w:r>
      <w:r/>
    </w:p>
    <w:p>
      <w:pPr>
        <w:pStyle w:val="Heading2"/>
      </w:pPr>
      <w:r>
        <w:t>Why straight PDA trends aren’t a win for queer people</w:t>
      </w:r>
      <w:r/>
    </w:p>
    <w:p>
      <w:r/>
      <w:r>
        <w:t>There’s a cultural shortcut at play when viral moments of straight men kissing are praised as proof of growing acceptance. Those moments can be fun to watch, and they might make some viewers uncomfortable in a productive way, but they don’t ask audiences to engage with the systemic issues queer people face. Experts and activists point out that visibility without context lets viewers take the titillating bits and ignore the rest: legal threats, everyday discrimination, and the very real erosion of trans rights.</w:t>
      </w:r>
      <w:r/>
    </w:p>
    <w:p>
      <w:pPr>
        <w:pStyle w:val="Heading2"/>
      </w:pPr>
      <w:r>
        <w:t>What viewers can do when enjoying queer TV without losing perspective</w:t>
      </w:r>
      <w:r/>
    </w:p>
    <w:p>
      <w:r/>
      <w:r>
        <w:t>You can love a show and still read the headlines. If Heated Rivalry brought you to queer storytelling, seek out other queer-written and -led work, support queer creators, and pay attention to reporting on rights and representation. Practical steps include following advocacy groups, voting with your wallet toward diverse content, and calling out lazy headlines or posts that reduce queerness to a trend. Small choices add up: more intentional support helps turn virality into lasting representation.</w:t>
      </w:r>
      <w:r/>
    </w:p>
    <w:p>
      <w:r/>
      <w:r>
        <w:t>It's a thrilling show, but remember to care about the people behind the stories as much as you enjoy the smouldering scenes.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1">
        <w:r>
          <w:rPr>
            <w:color w:val="0000EE"/>
            <w:u w:val="single"/>
          </w:rPr>
          <w:t>[7]</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2">
        <w:r>
          <w:rPr>
            <w:color w:val="0000EE"/>
            <w:u w:val="single"/>
          </w:rPr>
          <w:t>[4]</w:t>
        </w:r>
      </w:hyperlink>
      <w:r>
        <w:t xml:space="preserve">, </w:t>
      </w:r>
      <w:hyperlink r:id="rId14">
        <w:r>
          <w:rPr>
            <w:color w:val="0000EE"/>
            <w:u w:val="single"/>
          </w:rPr>
          <w:t>[5]</w:t>
        </w:r>
      </w:hyperlink>
      <w:r>
        <w:t xml:space="preserve">- Paragraph 5: </w:t>
      </w:r>
      <w:hyperlink r:id="rId15">
        <w:r>
          <w:rPr>
            <w:color w:val="0000EE"/>
            <w:u w:val="single"/>
          </w:rPr>
          <w:t>[6]</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https://www.queerty.com/the-gays-would-like-a-strong-word-about-gqs-no-heated-rivalry-post-20260724/</w:t>
        </w:r>
      </w:hyperlink>
      <w:r>
        <w:t xml:space="preserve"> - Please view link - unable to able to access data</w:t>
      </w:r>
      <w:r/>
    </w:p>
    <w:p>
      <w:pPr>
        <w:pStyle w:val="ListNumber"/>
        <w:spacing w:line="240" w:lineRule="auto"/>
        <w:ind w:left="720"/>
      </w:pPr>
      <w:r/>
      <w:hyperlink r:id="rId10">
        <w:r>
          <w:rPr>
            <w:color w:val="0000EE"/>
            <w:u w:val="single"/>
          </w:rPr>
          <w:t>https://www.theguardian.com/film/2026/jul/09/lgbtq-film-representation-glaad-study</w:t>
        </w:r>
      </w:hyperlink>
      <w:r>
        <w:t xml:space="preserve"> - A recent GLAAD study reveals a decline in LGBTQ+ representation in films, with only 20.4% of major studio movies in 2025 featuring LGBTQ+ characters. This marks a third consecutive year of decline, highlighting the need for increased inclusivity in the film industry.</w:t>
      </w:r>
      <w:r/>
    </w:p>
    <w:p>
      <w:pPr>
        <w:pStyle w:val="ListNumber"/>
        <w:spacing w:line="240" w:lineRule="auto"/>
        <w:ind w:left="720"/>
      </w:pPr>
      <w:r/>
      <w:hyperlink r:id="rId13">
        <w:r>
          <w:rPr>
            <w:color w:val="0000EE"/>
            <w:u w:val="single"/>
          </w:rPr>
          <w:t>https://www.lgbtqnation.com/2026/07/hollywood-stopped-making-films-with-trans-characters-as-lgbtq-representation-declines/</w:t>
        </w:r>
      </w:hyperlink>
      <w:r>
        <w:t xml:space="preserve"> - GLAAD's latest report indicates a significant drop in LGBTQ+ representation in Hollywood, with no trans characters appearing in 2025's major studio films. This absence underscores the challenges faced by the LGBTQ+ community in achieving equitable representation in mainstream media.</w:t>
      </w:r>
      <w:r/>
    </w:p>
    <w:p>
      <w:pPr>
        <w:pStyle w:val="ListNumber"/>
        <w:spacing w:line="240" w:lineRule="auto"/>
        <w:ind w:left="720"/>
      </w:pPr>
      <w:r/>
      <w:hyperlink r:id="rId12">
        <w:r>
          <w:rPr>
            <w:color w:val="0000EE"/>
            <w:u w:val="single"/>
          </w:rPr>
          <w:t>https://www.thewrap.com/glaad-where-we-are-on-tv-2024-2025-report-findings/</w:t>
        </w:r>
      </w:hyperlink>
      <w:r>
        <w:t xml:space="preserve"> - GLAAD's 'Where We Are on TV' report highlights a concerning trend: 41% of LGBTQ+ TV characters from the 2024-2025 season will not return in 2026 due to cancellations or series conclusions. This suggests a potential decrease in LGBTQ+ representation on television.</w:t>
      </w:r>
      <w:r/>
    </w:p>
    <w:p>
      <w:pPr>
        <w:pStyle w:val="ListNumber"/>
        <w:spacing w:line="240" w:lineRule="auto"/>
        <w:ind w:left="720"/>
      </w:pPr>
      <w:r/>
      <w:hyperlink r:id="rId14">
        <w:r>
          <w:rPr>
            <w:color w:val="0000EE"/>
            <w:u w:val="single"/>
          </w:rPr>
          <w:t>https://apnews.com/article/153f383bc27b0e6f0b17284b783e8556</w:t>
        </w:r>
      </w:hyperlink>
      <w:r>
        <w:t xml:space="preserve"> - A new GLAAD study shows a 4% increase in LGBTQ+ representation on primetime television, driven by shows such as 'Abbott Elementary', 'Hacks', 'Heartstopper', 'The Last of Us', and 'Yellowjackets'.</w:t>
      </w:r>
      <w:r/>
    </w:p>
    <w:p>
      <w:pPr>
        <w:pStyle w:val="ListNumber"/>
        <w:spacing w:line="240" w:lineRule="auto"/>
        <w:ind w:left="720"/>
      </w:pPr>
      <w:r/>
      <w:hyperlink r:id="rId15">
        <w:r>
          <w:rPr>
            <w:color w:val="0000EE"/>
            <w:u w:val="single"/>
          </w:rPr>
          <w:t>https://apnews.com/article/801f41aec6cc476a12fe1a670ea68a22</w:t>
        </w:r>
      </w:hyperlink>
      <w:r>
        <w:t xml:space="preserve"> - 'Heated Rivalry', adapted from Rachel Reid’s 2019 novel, has become a major hit since its Thanksgiving weekend premiere. The show centers on a decade-long secret romance between hockey players Shane Hollander and Ilya Rozanov, blending intense sports drama with explicit queer romance.</w:t>
      </w:r>
      <w:r/>
    </w:p>
    <w:p>
      <w:pPr>
        <w:pStyle w:val="ListNumber"/>
        <w:spacing w:line="240" w:lineRule="auto"/>
        <w:ind w:left="720"/>
      </w:pPr>
      <w:r/>
      <w:hyperlink r:id="rId11">
        <w:r>
          <w:rPr>
            <w:color w:val="0000EE"/>
            <w:u w:val="single"/>
          </w:rPr>
          <w:t>https://www.cinemablend.com/movies/features/im-watching-heated-rivalry-smutty-tv-show-queer-folks</w:t>
        </w:r>
      </w:hyperlink>
      <w:r>
        <w:t xml:space="preserve"> - The article is a personal commentary on the TV show 'Heated Rivalry', praised for being a rare example of a queer-focused, steamy romantic series. The author expresses excitement over discovering this show on HBO Max, highlighting its authentic LGBTQ+ representation and unusually graphic love scenes between men.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the-gays-would-like-a-strong-word-about-gqs-no-heated-rivalry-post-20260724/" TargetMode="External"/><Relationship Id="rId10" Type="http://schemas.openxmlformats.org/officeDocument/2006/relationships/hyperlink" Target="https://www.theguardian.com/film/2026/jul/09/lgbtq-film-representation-glaad-study" TargetMode="External"/><Relationship Id="rId11" Type="http://schemas.openxmlformats.org/officeDocument/2006/relationships/hyperlink" Target="https://www.cinemablend.com/movies/features/im-watching-heated-rivalry-smutty-tv-show-queer-folks" TargetMode="External"/><Relationship Id="rId12" Type="http://schemas.openxmlformats.org/officeDocument/2006/relationships/hyperlink" Target="https://www.thewrap.com/glaad-where-we-are-on-tv-2024-2025-report-findings/" TargetMode="External"/><Relationship Id="rId13" Type="http://schemas.openxmlformats.org/officeDocument/2006/relationships/hyperlink" Target="https://www.lgbtqnation.com/2026/07/hollywood-stopped-making-films-with-trans-characters-as-lgbtq-representation-declines/" TargetMode="External"/><Relationship Id="rId14" Type="http://schemas.openxmlformats.org/officeDocument/2006/relationships/hyperlink" Target="https://apnews.com/article/153f383bc27b0e6f0b17284b783e8556" TargetMode="External"/><Relationship Id="rId15" Type="http://schemas.openxmlformats.org/officeDocument/2006/relationships/hyperlink" Target="https://apnews.com/article/801f41aec6cc476a12fe1a670ea68a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