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San Diego Diocese Pride Mass: Why It’s Turning Heads This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a striking shift as San Diego’s Catholic Diocese stepped squarely into Pride Week with an “All Are Welcome” Mass on Hillcrest’s St. John the Evangelist Church, drawing colourful liturgy, clergy participation and invitations to march , a visible olive branch that matters to parishioners and the city’s LGBTQ+ community.</w:t>
      </w:r>
      <w:r/>
    </w:p>
    <w:p>
      <w:r/>
      <w:r>
        <w:t>Essential Takeaways</w:t>
      </w:r>
      <w:r/>
      <w:r/>
    </w:p>
    <w:p>
      <w:pPr>
        <w:pStyle w:val="ListBullet"/>
        <w:spacing w:line="240" w:lineRule="auto"/>
        <w:ind w:left="720"/>
      </w:pPr>
      <w:r/>
      <w:r>
        <w:rPr>
          <w:b/>
        </w:rPr>
        <w:t>Bold visuals:</w:t>
      </w:r>
      <w:r>
        <w:t xml:space="preserve"> The church interior was heavily decorated with rainbow and Progress Pride flags, banners and flower arrangements, creating a bright, celebratory feel.</w:t>
      </w:r>
      <w:r/>
    </w:p>
    <w:p>
      <w:pPr>
        <w:pStyle w:val="ListBullet"/>
        <w:spacing w:line="240" w:lineRule="auto"/>
        <w:ind w:left="720"/>
      </w:pPr>
      <w:r/>
      <w:r>
        <w:rPr>
          <w:b/>
        </w:rPr>
        <w:t>Clergy participation:</w:t>
      </w:r>
      <w:r>
        <w:t xml:space="preserve"> Several priests and deacons, including Jesuits and parish leaders, processed and concelebrated; some wore rainbow-patterned stoles.</w:t>
      </w:r>
      <w:r/>
    </w:p>
    <w:p>
      <w:pPr>
        <w:pStyle w:val="ListBullet"/>
        <w:spacing w:line="240" w:lineRule="auto"/>
        <w:ind w:left="720"/>
      </w:pPr>
      <w:r/>
      <w:r>
        <w:rPr>
          <w:b/>
        </w:rPr>
        <w:t>Inclusive messaging:</w:t>
      </w:r>
      <w:r>
        <w:t xml:space="preserve"> Bishop Michael Pham sent a message urging welcome, conversion and mutual respect; the homily focused on grace, authenticity and healing.</w:t>
      </w:r>
      <w:r/>
    </w:p>
    <w:p>
      <w:pPr>
        <w:pStyle w:val="ListBullet"/>
        <w:spacing w:line="240" w:lineRule="auto"/>
        <w:ind w:left="720"/>
      </w:pPr>
      <w:r/>
      <w:r>
        <w:rPr>
          <w:b/>
        </w:rPr>
        <w:t>Community action:</w:t>
      </w:r>
      <w:r>
        <w:t xml:space="preserve"> Attendees were invited to join the San Diego Pride Parade later in the week, signalling an outward, communal engagement.</w:t>
      </w:r>
      <w:r/>
    </w:p>
    <w:p>
      <w:pPr>
        <w:pStyle w:val="ListBullet"/>
        <w:spacing w:line="240" w:lineRule="auto"/>
        <w:ind w:left="720"/>
      </w:pPr>
      <w:r/>
      <w:r>
        <w:rPr>
          <w:b/>
        </w:rPr>
        <w:t>Local context:</w:t>
      </w:r>
      <w:r>
        <w:t xml:space="preserve"> The event took place in Hillcrest, the city’s historic LGBTQ+ neighbourhood, tying sacred ritual to a public civic moment.</w:t>
      </w:r>
      <w:r/>
      <w:r/>
    </w:p>
    <w:p>
      <w:pPr>
        <w:pStyle w:val="Heading2"/>
      </w:pPr>
      <w:r>
        <w:t>A vivid welcome in a historic neighbourhood</w:t>
      </w:r>
      <w:r/>
    </w:p>
    <w:p>
      <w:r/>
      <w:r>
        <w:t>The visual contrast was immediate: marble columns and candles beside rainbow banners and Progress Pride decor, creating a warm, quirky mix that felt both sacred and distinctly of the streets. According to local event listings, Hillcrest is the hub of San Diego’s Pride activities, so staging the Mass there linked ritual to place. For many, the decorations made the message clear before a word was said , you’re seen, you belong. If you’re choosing a parish for outreach, look for gestures like reserved seating for LGBTQ ministries or visible symbols that say inclusion is practised, not just preached.</w:t>
      </w:r>
      <w:r/>
    </w:p>
    <w:p>
      <w:pPr>
        <w:pStyle w:val="Heading2"/>
      </w:pPr>
      <w:r>
        <w:t>Clergy on the aisle , what their presence signals</w:t>
      </w:r>
      <w:r/>
    </w:p>
    <w:p>
      <w:r/>
      <w:r>
        <w:t>Priests and deacons from across the diocese processed together, some wearing rainbow-patterned stoles, and concelebrants included Jesuit and university chaplaincy clergy. That level of participation matters; it signals institutional engagement beyond a single parish. Events like this often follow months of local pastoral work, and they shift the tone when clerics choose to be publicly present. If you’re evaluating whether a church is welcoming, notice whether leadership shows up visibly for community events , that’s a practical barometer.</w:t>
      </w:r>
      <w:r/>
    </w:p>
    <w:p>
      <w:pPr>
        <w:pStyle w:val="Heading2"/>
      </w:pPr>
      <w:r>
        <w:t>The homily: grace, authenticity and the work of healing</w:t>
      </w:r>
      <w:r/>
    </w:p>
    <w:p>
      <w:r/>
      <w:r>
        <w:t>A Jesuit priest framed the homily around grace as seed scattered widely, then directly applied the imagery to LGBTQ people and their families, describing authenticity as a gift to the “soil of the heart.” The message leaned into healing from rejection and enlarging one’s capacity for love, a pastoral tack that can feel comforting for those who’ve experienced hurt. When churches focus on personal journeys rather than policy, congregants often report a quieter emotional shift , small language changes can make attendance feel less risky.</w:t>
      </w:r>
      <w:r/>
    </w:p>
    <w:p>
      <w:pPr>
        <w:pStyle w:val="Heading2"/>
      </w:pPr>
      <w:r>
        <w:t>Messaging from the bishop and the practical invitation</w:t>
      </w:r>
      <w:r/>
    </w:p>
    <w:p>
      <w:r/>
      <w:r>
        <w:t>Bishop Michael Pham sent an open, handwritten-style message urging encounter and participation in Church life, while also reminding Catholics of conversion, prayer and discipleship. Those notes are simultaneously pastoral and procedural, balancing welcome with tradition. The invite to march in the Pride Parade turned liturgy into action, offering a clear next step for people who wanted to show solidarity. If you plan to attend similar services, check parish communications first , many groups will organise seating, banners and post-service plans for marching or socialising.</w:t>
      </w:r>
      <w:r/>
    </w:p>
    <w:p>
      <w:pPr>
        <w:pStyle w:val="Heading2"/>
      </w:pPr>
      <w:r>
        <w:t>How this fits into wider Pride Week activity</w:t>
      </w:r>
      <w:r/>
    </w:p>
    <w:p>
      <w:r/>
      <w:r>
        <w:t>San Diego’s Pride Week is packed with events , from rallies to family-friendly activities and the main parade , and the cathedral and multiple parishes have been timing special services to coincide with celebration. Pulling a Mass into the centre of Hillcrest shows an institutional willingness to meet people where they are, and it reflects a broader trend of faith communities engaging more publicly with Pride programming. For locals deciding where to volunteer or worship, tie the liturgical calendar to civic events and you’ll spot which congregations prioritise community outreach.</w:t>
      </w:r>
      <w:r/>
    </w:p>
    <w:p>
      <w:r/>
      <w:r>
        <w:t>It's a small change that can make every welcome feel a bit more real.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10">
        <w:r>
          <w:rPr>
            <w:color w:val="0000EE"/>
            <w:u w:val="single"/>
          </w:rPr>
          <w:t>[2]</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https://www.cal-catholic.com/san-diego-diocese-jumps-into-gay-pride-fest-with-both-feet/</w:t>
        </w:r>
      </w:hyperlink>
      <w:r>
        <w:t xml:space="preserve"> - Please view link - unable to able to access data</w:t>
      </w:r>
      <w:r/>
    </w:p>
    <w:p>
      <w:pPr>
        <w:pStyle w:val="ListNumber"/>
        <w:spacing w:line="240" w:lineRule="auto"/>
        <w:ind w:left="720"/>
      </w:pPr>
      <w:r/>
      <w:hyperlink r:id="rId10">
        <w:r>
          <w:rPr>
            <w:color w:val="0000EE"/>
            <w:u w:val="single"/>
          </w:rPr>
          <w:t>https://www.sandiego.org/explore/events/arts-culture/san-diego-pride-festival-2026.aspx</w:t>
        </w:r>
      </w:hyperlink>
      <w:r>
        <w:t xml:space="preserve"> - The San Diego Pride Festival 2026 is scheduled for Saturday, July 18, 2026, from 12:00 to 10:00 pm at Balboa Park. The festival, which began in 1974, celebrates the LGBTQIA+ community and raises funds to support various community programs. The main entrance is near 6th Ave &amp; El Prado. For more details, visit the official website.</w:t>
      </w:r>
      <w:r/>
    </w:p>
    <w:p>
      <w:pPr>
        <w:pStyle w:val="ListNumber"/>
        <w:spacing w:line="240" w:lineRule="auto"/>
        <w:ind w:left="720"/>
      </w:pPr>
      <w:r/>
      <w:hyperlink r:id="rId14">
        <w:r>
          <w:rPr>
            <w:color w:val="0000EE"/>
            <w:u w:val="single"/>
          </w:rPr>
          <w:t>https://www.sandiego.org/explore/events/arts-culture/san-diego-pride-parade-2026.aspx</w:t>
        </w:r>
      </w:hyperlink>
      <w:r>
        <w:t xml:space="preserve"> - The San Diego Pride Parade 2026 is set for Saturday, July 18, 2026, from 10:00 am to 3:00 pm. Starting at University Ave &amp; Richmond Ave, the parade is the largest single-day civic event in the region, attracting over 250,000 supporters of the LGBTQIA+ community. For more information, refer to the official website.</w:t>
      </w:r>
      <w:r/>
    </w:p>
    <w:p>
      <w:pPr>
        <w:pStyle w:val="ListNumber"/>
        <w:spacing w:line="240" w:lineRule="auto"/>
        <w:ind w:left="720"/>
      </w:pPr>
      <w:r/>
      <w:hyperlink r:id="rId12">
        <w:r>
          <w:rPr>
            <w:color w:val="0000EE"/>
            <w:u w:val="single"/>
          </w:rPr>
          <w:t>https://www.sandiego.org/explore/events/arts-culture/spirit-of-stonewall-rally-2026.aspx</w:t>
        </w:r>
      </w:hyperlink>
      <w:r>
        <w:t xml:space="preserve"> - The Spirit of Stonewall Rally 2026 is scheduled for Friday, July 17, 2026, at 6:00 pm, located at 535 Robinson Ave, San Diego, CA. The rally honours leaders working to preserve gains and address challenges facing the LGBTQIA+ community. For more details, visit the official website.</w:t>
      </w:r>
      <w:r/>
    </w:p>
    <w:p>
      <w:pPr>
        <w:pStyle w:val="ListNumber"/>
        <w:spacing w:line="240" w:lineRule="auto"/>
        <w:ind w:left="720"/>
      </w:pPr>
      <w:r/>
      <w:hyperlink r:id="rId11">
        <w:r>
          <w:rPr>
            <w:color w:val="0000EE"/>
            <w:u w:val="single"/>
          </w:rPr>
          <w:t>https://www.sandiego.org/explore/events/arts-culture/light-up-the-cathedral-for-pride-2026.aspx</w:t>
        </w:r>
      </w:hyperlink>
      <w:r>
        <w:t xml:space="preserve"> - The Light Up the Cathedral for Pride event is set for Wednesday, July 15, 2026, at 7:00 pm at St. Paul's Episcopal Cathedral, 2728 6th Avenue, San Diego, CA. The interfaith celebration includes worship, music, and prayer, concluding with the cathedral's illumination in rainbow colours. For more information, visit the official website.</w:t>
      </w:r>
      <w:r/>
    </w:p>
    <w:p>
      <w:pPr>
        <w:pStyle w:val="ListNumber"/>
        <w:spacing w:line="240" w:lineRule="auto"/>
        <w:ind w:left="720"/>
      </w:pPr>
      <w:r/>
      <w:hyperlink r:id="rId15">
        <w:r>
          <w:rPr>
            <w:color w:val="0000EE"/>
            <w:u w:val="single"/>
          </w:rPr>
          <w:t>https://www.sandiego.org/explore/events/arts-culture/santee-pride-walk-festival-2026.aspx</w:t>
        </w:r>
      </w:hyperlink>
      <w:r>
        <w:t xml:space="preserve"> - The Santee Pride Walk &amp; Festival is scheduled for Saturday, June 1, 2026, in Santee, CA. Hosted by Santee United Methodist Church, the event features a walk, speakers, and a festival with vendors, live music, line dancing, and a DJ. For more details, refer to the official website.</w:t>
      </w:r>
      <w:r/>
    </w:p>
    <w:p>
      <w:pPr>
        <w:pStyle w:val="ListNumber"/>
        <w:spacing w:line="240" w:lineRule="auto"/>
        <w:ind w:left="720"/>
      </w:pPr>
      <w:r/>
      <w:hyperlink r:id="rId13">
        <w:r>
          <w:rPr>
            <w:color w:val="0000EE"/>
            <w:u w:val="single"/>
          </w:rPr>
          <w:t>https://www.sandiego.org/explore/events/arts-culture/lgbtq-luminaires-lunch-2026.aspx</w:t>
        </w:r>
      </w:hyperlink>
      <w:r>
        <w:t xml:space="preserve"> - The LGBTQ+ Luminaires Lunch 2026 is set for Thursday, June 18, 2026, at 11:30 am at San Diego Bayfront Park. Organised by the San Diego LGBT Community Center, the event celebrates leaders and changemakers in the LGBTQ+ community. For more information, visit the official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al-catholic.com/san-diego-diocese-jumps-into-gay-pride-fest-with-both-feet/" TargetMode="External"/><Relationship Id="rId10" Type="http://schemas.openxmlformats.org/officeDocument/2006/relationships/hyperlink" Target="https://www.sandiego.org/explore/events/arts-culture/san-diego-pride-festival-2026.aspx" TargetMode="External"/><Relationship Id="rId11" Type="http://schemas.openxmlformats.org/officeDocument/2006/relationships/hyperlink" Target="https://www.sandiego.org/explore/events/arts-culture/light-up-the-cathedral-for-pride-2026.aspx" TargetMode="External"/><Relationship Id="rId12" Type="http://schemas.openxmlformats.org/officeDocument/2006/relationships/hyperlink" Target="https://www.sandiego.org/explore/events/arts-culture/spirit-of-stonewall-rally-2026.aspx" TargetMode="External"/><Relationship Id="rId13" Type="http://schemas.openxmlformats.org/officeDocument/2006/relationships/hyperlink" Target="https://www.sandiego.org/explore/events/arts-culture/lgbtq-luminaires-lunch-2026.aspx" TargetMode="External"/><Relationship Id="rId14" Type="http://schemas.openxmlformats.org/officeDocument/2006/relationships/hyperlink" Target="https://www.sandiego.org/explore/events/arts-culture/san-diego-pride-parade-2026.aspx" TargetMode="External"/><Relationship Id="rId15" Type="http://schemas.openxmlformats.org/officeDocument/2006/relationships/hyperlink" Target="https://www.sandiego.org/explore/events/arts-culture/santee-pride-walk-festival-2026.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