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Reguliersdwarsstraat Spots for Pride: Where Community, History and Nightlife Meet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lively Reguliersdwarsstraat, where decades of queer history, iconic bars and a mixed crowd make for a safe, colourful night out in Amsterdam , perfect for WorldPride visitors and locals alike who want authentic queer culture, good drinks and a feeling of belonging.</w:t>
      </w:r>
      <w:r/>
    </w:p>
    <w:p>
      <w:r/>
      <w:r>
        <w:t>Essential Takeaways</w:t>
      </w:r>
      <w:r/>
      <w:r/>
    </w:p>
    <w:p>
      <w:pPr>
        <w:pStyle w:val="ListBullet"/>
        <w:spacing w:line="240" w:lineRule="auto"/>
        <w:ind w:left="720"/>
      </w:pPr>
      <w:r/>
      <w:r>
        <w:rPr>
          <w:b/>
        </w:rPr>
        <w:t>Historic heart:</w:t>
      </w:r>
      <w:r>
        <w:t xml:space="preserve"> Reguliersdwarsstraat grew into Amsterdam’s queer nightlife hub from the 1960s and peaked in the 1980s, giving the street a deep, lived-in atmosphere.</w:t>
      </w:r>
      <w:r/>
    </w:p>
    <w:p>
      <w:pPr>
        <w:pStyle w:val="ListBullet"/>
        <w:spacing w:line="240" w:lineRule="auto"/>
        <w:ind w:left="720"/>
      </w:pPr>
      <w:r/>
      <w:r>
        <w:rPr>
          <w:b/>
        </w:rPr>
        <w:t>Mixed crowd, safer vibe:</w:t>
      </w:r>
      <w:r>
        <w:t xml:space="preserve"> A blend of queer regulars, curious tourists and hetero visitors contributes to a feeling of safety and energy.</w:t>
      </w:r>
      <w:r/>
    </w:p>
    <w:p>
      <w:pPr>
        <w:pStyle w:val="ListBullet"/>
        <w:spacing w:line="240" w:lineRule="auto"/>
        <w:ind w:left="720"/>
      </w:pPr>
      <w:r/>
      <w:r>
        <w:rPr>
          <w:b/>
        </w:rPr>
        <w:t>Venues to know:</w:t>
      </w:r>
      <w:r>
        <w:t xml:space="preserve"> Club Nyx, Taboo Bar, Blend/Blend XL and Café Montmartre are core stops, each with a distinct tone and crowd.</w:t>
      </w:r>
      <w:r/>
    </w:p>
    <w:p>
      <w:pPr>
        <w:pStyle w:val="ListBullet"/>
        <w:spacing w:line="240" w:lineRule="auto"/>
        <w:ind w:left="720"/>
      </w:pPr>
      <w:r/>
      <w:r>
        <w:rPr>
          <w:b/>
        </w:rPr>
        <w:t>Room to grow:</w:t>
      </w:r>
      <w:r>
        <w:t xml:space="preserve"> Trans and queer women say the area still skews towards gay men; community centre Rita works to broaden programming and daytime offerings.</w:t>
      </w:r>
      <w:r/>
    </w:p>
    <w:p>
      <w:pPr>
        <w:pStyle w:val="ListBullet"/>
        <w:spacing w:line="240" w:lineRule="auto"/>
        <w:ind w:left="720"/>
      </w:pPr>
      <w:r/>
      <w:r>
        <w:rPr>
          <w:b/>
        </w:rPr>
        <w:t>Practical tip:</w:t>
      </w:r>
      <w:r>
        <w:t xml:space="preserve"> Visit later in the evening for drag shows and high energy, or drop in earlier for quieter terraces and conversations.</w:t>
      </w:r>
      <w:r/>
      <w:r/>
    </w:p>
    <w:p>
      <w:pPr>
        <w:pStyle w:val="Heading2"/>
      </w:pPr>
      <w:r>
        <w:t>Why Reguliersdwarsstraat still feels like home for many</w:t>
      </w:r>
      <w:r/>
    </w:p>
    <w:p>
      <w:r/>
      <w:r>
        <w:t>On a warm evening the street hums , chatter, clinking glasses and pop music spill from doorways, and you can almost smell the spiced bar snacks mingling with summer air. For regulars like Ralph, the street is where flirting felt easy and friendships began, which says a lot about the place’s emotional geography. According to long-term observers, the Reguliers didn’t become “a gay street” overnight; it evolved from discreet cafés in the 1960s to the buzzing nightlife corridor of the 1980s. That history still colours evenings and gives newcomers a sense they’re stepping into something established and cared for.</w:t>
      </w:r>
      <w:r/>
    </w:p>
    <w:p>
      <w:pPr>
        <w:pStyle w:val="Heading2"/>
      </w:pPr>
      <w:r>
        <w:t>Where to go: the venues that shape the night</w:t>
      </w:r>
      <w:r/>
    </w:p>
    <w:p>
      <w:r/>
      <w:r>
        <w:t>If you want variety, the Reguliers delivers. Club Nyx calls itself a “home for everyone” with themed nights that range from young-queer gatherings to hetero student nights and full-on queer Saturdays; the club’s owners actively manage the door to preserve space for LGBTQ visitors. Nearby Taboo tends to feel like the living room of the street , familiar faces, drag shows and an easygoing terrace , while Blend and Blend XL have taken on some of the crowd that once patronised bars on the Amstel. Café Montmartre bounced between nearby alleys but found its feet back on the Reguliers, showing how businesses follow the flow of people as tastes and rents change.</w:t>
      </w:r>
      <w:r/>
    </w:p>
    <w:p>
      <w:pPr>
        <w:pStyle w:val="Heading2"/>
      </w:pPr>
      <w:r>
        <w:t>The crowd mix: why heteros and tourists matter</w:t>
      </w:r>
      <w:r/>
    </w:p>
    <w:p>
      <w:r/>
      <w:r>
        <w:t>The street’s character depends on its mix. A handful of hetero visitors and tourists wandering in adds colour and, for many, a reassuring normality that spills into feeling safer elsewhere in the city. But owners and regulars also notice how balance matters; too many outsiders on a packed night can make younger queers feel like the odd ones out. That’s why some venues keep an eye on the door and curate nights , it’s simple crowd management, but it protects the sense of safety that drew people here in the first place.</w:t>
      </w:r>
      <w:r/>
    </w:p>
    <w:p>
      <w:pPr>
        <w:pStyle w:val="Heading2"/>
      </w:pPr>
      <w:r>
        <w:t>Gaps that still need attention , inclusion beyond gay men</w:t>
      </w:r>
      <w:r/>
    </w:p>
    <w:p>
      <w:r/>
      <w:r>
        <w:t>Walk the Reguliers and you’ll spot the legacy of gay-male culture; many trans people and queer women say they still feel less visible. Community initiatives like Rita are trying to change that with daytime workshops, Dyke Open Mic nights and support services so the street isn’t only about late-night revelry. For trans visitors, those daytime spaces and targeted events can make the difference between feeling welcome and feeling peripheral. It’s a reminder that safe nightlife and broader community support must go hand in hand.</w:t>
      </w:r>
      <w:r/>
    </w:p>
    <w:p>
      <w:pPr>
        <w:pStyle w:val="Heading2"/>
      </w:pPr>
      <w:r>
        <w:t>Practical tips for visiting during WorldPride or a regular weekend</w:t>
      </w:r>
      <w:r/>
    </w:p>
    <w:p>
      <w:r/>
      <w:r>
        <w:t>If you want the high-energy spectacle , arrive later on a Pride night or Saturday when drag acts and big crowds peak. For a quieter, more conversational evening, pick an early terrace seat and watch the street wake up. Dress for comfort; some venues have strict door policies and themed nights, so check ahead if you’re after a specific vibe. And if inclusion matters to you, look up Rita’s programme or seek out nights hosted by venues that advertise queer-first policies.</w:t>
      </w:r>
      <w:r/>
    </w:p>
    <w:p>
      <w:r/>
      <w:r>
        <w:t>It's a small change that can make every visit more welcoming: plan what kind of night you want, then follow the sound of the music.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https://www.parool.nl/worldpride-amsterdam-2026/voor-lhbtq-s-is-de-reguliersdwarsstraat-meer-dan-een-uitgaansstraat-ik-heb-hier-echt-leren-loslaten~b7daa626/</w:t>
        </w:r>
      </w:hyperlink>
      <w:r>
        <w:t xml:space="preserve"> - Please view link - unable to able to access data</w:t>
      </w:r>
      <w:r/>
    </w:p>
    <w:p>
      <w:pPr>
        <w:pStyle w:val="ListNumber"/>
        <w:spacing w:line="240" w:lineRule="auto"/>
        <w:ind w:left="720"/>
      </w:pPr>
      <w:r/>
      <w:hyperlink r:id="rId10">
        <w:r>
          <w:rPr>
            <w:color w:val="0000EE"/>
            <w:u w:val="single"/>
          </w:rPr>
          <w:t>https://barblend.nl/</w:t>
        </w:r>
      </w:hyperlink>
      <w:r>
        <w:t xml:space="preserve"> - Bar Blend is a vibrant LGBTQIA+ bar located on Amsterdam's iconic Reguliersdwarsstraat. Established in 2019, it comprises three venues: Bar Blend, Blend XL, and Montmartre XL, each offering a unique atmosphere. Bar Blend is known for its intimate setting with colourful interiors and regular drag performances. Blend XL provides late-night grooves, while Montmartre XL features lively karaoke sessions. Together, they create a welcoming space for the LGBTQIA+ community and friends, embodying the spirit of Amsterdam's nightlife. The venues are situated close to Rembrandtplein and Koningsplein, making them easily accessible for both locals and visitors. (</w:t>
      </w:r>
      <w:hyperlink r:id="rId15">
        <w:r>
          <w:rPr>
            <w:color w:val="0000EE"/>
            <w:u w:val="single"/>
          </w:rPr>
          <w:t>barblend.nl</w:t>
        </w:r>
      </w:hyperlink>
      <w:r>
        <w:t>)</w:t>
      </w:r>
      <w:r/>
    </w:p>
    <w:p>
      <w:pPr>
        <w:pStyle w:val="ListNumber"/>
        <w:spacing w:line="240" w:lineRule="auto"/>
        <w:ind w:left="720"/>
      </w:pPr>
      <w:r/>
      <w:hyperlink r:id="rId11">
        <w:r>
          <w:rPr>
            <w:color w:val="0000EE"/>
            <w:u w:val="single"/>
          </w:rPr>
          <w:t>https://www.iamsterdam.com/en/whats-on/lgbtqi-areas-of-amsterdam</w:t>
        </w:r>
      </w:hyperlink>
      <w:r>
        <w:t xml:space="preserve"> - Reguliersdwarsstraat is one of Amsterdam's most significant LGBTQI+ areas, often referred to as the city's 'gay' street. Emerging as a hub since the 1960s, it gained prominence in the late 1970s and 1980s with the opening of numerous bars and clubs, solidifying Amsterdam's status as an international LGBTQI+ capital. Over the decades, establishments like SoHo, Taboo, NYX, and EXIT have become central to the area's vibrant nightlife, catering to diverse crowds seeking pop tunes and cocktails. (</w:t>
      </w:r>
      <w:hyperlink r:id="rId16">
        <w:r>
          <w:rPr>
            <w:color w:val="0000EE"/>
            <w:u w:val="single"/>
          </w:rPr>
          <w:t>iamsterdam.com</w:t>
        </w:r>
      </w:hyperlink>
      <w:r>
        <w:t>)</w:t>
      </w:r>
      <w:r/>
    </w:p>
    <w:p>
      <w:pPr>
        <w:pStyle w:val="ListNumber"/>
        <w:spacing w:line="240" w:lineRule="auto"/>
        <w:ind w:left="720"/>
      </w:pPr>
      <w:r/>
      <w:hyperlink r:id="rId14">
        <w:r>
          <w:rPr>
            <w:color w:val="0000EE"/>
            <w:u w:val="single"/>
          </w:rPr>
          <w:t>https://lgbthookups.com/guides/amsterdam-lgb-guide</w:t>
        </w:r>
      </w:hyperlink>
      <w:r>
        <w:t xml:space="preserve"> - Amsterdam's LGBTQ+ scene is compact and walkable, with Reguliersdwarsstraat serving as the historic gay strip in the city centre. The area is known for its polished, tourist-friendly environment, making it the default choice for first-time visitors. Nearby, Warmoesstraat caters to the leather and cruise community, while Kerkstraat offers a quieter, more local mix of bars and restaurants. The city's commitment to LGBTQ+ rights is evident, being one of the first to legalise same-sex marriage in 2001. (</w:t>
      </w:r>
      <w:hyperlink r:id="rId17">
        <w:r>
          <w:rPr>
            <w:color w:val="0000EE"/>
            <w:u w:val="single"/>
          </w:rPr>
          <w:t>lgbthookups.com</w:t>
        </w:r>
      </w:hyperlink>
      <w:r>
        <w:t>)</w:t>
      </w:r>
      <w:r/>
    </w:p>
    <w:p>
      <w:pPr>
        <w:pStyle w:val="ListNumber"/>
        <w:spacing w:line="240" w:lineRule="auto"/>
        <w:ind w:left="720"/>
      </w:pPr>
      <w:r/>
      <w:hyperlink r:id="rId12">
        <w:r>
          <w:rPr>
            <w:color w:val="0000EE"/>
            <w:u w:val="single"/>
          </w:rPr>
          <w:t>https://www.gayout.com/europe/netherlands/amsterdam/bars/club-nyx</w:t>
        </w:r>
      </w:hyperlink>
      <w:r>
        <w:t xml:space="preserve"> - Club NYX is a prominent gay nightclub located on Reguliersdwarsstraat, Amsterdam's main gay club venue for mainstream and commercial electronic music. The venue spans four floors, each offering a distinct experience: a main floor with large-production club sound and lighting, quieter rooms on other floors, a bar level, and a rooftop terrace. The club is known for its inclusive atmosphere and diverse crowd, making it a central part of Amsterdam's LGBTQ+ nightlife. (</w:t>
      </w:r>
      <w:hyperlink r:id="rId18">
        <w:r>
          <w:rPr>
            <w:color w:val="0000EE"/>
            <w:u w:val="single"/>
          </w:rPr>
          <w:t>gayout.com</w:t>
        </w:r>
      </w:hyperlink>
      <w:r>
        <w:t>)</w:t>
      </w:r>
      <w:r/>
    </w:p>
    <w:p>
      <w:pPr>
        <w:pStyle w:val="ListNumber"/>
        <w:spacing w:line="240" w:lineRule="auto"/>
        <w:ind w:left="720"/>
      </w:pPr>
      <w:r/>
      <w:hyperlink r:id="rId13">
        <w:r>
          <w:rPr>
            <w:color w:val="0000EE"/>
            <w:u w:val="single"/>
          </w:rPr>
          <w:t>https://www.corner.inc/place/pFMnBHvmjXKr?listId=a4081e80-8d4f-49e2-985f-15bebb6b2ca1</w:t>
        </w:r>
      </w:hyperlink>
      <w:r>
        <w:t xml:space="preserve"> - Club NYX is an energetic multi-room club located on Reguliersdwarsstraat in Amsterdam. The venue features different floors offering house, afrobeats, and techno music, catering to a diverse crowd. Known for its LGBTQ-friendly atmosphere and impressive decor, Club NYX is ideal for group outings and dancing the night away. The club operates on Thursday through Saturday, with varying hours, and is a popular destination for both locals and visitors seeking a vibrant nightlife experience. (</w:t>
      </w:r>
      <w:hyperlink r:id="rId19">
        <w:r>
          <w:rPr>
            <w:color w:val="0000EE"/>
            <w:u w:val="single"/>
          </w:rPr>
          <w:t>corner.inc</w:t>
        </w:r>
      </w:hyperlink>
      <w:r>
        <w:t>)</w:t>
      </w:r>
      <w:r/>
    </w:p>
    <w:p>
      <w:pPr>
        <w:pStyle w:val="ListNumber"/>
        <w:spacing w:line="240" w:lineRule="auto"/>
        <w:ind w:left="720"/>
      </w:pPr>
      <w:r/>
      <w:hyperlink r:id="rId20">
        <w:r>
          <w:rPr>
            <w:color w:val="0000EE"/>
            <w:u w:val="single"/>
          </w:rPr>
          <w:t>https://www.amsterdam.nl/nieuws/achtergrond/rembrandtplein/</w:t>
        </w:r>
      </w:hyperlink>
      <w:r>
        <w:t xml:space="preserve"> - The Rembrandtplein and Reguliersdwarsstraat form a renowned nightlife area in Amsterdam. The current Rembrandtplein became a modern entertainment square by the early 20th century. Adjacent to it, Reguliersdwarsstraat emerged as the most famous gay nightlife street in the Netherlands around 1970. The first gay café in the street, MacDonald, operated from 1963 to 1982 and was particularly popular in the 1970s. The street's development reflects Amsterdam's evolving LGBTQ+ scene and its significance in the city's cultural landscape. (</w:t>
      </w:r>
      <w:hyperlink r:id="rId21">
        <w:r>
          <w:rPr>
            <w:color w:val="0000EE"/>
            <w:u w:val="single"/>
          </w:rPr>
          <w:t>amsterdam.nl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voor-lhbtq-s-is-de-reguliersdwarsstraat-meer-dan-een-uitgaansstraat-ik-heb-hier-echt-leren-loslaten~b7daa626/" TargetMode="External"/><Relationship Id="rId10" Type="http://schemas.openxmlformats.org/officeDocument/2006/relationships/hyperlink" Target="https://barblend.nl/" TargetMode="External"/><Relationship Id="rId11" Type="http://schemas.openxmlformats.org/officeDocument/2006/relationships/hyperlink" Target="https://www.iamsterdam.com/en/whats-on/lgbtqi-areas-of-amsterdam" TargetMode="External"/><Relationship Id="rId12" Type="http://schemas.openxmlformats.org/officeDocument/2006/relationships/hyperlink" Target="https://www.gayout.com/europe/netherlands/amsterdam/bars/club-nyx" TargetMode="External"/><Relationship Id="rId13" Type="http://schemas.openxmlformats.org/officeDocument/2006/relationships/hyperlink" Target="https://www.corner.inc/place/pFMnBHvmjXKr?listId=a4081e80-8d4f-49e2-985f-15bebb6b2ca1" TargetMode="External"/><Relationship Id="rId14" Type="http://schemas.openxmlformats.org/officeDocument/2006/relationships/hyperlink" Target="https://lgbthookups.com/guides/amsterdam-lgb-guide" TargetMode="External"/><Relationship Id="rId15" Type="http://schemas.openxmlformats.org/officeDocument/2006/relationships/hyperlink" Target="https://barblend.nl/?utm_source=openai" TargetMode="External"/><Relationship Id="rId16" Type="http://schemas.openxmlformats.org/officeDocument/2006/relationships/hyperlink" Target="https://www.iamsterdam.com/en/whats-on/lgbtqi-areas-of-amsterdam?utm_source=openai" TargetMode="External"/><Relationship Id="rId17" Type="http://schemas.openxmlformats.org/officeDocument/2006/relationships/hyperlink" Target="https://lgbthookups.com/guides/amsterdam-lgbt-guide?utm_source=openai" TargetMode="External"/><Relationship Id="rId18" Type="http://schemas.openxmlformats.org/officeDocument/2006/relationships/hyperlink" Target="https://www.gayout.com/europe/netherlands/amsterdam/bars/club-nyx?utm_source=openai" TargetMode="External"/><Relationship Id="rId19" Type="http://schemas.openxmlformats.org/officeDocument/2006/relationships/hyperlink" Target="https://www.corner.inc/place/pFMnBHvmjXKr?listId=a4081e80-8d4f-49e2-985f-15bebb6b2ca1&amp;utm_source=openai" TargetMode="External"/><Relationship Id="rId20" Type="http://schemas.openxmlformats.org/officeDocument/2006/relationships/hyperlink" Target="https://www.amsterdam.nl/nieuws/achtergrond/rembrandtplein/" TargetMode="External"/><Relationship Id="rId21" Type="http://schemas.openxmlformats.org/officeDocument/2006/relationships/hyperlink" Target="https://www.amsterdam.nl/nieuws/achtergrond/rembrandtplei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