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Hotspots in Amsterdam: Where Drag, Saunas and Festivals Spark Joy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are rediscovering Amsterdam’s queer scene through the eyes of drag queen Miss Abby OMG, who names Club Nyx, Sauna Nieuwezijds and Milkshake Festival among her favourite spots , and explains why these places matter for safety, community and queer joy during WorldPride.</w:t>
      </w:r>
      <w:r/>
    </w:p>
    <w:p>
      <w:r/>
      <w:r>
        <w:t>Essential Takeaways</w:t>
      </w:r>
      <w:r/>
      <w:r/>
    </w:p>
    <w:p>
      <w:pPr>
        <w:pStyle w:val="ListBullet"/>
        <w:spacing w:line="240" w:lineRule="auto"/>
        <w:ind w:left="720"/>
      </w:pPr>
      <w:r/>
      <w:r>
        <w:rPr>
          <w:b/>
        </w:rPr>
        <w:t>Club favourite:</w:t>
      </w:r>
      <w:r>
        <w:t xml:space="preserve"> Club Nyx is described as a welcoming, backstage-ready drag home with a lively, inclusive Saturday night vibe.</w:t>
      </w:r>
      <w:r/>
    </w:p>
    <w:p>
      <w:pPr>
        <w:pStyle w:val="ListBullet"/>
        <w:spacing w:line="240" w:lineRule="auto"/>
        <w:ind w:left="720"/>
      </w:pPr>
      <w:r/>
      <w:r>
        <w:rPr>
          <w:b/>
        </w:rPr>
        <w:t>Late-night unwind:</w:t>
      </w:r>
      <w:r>
        <w:t xml:space="preserve"> Sauna Nieuwezijds offers a relaxed, queer-run bar and jacuzzi scene that feels safe and familiar.</w:t>
      </w:r>
      <w:r/>
    </w:p>
    <w:p>
      <w:pPr>
        <w:pStyle w:val="ListBullet"/>
        <w:spacing w:line="240" w:lineRule="auto"/>
        <w:ind w:left="720"/>
      </w:pPr>
      <w:r/>
      <w:r>
        <w:rPr>
          <w:b/>
        </w:rPr>
        <w:t>Festival feel:</w:t>
      </w:r>
      <w:r>
        <w:t xml:space="preserve"> Milkshake Festival is a long-running queer-friendly event where drag acts, DJs and friends reunite for a day in Westerpark.</w:t>
      </w:r>
      <w:r/>
    </w:p>
    <w:p>
      <w:pPr>
        <w:pStyle w:val="ListBullet"/>
        <w:spacing w:line="240" w:lineRule="auto"/>
        <w:ind w:left="720"/>
      </w:pPr>
      <w:r/>
      <w:r>
        <w:rPr>
          <w:b/>
        </w:rPr>
        <w:t>Youth-focused drag:</w:t>
      </w:r>
      <w:r>
        <w:t xml:space="preserve"> Slayground at Tolhuistuin is a rare 14-plus drag night, bringing younger queers into live performance spaces.</w:t>
      </w:r>
      <w:r/>
    </w:p>
    <w:p>
      <w:pPr>
        <w:pStyle w:val="ListBullet"/>
        <w:spacing w:line="240" w:lineRule="auto"/>
        <w:ind w:left="720"/>
      </w:pPr>
      <w:r/>
      <w:r>
        <w:rPr>
          <w:b/>
        </w:rPr>
        <w:t>Mixed crowds:</w:t>
      </w:r>
      <w:r>
        <w:t xml:space="preserve"> Increasingly diverse publics mean queer venues balance openness with the need to protect spaces for community and safety.</w:t>
      </w:r>
      <w:r/>
      <w:r/>
    </w:p>
    <w:p>
      <w:pPr>
        <w:pStyle w:val="Heading2"/>
      </w:pPr>
      <w:r>
        <w:t>Club Nyx: the drag home with a lively, no-rules Saturday</w:t>
      </w:r>
      <w:r/>
    </w:p>
    <w:p>
      <w:r/>
      <w:r>
        <w:t>Miss Abby OMG calls Club Nyx her dragthuis for good reason; the place has a backstage hum you can almost smell, equal parts hairspray and anticipation. According to the club’s own info, Nyx champions late-night performances and an anything-goes energy that keeps queens and their audiences returning. Performers say the Reguliersdwarsstraat area also serves as a makeup and staging zone , simple comforts that matter when visibility feels risky on the streets. For visitors, aim for a Saturday when queer-focused programming is strongest; you’ll feel the difference in the crowd’s warmth and the show schedule. Expect loud music, theatrical makeup and a safe zone vibe , but remember to respect the performers and the community that’s worked to carve out this space.</w:t>
      </w:r>
      <w:r/>
    </w:p>
    <w:p>
      <w:pPr>
        <w:pStyle w:val="Heading2"/>
      </w:pPr>
      <w:r>
        <w:t>Sauna Nieuwezijds: more than a steam, it’s a social hub</w:t>
      </w:r>
      <w:r/>
    </w:p>
    <w:p>
      <w:r/>
      <w:r>
        <w:t>The sauna on Nieuwezijds is painted as a place to sink into a jacuzzi, chat with friends and meet other queers in a relaxed setting. Listings and local guides note it’s a gay sauna popular for late evenings, where staff and patrons often come from the queer community itself , that familiarity helps people feel safe. If you’re heading there after a show, tuck a towel and water bottle into your bag and plan to linger by the bar: many patrons treat it as a social extension of the night rather than just a quick dip. Privacy and consent are front of mind; follow house rules and you’ll find a welcoming, low-key atmosphere.</w:t>
      </w:r>
      <w:r/>
    </w:p>
    <w:p>
      <w:pPr>
        <w:pStyle w:val="Heading2"/>
      </w:pPr>
      <w:r>
        <w:t>Milkshake Festival: queer family reunion in Westerpark</w:t>
      </w:r>
      <w:r/>
    </w:p>
    <w:p>
      <w:r/>
      <w:r>
        <w:t>Milkshake in Westerpark has become a summer institution for queer and queer-friendly crowds, and Miss Abby OMG has performed there for years. The festival mixes club energy with picnic-day ease , think drag stages, DJs and a rainbow of outfits under the sun. Organisers describe it as a safe, celebratory space where friends from across Europe converge, though performers note the audience mix has broadened over time. If you go, expect long lines for food and stages, plenty of photo ops, and pockets of intense inclusivity. Bring cash or a card, comfy footwear and a sense of goodwill; festivals like this thrive when everyone treats each other with respect.</w:t>
      </w:r>
      <w:r/>
    </w:p>
    <w:p>
      <w:pPr>
        <w:pStyle w:val="Heading2"/>
      </w:pPr>
      <w:r>
        <w:t>Slayground and YouthPride: opening drag to younger audiences</w:t>
      </w:r>
      <w:r/>
    </w:p>
    <w:p>
      <w:r/>
      <w:r>
        <w:t>A notable WorldPride pick is Slayground, the YouthPride drag night at Tolhuistuin that’s open to 14-plus crowds. That shift matters: many young queers message performers wanting live drag experiences but can’t get into 18-plus venues. City listings highlight Slayground’s role in making performance accessible and safe for teens exploring identity and expression. Parents and guardians should note the event’s age policy and programme; for young people, it’s a rare chance to see live drag in a supervised, celebratory setting. Expect high energy, approachable acts and a supportive crowd , a small but meaningful step toward intergenerational queerness.</w:t>
      </w:r>
      <w:r/>
    </w:p>
    <w:p>
      <w:pPr>
        <w:pStyle w:val="Heading2"/>
      </w:pPr>
      <w:r>
        <w:t>Why these venues still matter , and the challenge of safety</w:t>
      </w:r>
      <w:r/>
    </w:p>
    <w:p>
      <w:r/>
      <w:r>
        <w:t>Across interviews and event coverage, a recurring note is that queer spaces offer sanctuary but can’t be taken for granted. Miss Abby OMG’s remark about feeling safer to prepare on Reguliers than to walk the streets in full drag is a blunt reminder: visibility sometimes brings risk. Cultural outlets and local guides show venues are adapting , more community-led shifts, youth-centred events, and clearer codes of conduct. If you’re visiting Amsterdam for WorldPride, plan ahead: check event pages, buy tickets, travel with friends where possible, and be prepared to support venues that prioritise safety and inclusion.</w:t>
      </w:r>
      <w:r/>
    </w:p>
    <w:p>
      <w:r/>
      <w:r>
        <w:t>It's a small change to pick venues that centre queer safety and joy, and it can make every night out feel a little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4">
        <w:r>
          <w:rPr>
            <w:color w:val="0000EE"/>
            <w:u w:val="single"/>
          </w:rPr>
          <w:t>[3]</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https://www.parool.nl/worldpride-amsterdam-2026/dit-zijn-de-queerhotspots-van-dragqueen-miss-abby-omg-niks-is-te-gek-in-de-nyx~b48f5680/</w:t>
        </w:r>
      </w:hyperlink>
      <w:r>
        <w:t xml:space="preserve"> - Please view link - unable to able to access data</w:t>
      </w:r>
      <w:r/>
    </w:p>
    <w:p>
      <w:pPr>
        <w:pStyle w:val="ListNumber"/>
        <w:spacing w:line="240" w:lineRule="auto"/>
        <w:ind w:left="720"/>
      </w:pPr>
      <w:r/>
      <w:hyperlink r:id="rId10">
        <w:r>
          <w:rPr>
            <w:color w:val="0000EE"/>
            <w:u w:val="single"/>
          </w:rPr>
          <w:t>https://clubnyx.nl/about/</w:t>
        </w:r>
      </w:hyperlink>
      <w:r>
        <w:t xml:space="preserve"> - Club NYX is a vibrant, multi-level nightclub in Amsterdam's LGBTQI+ scene, located at Reguliersdwarsstraat 42. Spanning three floors, each dedicated to different music genres—house, pop, and techno—the club offers a diverse and inclusive atmosphere. Known for its spectacular entertainment, including drag performances and themed nights, Club NYX provides a colourful and immersive party environment. With a capacity of approximately 850 guests and an exclusive VOID sound system, it ensures an exceptional audio-visual experience. The welcoming staff and diverse crowd foster an inclusive and safe space for self-expression and enjoyment.</w:t>
      </w:r>
      <w:r/>
    </w:p>
    <w:p>
      <w:pPr>
        <w:pStyle w:val="ListNumber"/>
        <w:spacing w:line="240" w:lineRule="auto"/>
        <w:ind w:left="720"/>
      </w:pPr>
      <w:r/>
      <w:hyperlink r:id="rId14">
        <w:r>
          <w:rPr>
            <w:color w:val="0000EE"/>
            <w:u w:val="single"/>
          </w:rPr>
          <w:t>https://www.iamsterdam.com/en/whats-on/calendar/theatre-and-stage/stage/slayground</w:t>
        </w:r>
      </w:hyperlink>
      <w:r>
        <w:t xml:space="preserve"> - Slayground is a drag show presented by Youth Pride Amsterdam, specifically designed for queer youth. Scheduled for Friday, 7 August 2026, at Tolhuistuin in Amsterdam-Noord, the event features international Drag Race legends from the Netherlands, the United Kingdom, and the United States. The evening is dedicated to self-expression, community, and drag, promising fierce performances, striking outfits, and high energy. Hosted by Gwen Dalin, Youth Pride royalty and Amsterdam Pride ambassador, Slayground offers a unique platform for young queers to experience drag culture in a supportive environment.</w:t>
      </w:r>
      <w:r/>
    </w:p>
    <w:p>
      <w:pPr>
        <w:pStyle w:val="ListNumber"/>
        <w:spacing w:line="240" w:lineRule="auto"/>
        <w:ind w:left="720"/>
      </w:pPr>
      <w:r/>
      <w:hyperlink r:id="rId11">
        <w:r>
          <w:rPr>
            <w:color w:val="0000EE"/>
            <w:u w:val="single"/>
          </w:rPr>
          <w:t>https://www.iamsterdam.com/en/whats-on/calendar/festivals/events/milkshake-festival</w:t>
        </w:r>
      </w:hyperlink>
      <w:r>
        <w:t xml:space="preserve"> - Milkshake Festival is an open-minded electronic dance festival held annually in Amsterdam's Westerpark. In 2026, the festival returns as a multi-genre music event, featuring multiple stages with a diverse lineup of artists and performers. Genres include electronic, house, disco, pop, techno, R&amp;B, and dancehall. The festival emphasizes inclusivity and diversity, offering a platform to artists and performers from underrepresented communities. With its philosophy of 'nothing is mandatory, everything is allowed,' Milkshake Festival celebrates freedom, diversity, and love in all its forms, creating a vibrant and welcoming atmosphere for all attendees.</w:t>
      </w:r>
      <w:r/>
    </w:p>
    <w:p>
      <w:pPr>
        <w:pStyle w:val="ListNumber"/>
        <w:spacing w:line="240" w:lineRule="auto"/>
        <w:ind w:left="720"/>
      </w:pPr>
      <w:r/>
      <w:hyperlink r:id="rId12">
        <w:r>
          <w:rPr>
            <w:color w:val="0000EE"/>
            <w:u w:val="single"/>
          </w:rPr>
          <w:t>https://www.qmeet.nl/place/amsterdam/sauna-nieuwezijds</w:t>
        </w:r>
      </w:hyperlink>
      <w:r>
        <w:t xml:space="preserve"> - Sauna Nieuwezijds is a popular gay sauna located in the heart of Amsterdam at Nieuwezijds Armsteeg 95. Known for its relaxed and cruisy atmosphere, the sauna offers facilities such as a Finnish sauna, Turkish bath, steam bath, whirlpool, private cabins, and a licensed bar. The venue is open 365 days a year, with extended hours on Fridays and Saturdays, making it a convenient spot for both locals and tourists. The diverse crowd and comfortable environment contribute to its reputation as a well-established and trusted venue in Amsterdam's LGBTQ+ scene.</w:t>
      </w:r>
      <w:r/>
    </w:p>
    <w:p>
      <w:pPr>
        <w:pStyle w:val="ListNumber"/>
        <w:spacing w:line="240" w:lineRule="auto"/>
        <w:ind w:left="720"/>
      </w:pPr>
      <w:r/>
      <w:hyperlink r:id="rId13">
        <w:r>
          <w:rPr>
            <w:color w:val="0000EE"/>
            <w:u w:val="single"/>
          </w:rPr>
          <w:t>https://www.gayplaces.co/city/amsterdam/sauna/sauna-nieuwezijds</w:t>
        </w:r>
      </w:hyperlink>
      <w:r>
        <w:t xml:space="preserve"> - Sauna Nieuwezijds is the only gay sauna currently operating in Amsterdam, open 365 days a year since December 2013. Located at Nieuwezijds Armsteeg 95, the sauna offers facilities including a Finnish sauna, Turkish bath, Jacuzzi, private cabins, a licensed bar, and on-site masseurs. Friday and Saturday sessions run through until 10 am, accommodating those who prefer late-night relaxation. Voted Best Gay Sauna in the Netherlands in 2014, Sauna Nieuwezijds provides a comfortable and unpretentious environment for socializing and unwinding, catering to a diverse crowd seeking a relaxed and body-positive space.</w:t>
      </w:r>
      <w:r/>
    </w:p>
    <w:p>
      <w:pPr>
        <w:pStyle w:val="ListNumber"/>
        <w:spacing w:line="240" w:lineRule="auto"/>
        <w:ind w:left="720"/>
      </w:pPr>
      <w:r/>
      <w:hyperlink r:id="rId15">
        <w:r>
          <w:rPr>
            <w:color w:val="0000EE"/>
            <w:u w:val="single"/>
          </w:rPr>
          <w:t>https://rupaulsdragrace.fandom.com/wiki/Miss_Abby_OMG</w:t>
        </w:r>
      </w:hyperlink>
      <w:r>
        <w:t xml:space="preserve"> - Miss Abby OMG is a Brazilian-Dutch drag performer who gained prominence as a contestant on the first season of Drag Race Holland. Born on December 15, 1994, in Belo Horizonte, Minas Gerais, Brazil, she now resides in Amsterdam, North Holland, Netherlands. Known for her vibrant performances and charismatic presence, Miss Abby OMG has become a notable figure in the Dutch drag scene, contributing to the visibility and acceptance of drag culture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dit-zijn-de-queerhotspots-van-dragqueen-miss-abby-omg-niks-is-te-gek-in-de-nyx~b48f5680/" TargetMode="External"/><Relationship Id="rId10" Type="http://schemas.openxmlformats.org/officeDocument/2006/relationships/hyperlink" Target="https://clubnyx.nl/about/" TargetMode="External"/><Relationship Id="rId11" Type="http://schemas.openxmlformats.org/officeDocument/2006/relationships/hyperlink" Target="https://www.iamsterdam.com/en/whats-on/calendar/festivals/events/milkshake-festival" TargetMode="External"/><Relationship Id="rId12" Type="http://schemas.openxmlformats.org/officeDocument/2006/relationships/hyperlink" Target="https://www.qmeet.nl/place/amsterdam/sauna-nieuwezijds" TargetMode="External"/><Relationship Id="rId13" Type="http://schemas.openxmlformats.org/officeDocument/2006/relationships/hyperlink" Target="https://www.gayplaces.co/city/amsterdam/sauna/sauna-nieuwezijds" TargetMode="External"/><Relationship Id="rId14" Type="http://schemas.openxmlformats.org/officeDocument/2006/relationships/hyperlink" Target="https://www.iamsterdam.com/en/whats-on/calendar/theatre-and-stage/stage/slayground" TargetMode="External"/><Relationship Id="rId15" Type="http://schemas.openxmlformats.org/officeDocument/2006/relationships/hyperlink" Target="https://rupaulsdragrace.fandom.com/wiki/Miss_Abby_OM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