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Train Branding: How Lumo Is Putting LGBTQ+ Groups on Britain’s Rails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spotting a splash of colour on platforms as Newcastle-based Lumo steps up support for Pride across England and Scotland, using a branded Pride train, digital billboards and donated ad space to amplify LGBTQ+ groups and events , and it matters because it helps communities feel seen and connected.</w:t>
      </w:r>
      <w:r/>
    </w:p>
    <w:p>
      <w:r/>
      <w:r>
        <w:t>Essential Takeaways</w:t>
      </w:r>
      <w:r/>
      <w:r/>
    </w:p>
    <w:p>
      <w:pPr>
        <w:pStyle w:val="ListBullet"/>
        <w:spacing w:line="240" w:lineRule="auto"/>
        <w:ind w:left="720"/>
      </w:pPr>
      <w:r/>
      <w:r>
        <w:rPr>
          <w:b/>
        </w:rPr>
        <w:t>Bold visibility:</w:t>
      </w:r>
      <w:r>
        <w:t xml:space="preserve"> Lumo has launched a dedicated Pride train featuring artwork from partner LGBTQ+ organisations, creating a striking, mobile showcase.</w:t>
      </w:r>
      <w:r/>
    </w:p>
    <w:p>
      <w:pPr>
        <w:pStyle w:val="ListBullet"/>
        <w:spacing w:line="240" w:lineRule="auto"/>
        <w:ind w:left="720"/>
      </w:pPr>
      <w:r/>
      <w:r>
        <w:rPr>
          <w:b/>
        </w:rPr>
        <w:t>Wider reach:</w:t>
      </w:r>
      <w:r>
        <w:t xml:space="preserve"> Ocean Outdoor donated large-format screens in Newcastle city centre to extend campaign visibility beyond stations.</w:t>
      </w:r>
      <w:r/>
    </w:p>
    <w:p>
      <w:pPr>
        <w:pStyle w:val="ListBullet"/>
        <w:spacing w:line="240" w:lineRule="auto"/>
        <w:ind w:left="720"/>
      </w:pPr>
      <w:r/>
      <w:r>
        <w:rPr>
          <w:b/>
        </w:rPr>
        <w:t>Broadcast boost:</w:t>
      </w:r>
      <w:r>
        <w:t xml:space="preserve"> Lumo donated £1,000 to Gateshead’s Pride Radio, which is airing Newcastle Pride to listeners in 127 countries.</w:t>
      </w:r>
      <w:r/>
    </w:p>
    <w:p>
      <w:pPr>
        <w:pStyle w:val="ListBullet"/>
        <w:spacing w:line="240" w:lineRule="auto"/>
        <w:ind w:left="720"/>
      </w:pPr>
      <w:r/>
      <w:r>
        <w:rPr>
          <w:b/>
        </w:rPr>
        <w:t>Practical support:</w:t>
      </w:r>
      <w:r>
        <w:t xml:space="preserve"> The operator is helping with travel arrangements for headline artists and performers attending Newcastle Pride.</w:t>
      </w:r>
      <w:r/>
    </w:p>
    <w:p>
      <w:pPr>
        <w:pStyle w:val="ListBullet"/>
        <w:spacing w:line="240" w:lineRule="auto"/>
        <w:ind w:left="720"/>
      </w:pPr>
      <w:r/>
      <w:r>
        <w:rPr>
          <w:b/>
        </w:rPr>
        <w:t>Inclusive credentials:</w:t>
      </w:r>
      <w:r>
        <w:t xml:space="preserve"> Lumo was recently named Best Small Employer in Scotland, reflecting a company-wide commitment to inclusion.</w:t>
      </w:r>
      <w:r/>
      <w:r/>
    </w:p>
    <w:p>
      <w:pPr>
        <w:pStyle w:val="Heading2"/>
      </w:pPr>
      <w:r>
        <w:t>A train that stops traffic , literally and figuratively</w:t>
      </w:r>
      <w:r/>
    </w:p>
    <w:p>
      <w:r/>
      <w:r>
        <w:t>The Pride train is the clearest image from Lumo’s summer push, a crisp, colourful wrap that feels upbeat and intentional, not tokenistic. According to Lumo, the carriages carry artwork from the LGBTQ+ groups it supports, giving those organisations a moving billboard right along Britain’s east coast. That visual shows pride in a way that’s cheerful and unmissable , passengers and passers-by alike notice it.</w:t>
      </w:r>
      <w:r/>
    </w:p>
    <w:p>
      <w:r/>
      <w:r>
        <w:t>This move didn’t come from nowhere. Lumo has been building community partnerships for months, and the train is a natural next step that brings those ties into public view. If you’re choosing when to travel, seeing a Pride-branded service might make a difference to how welcome you feel getting on board.</w:t>
      </w:r>
      <w:r/>
    </w:p>
    <w:p>
      <w:pPr>
        <w:pStyle w:val="Heading2"/>
      </w:pPr>
      <w:r>
        <w:t>Digital billboards take the message into town</w:t>
      </w:r>
      <w:r/>
    </w:p>
    <w:p>
      <w:r/>
      <w:r>
        <w:t>Lumo didn’t stop at trains. Ocean Outdoor has donated screen space in Newcastle city centre, so the campaign lives off-platform as well as on it. The big screens are good for grabbing attention , bright, moving visuals that cut through the usual retail noise. Ocean Outdoor’s involvement follows its own history of backing Pride events, so this felt like an easy match.</w:t>
      </w:r>
      <w:r/>
    </w:p>
    <w:p>
      <w:r/>
      <w:r>
        <w:t>For event organisers and charities, this kind of donated media is gold: it reaches people who aren’t already looking for Pride listings and helps normalise seeing LGBTQ+ organisations in mainstream public spaces.</w:t>
      </w:r>
      <w:r/>
    </w:p>
    <w:p>
      <w:pPr>
        <w:pStyle w:val="Heading2"/>
      </w:pPr>
      <w:r>
        <w:t>Radio crosses borders , and protects listeners</w:t>
      </w:r>
      <w:r/>
    </w:p>
    <w:p>
      <w:r/>
      <w:r>
        <w:t>Lumo made a direct cash donation to Pride Radio in Gateshead, a station that broadcasts Newcastle Pride to listeners in 127 countries. That’s more than a neat statistic; Pride Radio reaches audiences in places where being LGBT+ is still criminalised, and in some cases dangerously so. Broadcasting the energy of a UK Pride event into those regions can be affirming for listeners who rarely hear open celebration of queer life.</w:t>
      </w:r>
      <w:r/>
    </w:p>
    <w:p>
      <w:r/>
      <w:r>
        <w:t>Pride Radio’s CEO described the partnership as connecting the North East to the world. It’s a reminder that local acts of visibility can have global reach, and that transport companies can play a role beyond getting people from A to B.</w:t>
      </w:r>
      <w:r/>
    </w:p>
    <w:p>
      <w:pPr>
        <w:pStyle w:val="Heading2"/>
      </w:pPr>
      <w:r>
        <w:t>Practical support for artists and community groups</w:t>
      </w:r>
      <w:r/>
    </w:p>
    <w:p>
      <w:r/>
      <w:r>
        <w:t>Lumo is also helping with the nuts and bolts of Pride season: travel arrangements for headline artists and performers. That kind of practical backing matters a lot to smaller events and to performers who often juggle tight budgets. When a carrier offers discounted or organised travel, it reduces barriers to participation and helps line-ups be more diverse and sustainable.</w:t>
      </w:r>
      <w:r/>
    </w:p>
    <w:p>
      <w:r/>
      <w:r>
        <w:t>For event planners, it’s worth asking transport partners early in the planning process; companies like Lumo may have packages, donated assets or discounts that make a real difference.</w:t>
      </w:r>
      <w:r/>
    </w:p>
    <w:p>
      <w:pPr>
        <w:pStyle w:val="Heading2"/>
      </w:pPr>
      <w:r>
        <w:t>Why it matters , and what it signals for the future</w:t>
      </w:r>
      <w:r/>
    </w:p>
    <w:p>
      <w:r/>
      <w:r>
        <w:t>The campaign sits within a wider cultural shift where businesses are expected to demonstrate genuine inclusion rather than surface-level support. Lumo’s recent accolade as Best Small Employer in Scotland suggests its Pride work is part of broader policies on staff and customer inclusion, not a one-off marketing stunt. Industry coverage and the company’s own reporting show a pattern of partnerships and activity across the region.</w:t>
      </w:r>
      <w:r/>
    </w:p>
    <w:p>
      <w:r/>
      <w:r>
        <w:t>That doesn’t mean every scheme will land perfectly for every community, but it does set a useful bar: visibility, practical support and media reach. If more transport operators follow suit, Pride will feel less like a single weekend and more like an embedded civic habit.</w:t>
      </w:r>
      <w:r/>
    </w:p>
    <w:p>
      <w:r/>
      <w:r>
        <w:t>It's a small change that can make every journey feel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5">
        <w:r>
          <w:rPr>
            <w:color w:val="0000EE"/>
            <w:u w:val="single"/>
          </w:rPr>
          <w:t>[3]</w:t>
        </w:r>
      </w:hyperlink>
      <w:r>
        <w:t xml:space="preserve">, </w:t>
      </w:r>
      <w:hyperlink r:id="rId11">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https://www.thenorthernecho.co.uk/news/26406285.lumo-unveils-redesigned-pride-train-showcasing-lgbtq-partners/?ref=rss</w:t>
        </w:r>
      </w:hyperlink>
      <w:r>
        <w:t xml:space="preserve"> - Please view link - unable to able to access data</w:t>
      </w:r>
      <w:r/>
    </w:p>
    <w:p>
      <w:pPr>
        <w:pStyle w:val="ListNumber"/>
        <w:spacing w:line="240" w:lineRule="auto"/>
        <w:ind w:left="720"/>
      </w:pPr>
      <w:r/>
      <w:hyperlink r:id="rId10">
        <w:r>
          <w:rPr>
            <w:color w:val="0000EE"/>
            <w:u w:val="single"/>
          </w:rPr>
          <w:t>https://www.lumo.co.uk/who-we-are/lumonews/lumo-gives-pride-partners-a-platform-on-britains-railway</w:t>
        </w:r>
      </w:hyperlink>
      <w:r>
        <w:t xml:space="preserve"> - Lumo, a Newcastle-based train operator, has unveiled a redesigned Pride train featuring the logos of its LGBTQ+ partners, including Pride Radio, OUT North East, Edinburgh Pride, and Glasgow's Pride. This initiative highlights Lumo's commitment to supporting inclusion throughout the year, not just during Pride season. The updated branding was revealed by community volunteers and former Mr Gay GB, Benjamin Lloyd, ahead of Glasgow’s Pride celebrations, symbolising the connections between Pride organisations across Lumo’s route.</w:t>
      </w:r>
      <w:r/>
    </w:p>
    <w:p>
      <w:pPr>
        <w:pStyle w:val="ListNumber"/>
        <w:spacing w:line="240" w:lineRule="auto"/>
        <w:ind w:left="720"/>
      </w:pPr>
      <w:r/>
      <w:hyperlink r:id="rId15">
        <w:r>
          <w:rPr>
            <w:color w:val="0000EE"/>
            <w:u w:val="single"/>
          </w:rPr>
          <w:t>https://news.railbusinessdaily.com/lumo-announces-partnership-with-three-newcastle-based-lgbtq-organisations/</w:t>
        </w:r>
      </w:hyperlink>
      <w:r>
        <w:t xml:space="preserve"> - In June 2023, Lumo announced partnerships with three Newcastle-based LGBTQ+ organisations: Northern Pride, Curious Arts, and Pride Media Centre &amp; Pride Radio. Lumo's support includes sponsoring the Rainbow Festival at Northern Pride 2023, being a 'Champion' of the Pride Media Centre, and collaborating with Curious Arts to promote LGBTQ+ arts and communities across the North East. These partnerships aim to increase visibility, dialogue, and understanding through creative projects and events.</w:t>
      </w:r>
      <w:r/>
    </w:p>
    <w:p>
      <w:pPr>
        <w:pStyle w:val="ListNumber"/>
        <w:spacing w:line="240" w:lineRule="auto"/>
        <w:ind w:left="720"/>
      </w:pPr>
      <w:r/>
      <w:hyperlink r:id="rId12">
        <w:r>
          <w:rPr>
            <w:color w:val="0000EE"/>
            <w:u w:val="single"/>
          </w:rPr>
          <w:t>https://www.newcastlepride.co.uk/post/lumo-on-board-with-northern-pride</w:t>
        </w:r>
      </w:hyperlink>
      <w:r>
        <w:t xml:space="preserve"> - In June 2023, Lumo became a supporter of Northern Pride for the first time, sponsoring the Rainbow Village at the event. The Rainbow Village featured market stalls and was extended to run on both the Saturday and Sunday of Pride weekend. Northern Pride 2023 took place over the weekend of 22-23 July at Newcastle’s Town Moor, offering a range of activities and celebrations for the LGBTQ+ community.</w:t>
      </w:r>
      <w:r/>
    </w:p>
    <w:p>
      <w:pPr>
        <w:pStyle w:val="ListNumber"/>
        <w:spacing w:line="240" w:lineRule="auto"/>
        <w:ind w:left="720"/>
      </w:pPr>
      <w:r/>
      <w:hyperlink r:id="rId11">
        <w:r>
          <w:rPr>
            <w:color w:val="0000EE"/>
            <w:u w:val="single"/>
          </w:rPr>
          <w:t>https://www.lumo.co.uk/who-we-are/lumonews/lumo-proudly-connecting-more-pride-events</w:t>
        </w:r>
      </w:hyperlink>
      <w:r>
        <w:t xml:space="preserve"> - Ahead of Newcastle Pride on 25-26 July 2026, Lumo is showcasing various Pride organisations on Out of Home (OOH) screens across the city. This follows the launch of a train earlier in July featuring many of the LGBTQ+ organisations Lumo supports in England and Scotland. The outdoor screen space was donated by Digital Out of Home advertising company Ocean Outdoor. Lumo is also making a £1,000 donation to Gateshead-based Pride Radio, which is broadcasting live from Newcastle Pride to audiences across the UK and around the world, helping to make the event even more accessible.</w:t>
      </w:r>
      <w:r/>
    </w:p>
    <w:p>
      <w:pPr>
        <w:pStyle w:val="ListNumber"/>
        <w:spacing w:line="240" w:lineRule="auto"/>
        <w:ind w:left="720"/>
      </w:pPr>
      <w:r/>
      <w:hyperlink r:id="rId13">
        <w:r>
          <w:rPr>
            <w:color w:val="0000EE"/>
            <w:u w:val="single"/>
          </w:rPr>
          <w:t>https://news.railbusinessdaily.com/lumo-team-gets-onboard-newcastle-pride-march/</w:t>
        </w:r>
      </w:hyperlink>
      <w:r>
        <w:t xml:space="preserve"> - In July 2023, a team of colleagues from Newcastle-based train operator Lumo joined the Newcastle Pride march dressed as a walking Lumo train, handing out recyclable paper flags to those lining the streets. Lumo sponsored the city’s Pride Rainbow Village, which welcomed market stalls and businesses in support of the LGBTQIA+ community. Lumo also had its own stall within the Rainbow Village, offering competitions to win Lumo tickets and merchandise made from sustainable materials.</w:t>
      </w:r>
      <w:r/>
    </w:p>
    <w:p>
      <w:pPr>
        <w:pStyle w:val="ListNumber"/>
        <w:spacing w:line="240" w:lineRule="auto"/>
        <w:ind w:left="720"/>
      </w:pPr>
      <w:r/>
      <w:hyperlink r:id="rId14">
        <w:r>
          <w:rPr>
            <w:color w:val="0000EE"/>
            <w:u w:val="single"/>
          </w:rPr>
          <w:t>https://prideradio.co.uk/news-and-competitions/</w:t>
        </w:r>
      </w:hyperlink>
      <w:r>
        <w:t xml:space="preserve"> - Pride Radio is an inclusive LGBTQ+ community radio station broadcasting across the North East of England on 89.2FM and DAB, and worldwide online. It features a mix of live and pre-recorded shows, great music, lively conversation, and listener interaction. Run by Pride Community Network Ltd, a not-for-profit organisation promoting LGBT+ awareness, health initiatives, and social inclusion, Pride Radio has been recognised for its contributions to the community, including winning Bronze at the Radio Academy ARIAS Award for Community Radio Station of the Year in 2023.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northernecho.co.uk/news/26406285.lumo-unveils-redesigned-pride-train-showcasing-lgbtq-partners/?ref=rss" TargetMode="External"/><Relationship Id="rId10" Type="http://schemas.openxmlformats.org/officeDocument/2006/relationships/hyperlink" Target="https://www.lumo.co.uk/who-we-are/lumonews/lumo-gives-pride-partners-a-platform-on-britains-railway" TargetMode="External"/><Relationship Id="rId11" Type="http://schemas.openxmlformats.org/officeDocument/2006/relationships/hyperlink" Target="https://www.lumo.co.uk/who-we-are/lumonews/lumo-proudly-connecting-more-pride-events" TargetMode="External"/><Relationship Id="rId12" Type="http://schemas.openxmlformats.org/officeDocument/2006/relationships/hyperlink" Target="https://www.newcastlepride.co.uk/post/lumo-on-board-with-northern-pride" TargetMode="External"/><Relationship Id="rId13" Type="http://schemas.openxmlformats.org/officeDocument/2006/relationships/hyperlink" Target="https://news.railbusinessdaily.com/lumo-team-gets-onboard-newcastle-pride-march/" TargetMode="External"/><Relationship Id="rId14" Type="http://schemas.openxmlformats.org/officeDocument/2006/relationships/hyperlink" Target="https://prideradio.co.uk/news-and-competitions/" TargetMode="External"/><Relationship Id="rId15" Type="http://schemas.openxmlformats.org/officeDocument/2006/relationships/hyperlink" Target="https://news.railbusinessdaily.com/lumo-announces-partnership-with-three-newcastle-based-lgbtq-organis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