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Why FC St. Pauli Is Urging Fans to “Show the Flag” After the Berlin CSD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Show solidarity: FC St. Pauli has urged fans to join Hamburg’s CSD after the fatal attack in Berlin, saying public presence matters now more than ever as a stand against hatred and to support victims and the LGBTQI+ community.</w:t>
      </w:r>
      <w:r/>
    </w:p>
    <w:p>
      <w:r/>
      <w:r>
        <w:t>Essential Takeaways</w:t>
      </w:r>
      <w:r/>
      <w:r/>
    </w:p>
    <w:p>
      <w:pPr>
        <w:pStyle w:val="ListBullet"/>
        <w:spacing w:line="240" w:lineRule="auto"/>
        <w:ind w:left="720"/>
      </w:pPr>
      <w:r/>
      <w:r>
        <w:rPr>
          <w:b/>
        </w:rPr>
        <w:t>Immediate reaction:</w:t>
      </w:r>
      <w:r>
        <w:t xml:space="preserve"> FC St. Pauli expressed condolences and called the attack a stark reminder that hatred towards the LGBTQI+ community is a real threat.</w:t>
      </w:r>
      <w:r/>
    </w:p>
    <w:p>
      <w:pPr>
        <w:pStyle w:val="ListBullet"/>
        <w:spacing w:line="240" w:lineRule="auto"/>
        <w:ind w:left="720"/>
      </w:pPr>
      <w:r/>
      <w:r>
        <w:rPr>
          <w:b/>
        </w:rPr>
        <w:t>Visible solidarity:</w:t>
      </w:r>
      <w:r>
        <w:t xml:space="preserve"> The club will take part in Hamburg’s CSD with its own truck, encouraging supporters to attend and “show the flag.”</w:t>
      </w:r>
      <w:r/>
    </w:p>
    <w:p>
      <w:pPr>
        <w:pStyle w:val="ListBullet"/>
        <w:spacing w:line="240" w:lineRule="auto"/>
        <w:ind w:left="720"/>
      </w:pPr>
      <w:r/>
      <w:r>
        <w:rPr>
          <w:b/>
        </w:rPr>
        <w:t>Event continues:</w:t>
      </w:r>
      <w:r>
        <w:t xml:space="preserve"> Organisers say the Hamburg CSD will go ahead as planned to resist attempts to intimidate and silence participants.</w:t>
      </w:r>
      <w:r/>
    </w:p>
    <w:p>
      <w:pPr>
        <w:pStyle w:val="ListBullet"/>
        <w:spacing w:line="240" w:lineRule="auto"/>
        <w:ind w:left="720"/>
      </w:pPr>
      <w:r/>
      <w:r>
        <w:rPr>
          <w:b/>
        </w:rPr>
        <w:t>Practical point:</w:t>
      </w:r>
      <w:r>
        <w:t xml:space="preserve"> Public presence at Pride events can offer comfort, deter isolation, and underline community resilience.</w:t>
      </w:r>
      <w:r/>
    </w:p>
    <w:p>
      <w:pPr>
        <w:pStyle w:val="ListBullet"/>
        <w:spacing w:line="240" w:lineRule="auto"/>
        <w:ind w:left="720"/>
      </w:pPr>
      <w:r/>
      <w:r>
        <w:rPr>
          <w:b/>
        </w:rPr>
        <w:t>Emotional note:</w:t>
      </w:r>
      <w:r>
        <w:t xml:space="preserve"> The message mixes grief with resolve , mourning those lost while insisting on openness and visibility.</w:t>
      </w:r>
      <w:r/>
      <w:r/>
    </w:p>
    <w:p>
      <w:pPr>
        <w:pStyle w:val="Heading2"/>
      </w:pPr>
      <w:r>
        <w:t>A shocking night in Berlin , clubs and fans reel</w:t>
      </w:r>
      <w:r/>
    </w:p>
    <w:p>
      <w:r/>
      <w:r>
        <w:t>The images and reports from Berlin hit people hard, and sport clubs were among the first to respond with shock and sympathy. According to reports, a vehicle ploughed into a crowd at the Christopher Street Day parade, leaving one person dead and many injured. FC St. Pauli’s statement was measured but firm: their thoughts are with the victims, their families and friends, and they made clear that hate directed at LGBTQI+ people is a tangible danger. It’s the sort of sober, human reaction you’d expect from a club that wears its politics on its sleeve.</w:t>
      </w:r>
      <w:r/>
    </w:p>
    <w:p>
      <w:pPr>
        <w:pStyle w:val="Heading2"/>
      </w:pPr>
      <w:r>
        <w:t>Why St. Pauli says showing up matters</w:t>
      </w:r>
      <w:r/>
    </w:p>
    <w:p>
      <w:r/>
      <w:r>
        <w:t>The club didn’t just offer condolences; it urged action. St. Pauli announced it will be present at the Hamburg CSD with a truck, asking supporters to attend “with rainbow, skull or progress-pride flags” , the wording underlines that solidarity isn’t a uniform look but a willingness to be visible. Organisers in Hamburg have confirmed the event will go ahead, and Manuel Opitz from Hamburg Pride told local media that the community won’t be made invisible. There’s a clear logic: public gatherings can be both vulnerable and defiant, and for many, stepping out together is a way to reclaim safety and joy.</w:t>
      </w:r>
      <w:r/>
    </w:p>
    <w:p>
      <w:pPr>
        <w:pStyle w:val="Heading2"/>
      </w:pPr>
      <w:r>
        <w:t>Broader reaction from sport and civic life</w:t>
      </w:r>
      <w:r/>
    </w:p>
    <w:p>
      <w:r/>
      <w:r>
        <w:t>This wasn’t just a St. Pauli moment. Other clubs and organisations quickly voiced their dismay, reflecting a wider alarm across sport and civic institutions. Reports collected after the attack show Bundesliga clubs, regional teams and local authorities stressing unity and condemning violence. It’s a reminder that sport often functions as a social barometer , when teams speak up, it amplifies the message to communities who might otherwise feel alone.</w:t>
      </w:r>
      <w:r/>
    </w:p>
    <w:p>
      <w:pPr>
        <w:pStyle w:val="Heading2"/>
      </w:pPr>
      <w:r>
        <w:t>What it means for people thinking of attending Pride</w:t>
      </w:r>
      <w:r/>
    </w:p>
    <w:p>
      <w:r/>
      <w:r>
        <w:t>If you’re weighing whether to go to the CSD after news like this, there are practical things to bear in mind. Organisers tend to step up security and communication after incidents, so check official channels for guidance on meeting points, changes to routes and recommended safety measures. Showing up is a personal choice: for some it’s cathartic, for others it’s daunting. Either way, attending with friends or joining a group like a club contingent can make the experience feel safer and more empowering.</w:t>
      </w:r>
      <w:r/>
    </w:p>
    <w:p>
      <w:pPr>
        <w:pStyle w:val="Heading2"/>
      </w:pPr>
      <w:r>
        <w:t>Looking ahead , resilience, remembrance, and visibility</w:t>
      </w:r>
      <w:r/>
    </w:p>
    <w:p>
      <w:r/>
      <w:r>
        <w:t>There’s a simple, human thread running through the responses: grief mixed with a determination not to be cowed. FC St. Pauli’s call to attend the Hamburg CSD is as much about mourning as it is about insisting that public life stay open, diverse and outspoken. As the community processes what happened, expect more clubs and civic groups to use their platforms to support victims and press for safety without sacrificing the celebratory spirit that Pride events represent.</w:t>
      </w:r>
      <w:r/>
    </w:p>
    <w:p>
      <w:r/>
      <w:r>
        <w:t>It’s a small change in plans that can make every presence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[4]</w:t>
        </w:r>
      </w:hyperlink>
      <w:r>
        <w:t xml:space="preserve">- Paragraph 4: </w:t>
      </w:r>
      <w:hyperlink r:id="rId12">
        <w:r>
          <w:rPr>
            <w:color w:val="0000EE"/>
            <w:u w:val="single"/>
          </w:rPr>
          <w:t>[6]</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https://www.mopo.de/sport/fc-st-pauli/gemeinsam-flagge-zeigen-st-pauli-reagiert-erschuettert-auf-csd-anschlag-in-berlin/4902005</w:t>
        </w:r>
      </w:hyperlink>
      <w:r>
        <w:t xml:space="preserve"> - Please view link - unable to able to access data</w:t>
      </w:r>
      <w:r/>
    </w:p>
    <w:p>
      <w:pPr>
        <w:pStyle w:val="ListNumber"/>
        <w:spacing w:line="240" w:lineRule="auto"/>
        <w:ind w:left="720"/>
      </w:pPr>
      <w:r/>
      <w:hyperlink r:id="rId10">
        <w:r>
          <w:rPr>
            <w:color w:val="0000EE"/>
            <w:u w:val="single"/>
          </w:rPr>
          <w:t>https://www.zeit.de/news/2026-07/26/fc-st-pauli-nach-anschlag-auf-berliner-csd-haltung-zeigen</w:t>
        </w:r>
      </w:hyperlink>
      <w:r>
        <w:t xml:space="preserve"> - The FC St. Pauli football club has expressed its condolences for the victims of the alleged Islamist attack during the Berlin Christopher Street Day (CSD). The club emphasised the importance of standing together against all forms of hatred, whether queer or not, with rainbow, skull, or progress pride flags, opposing any form of politically or religiously motivated hate. They also announced their participation in the upcoming CSD in Hamburg, encouraging everyone to show their colours together. (</w:t>
      </w:r>
      <w:hyperlink r:id="rId16">
        <w:r>
          <w:rPr>
            <w:color w:val="0000EE"/>
            <w:u w:val="single"/>
          </w:rPr>
          <w:t>zeit.de</w:t>
        </w:r>
      </w:hyperlink>
      <w:r>
        <w:t>)</w:t>
      </w:r>
      <w:r/>
    </w:p>
    <w:p>
      <w:pPr>
        <w:pStyle w:val="ListNumber"/>
        <w:spacing w:line="240" w:lineRule="auto"/>
        <w:ind w:left="720"/>
      </w:pPr>
      <w:r/>
      <w:hyperlink r:id="rId11">
        <w:r>
          <w:rPr>
            <w:color w:val="0000EE"/>
            <w:u w:val="single"/>
          </w:rPr>
          <w:t>https://www.tagesschau.de/inland/regional/berlin/rbb-reaktionen-auf-csd-anschlag-angriff-auf-freie-und-weltoffene-gesellschaft-100.html</w:t>
        </w:r>
      </w:hyperlink>
      <w:r>
        <w:t xml:space="preserve"> - Following the alleged Islamist attack at the Berlin CSD, numerous politicians have expressed their shock and condemnation. Berlin's governing mayor, Kai Wegner, described the incident as an attack on the city's free and open society, highlighting the brutal nature of the assault on a peaceful and colourful CSD. (</w:t>
      </w:r>
      <w:hyperlink r:id="rId17">
        <w:r>
          <w:rPr>
            <w:color w:val="0000EE"/>
            <w:u w:val="single"/>
          </w:rPr>
          <w:t>tagesschau.de</w:t>
        </w:r>
      </w:hyperlink>
      <w:r>
        <w:t>)</w:t>
      </w:r>
      <w:r/>
    </w:p>
    <w:p>
      <w:pPr>
        <w:pStyle w:val="ListNumber"/>
        <w:spacing w:line="240" w:lineRule="auto"/>
        <w:ind w:left="720"/>
      </w:pPr>
      <w:r/>
      <w:hyperlink r:id="rId15">
        <w:r>
          <w:rPr>
            <w:color w:val="0000EE"/>
            <w:u w:val="single"/>
          </w:rPr>
          <w:t>https://www.zeit.de/news/2026-07/26/hertha-union-und-fuechse-erschuettert-nach-csd-attacke</w:t>
        </w:r>
      </w:hyperlink>
      <w:r>
        <w:t xml:space="preserve"> - Berlin's sports clubs, including Hertha BSC, Union Berlin, and Füchse Berlin, have expressed their shock and condolences following the fatal attack at the Berlin CSD. Hertha BSC conveyed their sympathy to the family of the deceased and all the injured, expressing deep concern that a day celebrating diversity, love, and community ended in such a manner. (</w:t>
      </w:r>
      <w:hyperlink r:id="rId18">
        <w:r>
          <w:rPr>
            <w:color w:val="0000EE"/>
            <w:u w:val="single"/>
          </w:rPr>
          <w:t>zeit.de</w:t>
        </w:r>
      </w:hyperlink>
      <w:r>
        <w:t>)</w:t>
      </w:r>
      <w:r/>
    </w:p>
    <w:p>
      <w:pPr>
        <w:pStyle w:val="ListNumber"/>
        <w:spacing w:line="240" w:lineRule="auto"/>
        <w:ind w:left="720"/>
      </w:pPr>
      <w:r/>
      <w:hyperlink r:id="rId14">
        <w:r>
          <w:rPr>
            <w:color w:val="0000EE"/>
            <w:u w:val="single"/>
          </w:rPr>
          <w:t>https://www.sport1.de/news/fussball/2026/07/berliner-sportklubs-nach-anschlag-auf-den-csd-erschuettert</w:t>
        </w:r>
      </w:hyperlink>
      <w:r>
        <w:t xml:space="preserve"> - Berlin's sports clubs, including Union Berlin, Hertha BSC, and Füchse Berlin, have expressed their shock and condolences following the attack at the Berlin CSD. Hertha BSC conveyed their sympathy to the family of the deceased and all the injured, expressing deep concern that a day celebrating diversity, love, and community ended in such a manner. (</w:t>
      </w:r>
      <w:hyperlink r:id="rId19">
        <w:r>
          <w:rPr>
            <w:color w:val="0000EE"/>
            <w:u w:val="single"/>
          </w:rPr>
          <w:t>sport1.de</w:t>
        </w:r>
      </w:hyperlink>
      <w:r>
        <w:t>)</w:t>
      </w:r>
      <w:r/>
    </w:p>
    <w:p>
      <w:pPr>
        <w:pStyle w:val="ListNumber"/>
        <w:spacing w:line="240" w:lineRule="auto"/>
        <w:ind w:left="720"/>
      </w:pPr>
      <w:r/>
      <w:hyperlink r:id="rId12">
        <w:r>
          <w:rPr>
            <w:color w:val="0000EE"/>
            <w:u w:val="single"/>
          </w:rPr>
          <w:t>https://www.tageblatt.de/Nachrichten/FC-St-Pauli-nach-Anschlag-auf-Berliner-CSD-Haltung-zeigen-758652.html</w:t>
        </w:r>
      </w:hyperlink>
      <w:r>
        <w:t xml:space="preserve"> - The FC St. Pauli football club has expressed its condolences for the victims of the alleged Islamist attack during the Berlin CSD. The club emphasised the importance of standing together against all forms of hatred, whether queer or not, with rainbow, skull, or progress pride flags, opposing any form of politically or religiously motivated hate. They also announced their participation in the upcoming CSD in Hamburg, encouraging everyone to show their colours together. (</w:t>
      </w:r>
      <w:hyperlink r:id="rId20">
        <w:r>
          <w:rPr>
            <w:color w:val="0000EE"/>
            <w:u w:val="single"/>
          </w:rPr>
          <w:t>tageblatt.de</w:t>
        </w:r>
      </w:hyperlink>
      <w:r>
        <w:t>)</w:t>
      </w:r>
      <w:r/>
    </w:p>
    <w:p>
      <w:pPr>
        <w:pStyle w:val="ListNumber"/>
        <w:spacing w:line="240" w:lineRule="auto"/>
        <w:ind w:left="720"/>
      </w:pPr>
      <w:r/>
      <w:hyperlink r:id="rId13">
        <w:r>
          <w:rPr>
            <w:color w:val="0000EE"/>
            <w:u w:val="single"/>
          </w:rPr>
          <w:t>https://www.tagesschau.de/inland/anschlag-csd-berlin-reaktionen-100.html</w:t>
        </w:r>
      </w:hyperlink>
      <w:r>
        <w:t xml:space="preserve"> - Following the attack at the Berlin CSD, Chancellor Friedrich Merz called for unity, stating that such acts aim to divide society and take away the openness and freedom that are fundamental. He urged participants of the CSD in Berlin and across Germany not to be intimidated, affirming that criminals and extremists have no place in the heart of society. (</w:t>
      </w:r>
      <w:hyperlink r:id="rId21">
        <w:r>
          <w:rPr>
            <w:color w:val="0000EE"/>
            <w:u w:val="single"/>
          </w:rPr>
          <w:t>tagesschau.de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sport/fc-st-pauli/gemeinsam-flagge-zeigen-st-pauli-reagiert-erschuettert-auf-csd-anschlag-in-berlin/4902005" TargetMode="External"/><Relationship Id="rId10" Type="http://schemas.openxmlformats.org/officeDocument/2006/relationships/hyperlink" Target="https://www.zeit.de/news/2026-07/26/fc-st-pauli-nach-anschlag-auf-berliner-csd-haltung-zeigen" TargetMode="External"/><Relationship Id="rId11" Type="http://schemas.openxmlformats.org/officeDocument/2006/relationships/hyperlink" Target="https://www.tagesschau.de/inland/regional/berlin/rbb-reaktionen-auf-csd-anschlag-angriff-auf-freie-und-weltoffene-gesellschaft-100.html" TargetMode="External"/><Relationship Id="rId12" Type="http://schemas.openxmlformats.org/officeDocument/2006/relationships/hyperlink" Target="https://www.tageblatt.de/Nachrichten/FC-St-Pauli-nach-Anschlag-auf-Berliner-CSD-Haltung-zeigen-758652.html" TargetMode="External"/><Relationship Id="rId13" Type="http://schemas.openxmlformats.org/officeDocument/2006/relationships/hyperlink" Target="https://www.tagesschau.de/inland/anschlag-csd-berlin-reaktionen-100.html" TargetMode="External"/><Relationship Id="rId14" Type="http://schemas.openxmlformats.org/officeDocument/2006/relationships/hyperlink" Target="https://www.sport1.de/news/fussball/2026/07/berliner-sportklubs-nach-anschlag-auf-den-csd-erschuettert" TargetMode="External"/><Relationship Id="rId15" Type="http://schemas.openxmlformats.org/officeDocument/2006/relationships/hyperlink" Target="https://www.zeit.de/news/2026-07/26/hertha-union-und-fuechse-erschuettert-nach-csd-attacke" TargetMode="External"/><Relationship Id="rId16" Type="http://schemas.openxmlformats.org/officeDocument/2006/relationships/hyperlink" Target="https://www.zeit.de/news/2026-07/26/fc-st-pauli-nach-anschlag-auf-berliner-csd-haltung-zeigen?utm_source=openai" TargetMode="External"/><Relationship Id="rId17" Type="http://schemas.openxmlformats.org/officeDocument/2006/relationships/hyperlink" Target="https://www.tagesschau.de/inland/regional/berlin/rbb-reaktionen-auf-csd-anschlag-angriff-auf-freie-und-weltoffene-gesellschaft-100.html?utm_source=openai" TargetMode="External"/><Relationship Id="rId18" Type="http://schemas.openxmlformats.org/officeDocument/2006/relationships/hyperlink" Target="https://www.zeit.de/news/2026-07/26/hertha-union-und-fuechse-erschuettert-nach-csd-attacke?utm_source=openai" TargetMode="External"/><Relationship Id="rId19" Type="http://schemas.openxmlformats.org/officeDocument/2006/relationships/hyperlink" Target="https://www.sport1.de/news/fussball/2026/07/berliner-sportklubs-nach-anschlag-auf-den-csd-erschuettert?utm_source=openai" TargetMode="External"/><Relationship Id="rId20" Type="http://schemas.openxmlformats.org/officeDocument/2006/relationships/hyperlink" Target="https://www.tageblatt.de/Nachrichten/FC-St-Pauli-nach-Anschlag-auf-Berliner-CSD-Haltung-zeigen-758652.html?utm_source=openai" TargetMode="External"/><Relationship Id="rId21" Type="http://schemas.openxmlformats.org/officeDocument/2006/relationships/hyperlink" Target="https://www.tagesschau.de/inland/anschlag-csd-berlin-reaktionen-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